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Introduction to the Hospitality Industry</w:t>
        <w:br/>
        <w:t>Assignment 1</w:t>
      </w:r>
    </w:p>
    <w:p>
      <w:r>
        <w:t>Date: 08.04.2026</w:t>
        <w:br/>
      </w:r>
    </w:p>
    <w:p>
      <w:pPr>
        <w:pStyle w:val="Heading1"/>
      </w:pPr>
      <w:r>
        <w:t>1. Development of the Hospitality Industry</w:t>
      </w:r>
    </w:p>
    <w:p>
      <w:r>
        <w:t>The hospitality industry has evolved significantly from ancient civilizations to the modern era. In ancient times, hospitality was closely tied to cultural and religious values. Civilizations such as Ancient Greece and Rome emphasized the importance of welcoming travelers, often providing lodging and food as a moral duty. Early inns and taverns emerged along trade routes to accommodate merchants and travelers.</w:t>
        <w:br/>
        <w:br/>
        <w:t>During the Middle Ages, monasteries played a key role in offering shelter and care to pilgrims. As trade expanded, commercial inns became more common across Europe. The Renaissance period saw improvements in travel infrastructure, leading to more organized lodging facilities.</w:t>
        <w:br/>
        <w:br/>
        <w:t>A major turning point came with the Industrial Revolution in the 18th and 19th centuries. Advancements in transportation, such as railways and steamships, increased travel demand. This led to the growth of hotels, restaurants, and tourism services. Luxury hotels began to emerge, catering to wealthy travelers.</w:t>
        <w:br/>
        <w:br/>
        <w:t>In the 20th century, the hospitality industry expanded globally with the rise of air travel, international tourism, and hotel chains. Technology, online booking systems, and globalization further transformed the industry. Today, the hospitality sector includes hotels, restaurants, resorts, event management, and digital platforms, making it a vital part of the global economy.</w:t>
      </w:r>
    </w:p>
    <w:p>
      <w:pPr>
        <w:pStyle w:val="Heading1"/>
      </w:pPr>
      <w:r>
        <w:t>2. Key Characteristics of the Hospitality Industry</w:t>
      </w:r>
    </w:p>
    <w:p>
      <w:r>
        <w:t>The hospitality industry has several unique characteristics that define its operations. One of the most important is intangibility, meaning services cannot be touched or stored, such as customer experiences. Another key feature is inseparability, where production and consumption occur simultaneously, for example, a guest receiving service in a hotel.</w:t>
        <w:br/>
        <w:br/>
        <w:t>Perishability is also significant, as unsold hotel rooms or empty restaurant seats cannot be recovered once the time passes. Variability is another characteristic, meaning service quality can differ depending on staff performance and customer expectations.</w:t>
        <w:br/>
        <w:br/>
        <w:t>The industry is highly customer-focused, aiming to provide satisfaction and positive experiences. It also operates 24/7 in many cases, requiring continuous service availability. Additionally, the hospitality sector is labor-intensive, relying heavily on human interaction and service delivery.</w:t>
        <w:br/>
        <w:br/>
        <w:t>Finally, globalization plays a major role, as businesses cater to international customers with diverse cultural expectations. Adaptability and innovation are essential for success in this competitive and dynamic industry.</w:t>
      </w:r>
    </w:p>
    <w:p>
      <w:pPr>
        <w:pStyle w:val="Heading1"/>
      </w:pPr>
      <w:r>
        <w:t>References</w:t>
      </w:r>
    </w:p>
    <w:p>
      <w:r>
        <w:t>1. Walker, J. R. (2017). Introduction to Hospitality Management. Pearson.</w:t>
        <w:br/>
        <w:t>2. Barrows, C. W., Powers, T., &amp; Reynolds, D. (2012). Introduction to Management in the Hospitality Industry. Wiley.</w:t>
        <w:br/>
        <w:t>3. Jones, P. (2010). Introduction to Hospitality Operations. Cengage Learning.</w:t>
        <w:br/>
        <w:t>4. Lashley, C. (2008). Hospitality Management. Routledge.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