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Introduction to the Hospitality Industry – Assignment 10</w:t>
      </w:r>
    </w:p>
    <w:p>
      <w:r>
        <w:br/>
        <w:t>Name: Aakash Moond</w:t>
        <w:br/>
        <w:t>Course: MA in Hospitality Management</w:t>
        <w:br/>
        <w:t>Date: 17.06.2026</w:t>
        <w:br/>
        <w:br/>
        <w:t>1. Explain how guest expectations affect their overall experience.</w:t>
        <w:br/>
        <w:br/>
        <w:t>Guest expectations are one of the most important factors influencing customer satisfaction in the hospitality industry. Expectations are formed before arrival through hotel websites, advertisements, online reviews, social media, recommendations, and previous experiences. These expectations create a standard against which guests evaluate their stay.</w:t>
        <w:br/>
        <w:br/>
        <w:t>When a hotel meets guest expectations, customers are generally satisfied and more likely to return. If the hotel exceeds expectations by providing exceptional service, personalized attention, or additional amenities, guests often become loyal customers and recommend the property to others. However, when expectations are not met, guests may feel disappointed, leave negative reviews, and avoid returning.</w:t>
        <w:br/>
        <w:br/>
        <w:t>Service quality is a key area of expectation. Guests expect staff to be friendly, professional, and responsive. They also expect clean rooms, comfortable facilities, safety, and efficient services. Modern travelers additionally expect reliable Wi‑Fi, digital booking systems, and quick problem resolution.</w:t>
        <w:br/>
        <w:br/>
        <w:t>Guest expectations vary depending on travel purpose, culture, and budget. For example, luxury travelers often expect personalized services and premium facilities, while budget travelers may focus on cleanliness, convenience, and value for money. Hospitality organizations must understand these differences to deliver successful guest experiences.</w:t>
        <w:br/>
        <w:br/>
        <w:t>Therefore, guest expectations directly affect satisfaction, loyalty, reputation, and the overall success of hospitality businesses.</w:t>
        <w:br/>
        <w:br/>
        <w:t>2. Case Study Analysis</w:t>
        <w:br/>
        <w:br/>
        <w:t>A guest arrives at a hotel after a long international flight. The front desk staff is slow, unfriendly, and unable to answer basic questions.</w:t>
        <w:br/>
        <w:br/>
        <w:t>a) Which components of the guest experience were negatively affected?</w:t>
        <w:br/>
        <w:br/>
        <w:t>Several components of the guest experience were negatively affected.</w:t>
        <w:br/>
        <w:br/>
        <w:t>First, the arrival experience was poor. The check-in process is often the first interaction between a guest and the hotel. A slow process creates frustration and stress, especially after a long flight.</w:t>
        <w:br/>
        <w:br/>
        <w:t>Second, customer service quality was negatively affected. Hospitality depends on making guests feel welcome and valued. Unfriendly staff behavior can make guests feel ignored or unimportant.</w:t>
        <w:br/>
        <w:br/>
        <w:t>Third, communication and information services were inadequate. Front desk staff should be able to answer common questions about hotel facilities, dining options, transportation, and local attractions. Failure to provide this information reduces guest confidence.</w:t>
        <w:br/>
        <w:br/>
        <w:t>Fourth, emotional comfort was affected. Travelers arriving after long journeys often need reassurance, efficiency, and support. Poor service can increase fatigue and dissatisfaction.</w:t>
        <w:br/>
        <w:br/>
        <w:t>Finally, the hotel’s professionalism and reliability were questioned. Guests may assume that other hotel services are also poorly managed.</w:t>
        <w:br/>
        <w:br/>
        <w:t>b) How might this experience influence the guest’s perception of the hotel?</w:t>
        <w:br/>
        <w:br/>
        <w:t>This negative experience can strongly influence the guest’s perception of the hotel. First impressions are extremely important in hospitality because they shape expectations for the rest of the stay.</w:t>
        <w:br/>
        <w:br/>
        <w:t>The guest may perceive the hotel as disorganized, poorly managed, and customer-unfriendly. Even if other services are satisfactory later, the negative arrival experience may continue to affect their overall opinion.</w:t>
        <w:br/>
        <w:br/>
        <w:t>The guest may also lose trust in the staff’s ability to solve future problems. This can reduce satisfaction and increase the likelihood of complaints. In addition, unhappy guests frequently share their experiences through online review platforms and social media, which can damage the hotel’s reputation and influence future customers.</w:t>
        <w:br/>
        <w:br/>
        <w:t>The experience may also reduce customer loyalty. The guest may choose another hotel during future visits and may discourage friends, family members, or colleagues from staying at the property.</w:t>
        <w:br/>
        <w:br/>
        <w:t>c) What actions could management take to improve the situation?</w:t>
        <w:br/>
        <w:br/>
        <w:t>Management can take several steps to improve the situation and prevent similar incidents.</w:t>
        <w:br/>
        <w:br/>
        <w:t>The first priority is employee training. Front desk staff should receive training in communication skills, customer service, problem-solving, and hospitality standards. Employees should understand the importance of creating positive first impressions.</w:t>
        <w:br/>
        <w:br/>
        <w:t>Second, management should improve operational efficiency. Adequate staffing levels and streamlined check-in procedures can reduce waiting times and improve guest satisfaction.</w:t>
        <w:br/>
        <w:br/>
        <w:t>Third, managers should establish a customer-focused culture. Employees should be encouraged to treat guests with respect, empathy, and professionalism. Recognition programs can motivate staff to deliver high-quality service.</w:t>
        <w:br/>
        <w:br/>
        <w:t>Fourth, regular monitoring of guest feedback can help identify weaknesses. Surveys, online reviews, and complaint records provide valuable information for continuous improvement.</w:t>
        <w:br/>
        <w:br/>
        <w:t>Finally, management should ensure staff members have sufficient knowledge about hotel services and local information so they can answer guest questions confidently and accurately.</w:t>
        <w:br/>
        <w:br/>
        <w:t>By focusing on training, communication, efficiency, and customer care, management can enhance guest satisfaction and strengthen the hotel's reputation.</w:t>
        <w:br/>
        <w:br/>
        <w:t>References</w:t>
        <w:br/>
        <w:br/>
        <w:t>Kotler, P., Bowen, J. T., &amp; Baloglu, S. (2022). Marketing for Hospitality and Tourism. Pearson.</w:t>
        <w:br/>
        <w:br/>
        <w:t>Walker, J. R. (2021). Introduction to Hospitality Management. Pearson.</w:t>
        <w:br/>
        <w:br/>
        <w:t>Lovelock, C., &amp; Wirtz, J. (2021). Services Marketing: People, Technology, Strategy. World Scientific.</w:t>
        <w:b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