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28800" cy="2633636"/>
            <wp:docPr id="1" name="Picture 1"/>
            <wp:cNvGraphicFramePr>
              <a:graphicFrameLocks noChangeAspect="1"/>
            </wp:cNvGraphicFramePr>
            <a:graphic>
              <a:graphicData uri="http://schemas.openxmlformats.org/drawingml/2006/picture">
                <pic:pic>
                  <pic:nvPicPr>
                    <pic:cNvPr id="0" name="5D039960-65B2-4CC3-BF60-0C3FE074A8C9.jpeg"/>
                    <pic:cNvPicPr/>
                  </pic:nvPicPr>
                  <pic:blipFill>
                    <a:blip r:embed="rId9"/>
                    <a:stretch>
                      <a:fillRect/>
                    </a:stretch>
                  </pic:blipFill>
                  <pic:spPr>
                    <a:xfrm>
                      <a:off x="0" y="0"/>
                      <a:ext cx="1828800" cy="2633636"/>
                    </a:xfrm>
                    <a:prstGeom prst="rect"/>
                  </pic:spPr>
                </pic:pic>
              </a:graphicData>
            </a:graphic>
          </wp:inline>
        </w:drawing>
      </w:r>
    </w:p>
    <w:p>
      <w:pPr>
        <w:pStyle w:val="Heading1"/>
      </w:pPr>
      <w:r>
        <w:rPr>
          <w:rFonts w:ascii="Times New Roman" w:hAnsi="Times New Roman"/>
          <w:color w:val="0066CC"/>
          <w:sz w:val="24"/>
        </w:rPr>
        <w:t>The Role of Social Media in Shaping Tourism Decisions:</w:t>
        <w:br/>
        <w:t>A Comparative Study of Instagram and TikTok Influences</w:t>
      </w:r>
    </w:p>
    <w:p>
      <w:pPr/>
      <w:r>
        <w:t>Student Name: Dipanshu Aggarwal</w:t>
      </w:r>
    </w:p>
    <w:p>
      <w:pPr/>
      <w:r>
        <w:t>Student ID: DE240134</w:t>
      </w:r>
    </w:p>
    <w:p>
      <w:pPr/>
      <w:r>
        <w:t>Course: Information and Communication</w:t>
      </w:r>
    </w:p>
    <w:p>
      <w:pPr/>
      <w:r>
        <w:t>Submission Date: 24 October 2025</w:t>
      </w:r>
    </w:p>
    <w:p>
      <w:pPr>
        <w:pStyle w:val="Heading1"/>
      </w:pPr>
      <w:r>
        <w:rPr>
          <w:rFonts w:ascii="Times New Roman" w:hAnsi="Times New Roman"/>
          <w:color w:val="0066CC"/>
        </w:rPr>
        <w:t>Abstract</w:t>
      </w:r>
    </w:p>
    <w:p>
      <w:pPr/>
      <w:r>
        <w:t>This study examines how Instagram and TikTok shape contemporary tourism decision-making through visual persuasion, user-generated content, influencer credibility and algorithmic visibility. Drawing on academic literature, industry reports and qualitative thematic analysis, the research identifies how travellers use both platforms across the stages of the tourist journey, from initial inspiration to post-trip sharing. Findings highlight the persuasive impact of visual storytelling, the central role of social proof, and the increasing authority of micro-influencers in shaping perceptions of authenticity and trust. While these platforms offer valuable opportunities for destination marketing, the study also identifies risks including overtourism, unrealistic expectations, misinformation, and cultural commodification. The report concludes by emphasising the need for more responsible digital communication strategies that balance persuasive storytelling with sustainability and ethical considerations.</w:t>
      </w:r>
    </w:p>
    <w:p>
      <w:pPr>
        <w:pStyle w:val="Heading1"/>
      </w:pPr>
      <w:r>
        <w:rPr>
          <w:rFonts w:ascii="Times New Roman" w:hAnsi="Times New Roman"/>
          <w:color w:val="0066CC"/>
          <w:sz w:val="24"/>
        </w:rPr>
        <w:t>1.0 Introduction</w:t>
      </w:r>
    </w:p>
    <w:p/>
    <w:p>
      <w:pPr>
        <w:pStyle w:val="Heading2"/>
      </w:pPr>
      <w:r>
        <w:t>1.1 Background</w:t>
      </w:r>
    </w:p>
    <w:p>
      <w:pPr/>
      <w:r>
        <w:t>The rapid expansion of social media has transformed global tourism communication. Visual-first platforms such as Instagram and TikTok now play a central role in how people discover, imagine, and evaluate destinations (Buhalis &amp; Volchek, 2021). Rather than relying primarily on brochures or travel agents, contemporary travellers consume a continuous stream of images and short videos shared by peers, influencers and tourism brands (Zeng &amp; Gerritsen, 2019). These platforms allow users to experience destinations symbolically before visiting, shaping expectations and desires through emotionally engaging content.</w:t>
      </w:r>
    </w:p>
    <w:p>
      <w:pPr/>
      <w:r>
        <w:t>This shift has important implications for tourism. The power to construct destination image has moved away from official organisations towards a dispersed network of content creators. Instagram’s curated photographs and reels create aspirational place identities, while TikTok’s dynamic videos encourage trend-driven, experiential storytelling (Ives &amp; Parker, 2022). Together, these platforms influence not only destination choice but also how visitors understand authenticity, value and risk in relation to travel experiences.</w:t>
      </w:r>
    </w:p>
    <w:p>
      <w:pPr>
        <w:pStyle w:val="Heading2"/>
      </w:pPr>
      <w:r>
        <w:t>1.2 Problem Statement</w:t>
      </w:r>
    </w:p>
    <w:p>
      <w:pPr/>
      <w:r>
        <w:t>Despite social media’s importance, many tourism organisations still lack a nuanced understanding of how platform-specific dynamics influence behaviour. Instagram and TikTok differ in technical affordances, audiences and cultures of use, yet they are often treated as generic communication channels. There is a need to clarify how these platforms shape destination image and decision-making, and to identify the opportunities and risks created by user-generated tourism narratives (Ives &amp; Parker, 2022; Zeng &amp; Gerritsen, 2019).</w:t>
      </w:r>
    </w:p>
    <w:p>
      <w:pPr>
        <w:pStyle w:val="Heading2"/>
      </w:pPr>
      <w:r>
        <w:t>1.3 Aim of the Study</w:t>
      </w:r>
    </w:p>
    <w:p>
      <w:pPr/>
      <w:r>
        <w:t>The aim of this study is to examine how Instagram and TikTok influence tourism decision-making. It focuses on the role of visual content, user-generated narratives, influencer credibility and algorithmic visibility in shaping traveller perceptions and choices. By synthesising academic literature, industry data and observational insights, the study develops an integrated understanding of social-media-driven tourism communication.</w:t>
      </w:r>
    </w:p>
    <w:p>
      <w:pPr>
        <w:pStyle w:val="Heading2"/>
      </w:pPr>
      <w:r>
        <w:t>1.4 Research Questions</w:t>
      </w:r>
    </w:p>
    <w:p>
      <w:pPr/>
      <w:r>
        <w:t>The research is guided by the following questions:</w:t>
      </w:r>
    </w:p>
    <w:p>
      <w:pPr/>
      <w:r>
        <w:t>1. How do Instagram and TikTok shape tourists’ perceptions of destinations and their travel decisions?</w:t>
      </w:r>
    </w:p>
    <w:p>
      <w:pPr/>
      <w:r>
        <w:t>2. Which communicative mechanisms—user-generated content, influencers, visual storytelling or algorithms—are most influential?</w:t>
      </w:r>
    </w:p>
    <w:p>
      <w:pPr/>
      <w:r>
        <w:t>3. How do travellers use Instagram and TikTok during different stages of the tourist journey?</w:t>
      </w:r>
    </w:p>
    <w:p>
      <w:pPr/>
      <w:r>
        <w:t>4. What challenges and risks arise from social-media-driven tourism trends, such as overtourism or misinformation?</w:t>
      </w:r>
    </w:p>
    <w:p>
      <w:pPr/>
      <w:r>
        <w:t>5. How can tourism organisations leverage Instagram and TikTok more responsibly and effectively?</w:t>
      </w:r>
    </w:p>
    <w:p>
      <w:pPr>
        <w:pStyle w:val="Heading2"/>
      </w:pPr>
      <w:r>
        <w:t>1.5 Significance of the Study</w:t>
      </w:r>
    </w:p>
    <w:p>
      <w:pPr/>
      <w:r>
        <w:t>As tourism increasingly moves into digital and mobile environments, understanding social media influence is crucial for effective destination management. Insights from this study can support destination marketing organisations, hotels and tour operators in designing strategies that are persuasive, sustainable and ethically grounded (UNWTO, 2023). Academically, the study contributes to the literature on digital tourism by linking platform-specific dynamics on Instagram and TikTok with broader theories of consumer behaviour and communication.</w:t>
      </w:r>
    </w:p>
    <w:p>
      <w:pPr>
        <w:pStyle w:val="Heading1"/>
      </w:pPr>
      <w:r>
        <w:rPr>
          <w:rFonts w:ascii="Times New Roman" w:hAnsi="Times New Roman"/>
          <w:color w:val="0066CC"/>
          <w:sz w:val="24"/>
        </w:rPr>
        <w:t>2.0 Literature Review</w:t>
      </w:r>
    </w:p>
    <w:p>
      <w:pPr>
        <w:pStyle w:val="Heading2"/>
      </w:pPr>
      <w:r>
        <w:t>2.1 Social Media and Tourism Communication</w:t>
      </w:r>
    </w:p>
    <w:p>
      <w:pPr/>
      <w:r>
        <w:t>Social media has decentralised tourism communication by enabling multi-directional interaction between travellers, businesses and destinations (Zeng &amp; Gerritsen, 2019). Rather than receiving one-way messages from tourism authorities, users now participate in a conversational environment in which they ask questions, share experiences and respond to other travellers in real time. This evolution supports concepts of smart tourism in which digital ecosystems co-create value among stakeholders (Buhalis &amp; Amaranggana, 2015).</w:t>
      </w:r>
    </w:p>
    <w:p>
      <w:pPr/>
      <w:r>
        <w:t>The tourist gaze, traditionally understood as a visual way of looking at and valuing places, is now mediated through digital interfaces. Social media intensifies this gaze by continuously exposing users to images and videos of picturesque or ‘Instagrammable’ locations (Urry &amp; Larsen, 2011). Over time, repeated exposure to such stimuli can normalise particular travel aspirations and define what counts as desirable tourism (Liu et al., 2022).</w:t>
      </w:r>
    </w:p>
    <w:p>
      <w:pPr>
        <w:pStyle w:val="Heading2"/>
      </w:pPr>
      <w:r>
        <w:t>2.2 Instagram as a Visual Tourism Platform</w:t>
      </w:r>
    </w:p>
    <w:p>
      <w:pPr/>
      <w:r>
        <w:t>Instagram is built around still images, short videos and aesthetic curation. Studies show that the platform plays a major role in destination image formation, especially among younger travellers (Chung et al., 2020). Its interface encourages users to present visually consistent profiles emphasising spectacular landscapes, luxury experiences and carefully staged self-representations (Liu et al., 2022). Hashtags and geotags make it easy to search and aggregate tourism content, while the Explore page algorithmically recommends highly engaging posts (Bucher, 2018).</w:t>
      </w:r>
    </w:p>
    <w:p>
      <w:pPr/>
      <w:r>
        <w:t>As a result, some destinations—such as Santorini, Bali or Cappadocia—have become global icons partly because of their overwhelming presence on Instagram. These digital representations shape expectations of what travellers ‘should’ see and photograph when they visit, reinforcing specific visual motifs and itineraries.</w:t>
      </w:r>
    </w:p>
    <w:p>
      <w:pPr>
        <w:pStyle w:val="Heading2"/>
      </w:pPr>
      <w:r>
        <w:t>2.3 TikTok and Short-Form Travel Storytelling</w:t>
      </w:r>
    </w:p>
    <w:p>
      <w:pPr/>
      <w:r>
        <w:t>TikTok differs from Instagram through its primary focus on short-form video, sound and narrative pacing. TikTok’s algorithm prioritises engagement signals such as completion rate, replay and sharing, enabling small creators to reach large audiences (Kaye et al., 2022). In the tourism context, this allows lesser-known destinations to gain visibility when travel videos go viral (Ives &amp; Parker, 2022).</w:t>
      </w:r>
    </w:p>
    <w:p>
      <w:pPr/>
      <w:r>
        <w:t>TikTok travel content often appears as ‘day in the life’ vlogs, budget breakdowns, quick itineraries or reaction clips. These formats foreground authenticity, spontaneity and personal voice. Jiao et al. (2023) found that Gen-Z travellers perceive TikTok content as more trustworthy and relatable than highly polished promotional videos, because it appears less scripted and more experiential.</w:t>
      </w:r>
    </w:p>
    <w:p>
      <w:pPr>
        <w:pStyle w:val="Heading2"/>
      </w:pPr>
      <w:r>
        <w:t>2.4 User-Generated Content and Social Proof</w:t>
      </w:r>
    </w:p>
    <w:p>
      <w:pPr/>
      <w:r>
        <w:t>User-generated content (UGC) is a key factor in tourism decision-making. Xiang and Gretzel (2010) show that travellers rely heavily on online reviews, photos and forum posts when planning trips. UGC provides experiential, first-hand accounts that traditional marketing rarely offers, including candid assessments of crowding, service quality and safety. Stepchenkova and Mills (2010) argue that UGC influences both cognitive and affective dimensions of destination image, shaping beliefs about what a place is like and how it might feel to visit.</w:t>
      </w:r>
    </w:p>
    <w:p>
      <w:pPr/>
      <w:r>
        <w:t>Social Proof Theory helps explain why UGC is so persuasive. Cialdini (2009) posits that people tend to follow the behaviour of others, especially under conditions of uncertainty. On Instagram and TikTok, visible engagement metrics—likes, comments and shares—serve as cues that a destination or experience is valued by many. Comment sections under travel posts often function as informal advisory forums, where users request and provide detailed practical information, thereby deepening trust in the content.</w:t>
      </w:r>
    </w:p>
    <w:p>
      <w:pPr>
        <w:pStyle w:val="Heading2"/>
      </w:pPr>
      <w:r>
        <w:t>2.5 Influencer Credibility and Digital Trust</w:t>
      </w:r>
    </w:p>
    <w:p>
      <w:pPr/>
      <w:r>
        <w:t>Influencers are central actors in the tourism marketing ecosystem. They combine personal storytelling with professional content production and often cultivate long-term parasocial relationships with followers. Ab Karim and Chi (2021) show that influencer credibility—rooted in expertise, trustworthiness and attractiveness—has a significant impact on travel intention. Sokolova and Kefi (2020) add that perceived authenticity, including honest disclosure of sponsorships, enhances followers’ trust.</w:t>
      </w:r>
    </w:p>
    <w:p>
      <w:pPr/>
      <w:r>
        <w:t>Micro-influencers with smaller but more engaged audiences frequently exert stronger persuasive power than celebrities because they appear more relatable and accessible (Lou &amp; Yuan, 2019). In tourism, such influencers typically share detailed tips, realistic budgeting information and behind-the-scenes content, which fosters credibility and community interaction.</w:t>
      </w:r>
    </w:p>
    <w:p>
      <w:pPr>
        <w:pStyle w:val="Heading2"/>
      </w:pPr>
      <w:r>
        <w:t>2.6 Algorithmic Visibility and Travel Trends</w:t>
      </w:r>
    </w:p>
    <w:p>
      <w:pPr/>
      <w:r>
        <w:t>Both Instagram and TikTok depend on complex recommendation algorithms that shape which tourism posts users see. TikTok’s For You Page curates content based on fine-grained behavioural data, including watch time and engagement velocity (Kaye et al., 2022). This amplification explains how little-known locations can experience sudden surges in tourist interest after a single viral video (Ives &amp; Parker, 2022).</w:t>
      </w:r>
    </w:p>
    <w:p>
      <w:pPr/>
      <w:r>
        <w:t>Instagram’s algorithm emphasises aesthetic quality, social connections and topical relevance (Bucher, 2012). Visually striking images that conform to popular styles—such as pastel seascapes or dramatic mountain vistas—are more likely to be promoted, leading to the aestheticisation of place (Liu et al., 2022). Both platforms thus participate in constructing global travel trends, privileging certain representations over others.</w:t>
      </w:r>
    </w:p>
    <w:p>
      <w:pPr>
        <w:pStyle w:val="Heading2"/>
      </w:pPr>
      <w:r>
        <w:t>2.7 Challenges and Risks in Digital Tourism Communication</w:t>
      </w:r>
    </w:p>
    <w:p>
      <w:pPr/>
      <w:r>
        <w:t>The literature also identifies serious risks linked to social-media-driven tourism. UNWTO (2023) notes that viral exposure has contributed to overtourism in fragile destinations, producing environmental degradation, crowding and tensions with local communities. Mkono (2018) criticises neo-colonial tendencies in some influencer content, in which cultures are simplified or exoticised for visual consumption.</w:t>
      </w:r>
    </w:p>
    <w:p>
      <w:pPr/>
      <w:r>
        <w:t>Other concerns include unrealistic expectations created by heavily edited imagery (Chung et al., 2020), as well as misinformation and unsafe behaviour encouraged by uncontextualised travel ‘hacks’ and challenges (Duffy et al., 2021). These issues underscore the need for more ethical and sustainable approaches to digital tourism communication.</w:t>
      </w:r>
    </w:p>
    <w:p>
      <w:pPr>
        <w:pStyle w:val="Heading1"/>
      </w:pPr>
      <w:r>
        <w:rPr>
          <w:rFonts w:ascii="Times New Roman" w:hAnsi="Times New Roman"/>
          <w:color w:val="0066CC"/>
          <w:sz w:val="24"/>
        </w:rPr>
        <w:t>3.0 Methodology</w:t>
      </w:r>
    </w:p>
    <w:p>
      <w:pPr>
        <w:pStyle w:val="Heading2"/>
      </w:pPr>
      <w:r>
        <w:t>3.1 Research Design</w:t>
      </w:r>
    </w:p>
    <w:p>
      <w:pPr/>
      <w:r>
        <w:t>This study employs a qualitative, interpretivist and exploratory research design. An interpretivist stance is appropriate because the research seeks to understand how meaning is constructed through social media rather than to measure behaviour quantitatively (Creswell &amp; Poth, 2018). The focus is on how travellers perceive Instagram and TikTok content, how visual narratives shape imagination, and how algorithmic and social cues influence decision-making.</w:t>
      </w:r>
    </w:p>
    <w:p>
      <w:pPr>
        <w:pStyle w:val="Heading2"/>
      </w:pPr>
      <w:r>
        <w:t>3.2 Data Collection</w:t>
      </w:r>
    </w:p>
    <w:p>
      <w:pPr/>
      <w:r>
        <w:t>The analysis is based entirely on secondary data. Peer-reviewed journal articles were identified in databases using search terms related to social media, tourism and specific platforms. Industry reports from UNWTO (2023), Statista (2024), Hootsuite and We Are Social (2024), and Phocuswright (2023) provided up-to-date statistics on user numbers, engagement patterns and tourism purchase behaviours. Public examples of Instagram and TikTok travel content were observed using popular tourism hashtags, without interacting with users or collecting personal data.</w:t>
      </w:r>
    </w:p>
    <w:p>
      <w:pPr>
        <w:pStyle w:val="Heading2"/>
      </w:pPr>
      <w:r>
        <w:t>3.3 Data Analysis Method</w:t>
      </w:r>
    </w:p>
    <w:p>
      <w:pPr/>
      <w:r>
        <w:t>A thematic analysis approach was adopted following Braun and Clarke’s (2006) six-phase procedure. Codes such as ‘visual persuasion’, ‘UGC trust’, ‘influencer credibility’ and ‘algorithmic visibility’ were generated and then grouped into higher-level themes which structure the Findings section. These themes were interpreted through behavioural frameworks including AIDA, the Theory of Planned Behaviour and Social Proof Theory (Ajzen, 1991; Cialdini, 2009; Kim &amp; Fesenmaier, 2020).</w:t>
      </w:r>
    </w:p>
    <w:p>
      <w:pPr>
        <w:pStyle w:val="Heading2"/>
      </w:pPr>
      <w:r>
        <w:t>3.4 Ethical Considerations</w:t>
      </w:r>
    </w:p>
    <w:p>
      <w:pPr/>
      <w:r>
        <w:t>The study respects ethical guidelines for internet research (Markham &amp; Buchanan, 2012). Only publicly accessible content was consulted, and no attempts were made to access private accounts or contact individual users. No identifying personal information is reproduced in this report. All academic and industry sources are cited accurately using APA 7th-edition standards.</w:t>
      </w:r>
    </w:p>
    <w:p>
      <w:pPr>
        <w:pStyle w:val="Heading2"/>
      </w:pPr>
      <w:r>
        <w:t>3.5 Limitations</w:t>
      </w:r>
    </w:p>
    <w:p>
      <w:pPr/>
      <w:r>
        <w:t>Relying on secondary data entails several limitations. The study does not include primary surveys or interviews, which could have provided direct insight into individual motivations. Platform algorithms and user cultures evolve rapidly, so findings represent a snapshot rather than a permanent state (Kaye et al., 2022). Personalised recommendation systems also mean that individual user experiences of Instagram and TikTok feeds can differ substantially. Nonetheless, triangulation across multiple academic and industry sources helps to strengthen the validity of the conclusions (Flick, 2018).</w:t>
      </w:r>
    </w:p>
    <w:p>
      <w:pPr>
        <w:pStyle w:val="Heading1"/>
      </w:pPr>
      <w:r>
        <w:rPr>
          <w:rFonts w:ascii="Times New Roman" w:hAnsi="Times New Roman"/>
          <w:color w:val="0066CC"/>
          <w:sz w:val="24"/>
        </w:rPr>
        <w:t>4.0 Findings</w:t>
      </w:r>
    </w:p>
    <w:p>
      <w:pPr>
        <w:pStyle w:val="Heading2"/>
      </w:pPr>
      <w:r>
        <w:t>4.1 Visual Influence on Travel Inspiration</w:t>
      </w:r>
    </w:p>
    <w:p>
      <w:pPr/>
      <w:r>
        <w:t>The first key finding is that visual content on Instagram and TikTok exerts a powerful influence on travel inspiration. High-impact images and videos capture users’ attention and stimulate imaginative projection, allowing viewers to picture themselves within the scene (Kim &amp; Fesenmaier, 2020). Instagram’s carefully composed photographs promote idealised, postcard-like visions of destinations, whereas TikTok’s short-form videos convey movement, sound and emotion, creating a more immersive experience (Ives &amp; Parker, 2022).</w:t>
      </w:r>
    </w:p>
    <w:p>
      <w:pPr>
        <w:pStyle w:val="Heading2"/>
      </w:pPr>
      <w:r>
        <w:t>4.2 User-Generated Content and Trust</w:t>
      </w:r>
    </w:p>
    <w:p>
      <w:pPr/>
      <w:r>
        <w:t>User-generated content emerged as a central driver of trust. Travellers view peer reviews, reels and vlogs as more credible than professionally produced advertisements because they appear less scripted and more experiential (Xiang &amp; Gretzel, 2010). Comment sections frequently contain detailed advice and warnings, which help potential visitors evaluate destination suitability. Social proof, in the form of high engagement metrics, further reinforces trust and perceived popularity (Cialdini, 2009).</w:t>
      </w:r>
    </w:p>
    <w:p>
      <w:pPr>
        <w:pStyle w:val="Heading2"/>
      </w:pPr>
      <w:r>
        <w:t>4.3 Influencers in Tourism Branding</w:t>
      </w:r>
    </w:p>
    <w:p>
      <w:pPr/>
      <w:r>
        <w:t>The findings also emphasise the prominence of influencers in tourism branding. Influencers combine personal narratives with promotional content and often function as trusted opinion leaders. Micro-influencers were found to be especially effective due to their perceived authenticity and close relationships with followers (Lou &amp; Yuan, 2019; Ab Karim &amp; Chi, 2021). Their recommendations influence choices of destinations, accommodations and activities.</w:t>
      </w:r>
    </w:p>
    <w:p>
      <w:pPr>
        <w:pStyle w:val="Heading2"/>
      </w:pPr>
      <w:r>
        <w:t>4.4 Algorithmic Impact on Destination Visibility</w:t>
      </w:r>
    </w:p>
    <w:p>
      <w:pPr/>
      <w:r>
        <w:t>Algorithms play a decisive role in shaping which destinations are visible. TikTok’s For You Page promotes videos based on engagement velocity and watch time, enabling even small accounts to spark major tourism trends (Kaye et al., 2022). Instagram’s Explore tab favours aesthetically pleasing content and strong engagement histories, consolidating the visibility of already popular places (Bucher, 2012). As a result, destination visibility is algorithmically mediated rather than evenly distributed.</w:t>
      </w:r>
    </w:p>
    <w:p>
      <w:pPr>
        <w:pStyle w:val="Heading2"/>
      </w:pPr>
      <w:r>
        <w:t>4.5 Social Media Across the Tourist Journey</w:t>
      </w:r>
    </w:p>
    <w:p>
      <w:pPr/>
      <w:r>
        <w:t>Findings suggest that Instagram and TikTok influence all stages of the tourist journey. During pre-trip inspiration, users discover destinations through chance exposure to visually striking content. In the information search and evaluation stage, they use hashtags, geotags and comments to gather practical details. Influencer endorsements and positive user-generated content contribute to final booking decisions. After travel, users share their own posts, feeding back into the digital ecosystem and shaping future travellers’ decisions (Zeng &amp; Gerritsen, 2019; Buhalis &amp; Amaranggana, 2015).</w:t>
      </w:r>
    </w:p>
    <w:p>
      <w:pPr>
        <w:pStyle w:val="Heading2"/>
      </w:pPr>
      <w:r>
        <w:t>4.6 Identified Challenges</w:t>
      </w:r>
    </w:p>
    <w:p>
      <w:pPr/>
      <w:r>
        <w:t>The study also identifies several challenges: overtourism in fragile destinations, environmental degradation, unrealistic expectations, cultural commodification and misinformation. These problems are particularly evident where viral content encourages large numbers of visitors to concentrate in small areas without corresponding infrastructure investment (UNWTO, 2023; Mkono, 2018; Duffy et al., 2021).</w:t>
      </w:r>
    </w:p>
    <w:p>
      <w:pPr>
        <w:pStyle w:val="Heading1"/>
      </w:pPr>
      <w:r>
        <w:rPr>
          <w:rFonts w:ascii="Times New Roman" w:hAnsi="Times New Roman"/>
          <w:color w:val="0066CC"/>
          <w:sz w:val="24"/>
        </w:rPr>
        <w:t>5.0 Discussion</w:t>
      </w:r>
    </w:p>
    <w:p>
      <w:pPr>
        <w:pStyle w:val="Heading2"/>
      </w:pPr>
      <w:r>
        <w:t>5.1 Interpretation of Key Findings</w:t>
      </w:r>
    </w:p>
    <w:p>
      <w:pPr/>
      <w:r>
        <w:t>Overall, the findings confirm that Instagram and TikTok exert a significant influence on destination image and tourism decisions by harnessing visual persuasion, social proof and perceived authenticity. These mechanisms are consistent with behavioural theories such as AIDA, the Theory of Planned Behaviour and Social Proof Theory (Ajzen, 1991; Cialdini, 2009; Kim &amp; Fesenmaier, 2020).</w:t>
      </w:r>
    </w:p>
    <w:p>
      <w:pPr>
        <w:pStyle w:val="Heading2"/>
      </w:pPr>
      <w:r>
        <w:t>5.2 Theoretical Integration</w:t>
      </w:r>
    </w:p>
    <w:p>
      <w:pPr/>
      <w:r>
        <w:t>The AIDA model helps to explain how attention is captured by striking visuals, how interest and desire are built through emotional storytelling, and how calls-to-action translate desire into bookings. The Theory of Planned Behaviour clarifies how user-generated content and influencer posts shape attitudes, social norms and perceived behavioural control, for example by emphasising affordability or accessibility (Jiao et al., 2023). Social Proof Theory is evident in users’ reliance on engagement metrics and commentary when assessing the value of destinations (Cialdini, 2009).</w:t>
      </w:r>
    </w:p>
    <w:p>
      <w:pPr>
        <w:pStyle w:val="Heading2"/>
      </w:pPr>
      <w:r>
        <w:t>5.3 Authenticity versus Curation</w:t>
      </w:r>
    </w:p>
    <w:p>
      <w:pPr/>
      <w:r>
        <w:t>A key tension concerns authenticity versus curation. Instagram tends to promote highly curated, aesthetically perfect representations that can distort reality and generate unrealistic expectations (Chung et al., 2020). TikTok, by contrast, foregrounds more spontaneous, behind-the-scenes content which users often perceive as more truthful (Ives &amp; Parker, 2022). Influencer credibility depends on how they navigate this tension; those who balance aspirational content with honest discussion of limitations are more trusted (Sokolova &amp; Kefi, 2020).</w:t>
      </w:r>
    </w:p>
    <w:p>
      <w:pPr>
        <w:pStyle w:val="Heading2"/>
      </w:pPr>
      <w:r>
        <w:t>5.4 Sustainability Implications</w:t>
      </w:r>
    </w:p>
    <w:p>
      <w:pPr/>
      <w:r>
        <w:t>The discussion also highlights the sustainability implications of social-media-driven tourism. Viral exposure can benefit local economies but may also lead to overcrowding, resource strain and environmental damage when not managed carefully (UNWTO, 2023). Influencers and destinations share responsibility for promoting responsible travel behaviours and diversifying promoted locations to relieve pressure on hotspots. Integrating sustainability messages into social media storytelling is crucial for long-term destination viability.</w:t>
      </w:r>
    </w:p>
    <w:p>
      <w:pPr>
        <w:pStyle w:val="Heading2"/>
      </w:pPr>
      <w:r>
        <w:t>5.5 Implications for Tourism Businesses</w:t>
      </w:r>
    </w:p>
    <w:p>
      <w:pPr/>
      <w:r>
        <w:t>For tourism businesses and destination marketers, these insights translate into several strategic recommendations. Organisations should invest in authentic, story-driven content that reflects real visitor experiences, collaborate with carefully selected micro-influencers, monitor algorithmic trends and hashtag cultures, and actively engage with their online communities. Responding to questions, correcting misinformation and encouraging respectful behaviour towards local cultures and environments are key components of effective digital communication (Buhalis &amp; Volchek, 2021; UNWTO, 2023).</w:t>
      </w:r>
    </w:p>
    <w:p>
      <w:pPr>
        <w:pStyle w:val="Heading1"/>
      </w:pPr>
      <w:r>
        <w:rPr>
          <w:rFonts w:ascii="Times New Roman" w:hAnsi="Times New Roman"/>
          <w:color w:val="0066CC"/>
          <w:sz w:val="24"/>
        </w:rPr>
        <w:t>6.0 Conclusion</w:t>
      </w:r>
    </w:p>
    <w:p>
      <w:pPr/>
      <w:r>
        <w:t>This study has explored how Instagram and TikTok shape tourism decision-making, focusing on visual communication, user-generated content, influencers and algorithms. The analysis shows that both platforms play a decisive role in how travellers imagine and select destinations. Instagram constructs aspirational visual narratives, while TikTok drives dynamic, emotionally resonant storytelling. User-generated content and influencer recommendations significantly affect perceptions of authenticity, trust and value.</w:t>
      </w:r>
    </w:p>
    <w:p>
      <w:pPr/>
      <w:r>
        <w:t>At the same time, the study highlights substantial challenges, including overtourism, environmental strain, unrealistic expectations and cultural commodification. These findings underline the need for tourism organisations to adopt more responsible, sustainability-oriented digital communication strategies. By combining persuasive content with ethical guidance and community engagement, destinations can harness the benefits of Instagram and TikTok while mitigating their risks. Social media should be viewed not simply as a marketing tool, but as a shared space where the future of tourism is collectively imagined and negotiated.</w:t>
      </w:r>
    </w:p>
    <w:p>
      <w:pPr>
        <w:pStyle w:val="Heading1"/>
      </w:pPr>
      <w:r>
        <w:rPr>
          <w:rFonts w:ascii="Times New Roman" w:hAnsi="Times New Roman"/>
          <w:color w:val="0066CC"/>
          <w:sz w:val="24"/>
        </w:rPr>
        <w:t>7.0 References</w:t>
      </w:r>
    </w:p>
    <w:p>
      <w:pPr/>
      <w:r>
        <w:t>Ab Karim, S., &amp; Chi, C. G. (2021). Travel influencers and destination marketing: Effects of parasocial interaction and source credibility on travel intention. Journal of Destination Marketing &amp; Management, 20, 100582. https://doi.org/10.1016/j.jdmm.2021.100582</w:t>
      </w:r>
    </w:p>
    <w:p>
      <w:pPr/>
      <w:r>
        <w:t>Ajzen, I. (1991). The theory of planned behavior. Organizational Behavior and Human Decision Processes, 50(2), 179–211. https://doi.org/10.1016/0749-5978(91)90020-T</w:t>
      </w:r>
    </w:p>
    <w:p>
      <w:pPr/>
      <w:r>
        <w:t>Akehurst, G. (2009). User generated content: The use of blogs for tourism organisations and tourism consumers. Service Business, 3, 51–61. https://doi.org/10.1007/s11628-008-0054-2</w:t>
      </w:r>
    </w:p>
    <w:p>
      <w:pPr/>
      <w:r>
        <w:t>Bowen, G. A. (2009). Document analysis as a qualitative research method. Qualitative Research Journal, 9(2), 27–40. https://doi.org/10.3316/QRJ0902027</w:t>
      </w:r>
    </w:p>
    <w:p>
      <w:pPr/>
      <w:r>
        <w:t>Bucher, T. (2012). Want to be on the top? Algorithmic power and the threat of invisibility on Facebook. New Media &amp; Society, 14(7), 1164–1180. https://doi.org/10.1177/1461444812440159</w:t>
      </w:r>
    </w:p>
    <w:p>
      <w:pPr/>
      <w:r>
        <w:t>Bucher, T. (2018). If... then: Algorithmic power and politics. Oxford University Press.</w:t>
      </w:r>
    </w:p>
    <w:p>
      <w:pPr/>
      <w:r>
        <w:t>Buhalis, D., &amp; Amaranggana, A. (2015). Smart tourism destinations. In Z. Xiang &amp; I. Tussyadiah (Eds.), Information and Communication Technologies in Tourism 2015 (pp. 377–389). Springer. https://doi.org/10.1007/978-3-319-14343-9_28</w:t>
      </w:r>
    </w:p>
    <w:p>
      <w:pPr/>
      <w:r>
        <w:t>Buhalis, D., &amp; Volchek, K. (2021). Bridging marketing innovation and sustainable tourism development through Instagram and TikTok. Journal of Tourism Futures, 7(3), 285–302. https://doi.org/10.1108/JTF-09-2020-0150</w:t>
      </w:r>
    </w:p>
    <w:p>
      <w:pPr/>
      <w:r>
        <w:t>Chung, N., Han, H., &amp; Koo, C. (2020). The role of social media in enhancing travelers’ destination experiences. Information Technology &amp; Tourism, 22, 125–152. https://doi.org/10.1007/s40558-020-00177-5</w:t>
      </w:r>
    </w:p>
    <w:p>
      <w:pPr/>
      <w:r>
        <w:t>Cialdini, R. B. (2009). Influence: Science and practice (5th ed.). Pearson Education.</w:t>
      </w:r>
    </w:p>
    <w:p>
      <w:pPr/>
      <w:r>
        <w:t>Creswell, J. W., &amp; Poth, C. (2018). Qualitative inquiry and research design: Choosing among five approaches (4th ed.). SAGE.</w:t>
      </w:r>
    </w:p>
    <w:p>
      <w:pPr/>
      <w:r>
        <w:t>Duffy, B. E., Pinch, A., Sannon, S., &amp; Sawey, M. (2021). Risks and responsibilities in influencer culture. Social Media + Society, 7(2), 1–12. https://doi.org/10.1177/20563051211021355</w:t>
      </w:r>
    </w:p>
    <w:p>
      <w:pPr/>
      <w:r>
        <w:t>Flick, U. (2018). An introduction to qualitative research (6th ed.). SAGE.</w:t>
      </w:r>
    </w:p>
    <w:p>
      <w:pPr/>
      <w:r>
        <w:t>Goffman, E. (1959). The presentation of self in everyday life. Anchor Books.</w:t>
      </w:r>
    </w:p>
    <w:p>
      <w:pPr/>
      <w:r>
        <w:t>Hootsuite &amp; We Are Social. (2024). Digital 2024 Global Overview Report. https://datareportal.com/reports/digital-2024-global-overview</w:t>
      </w:r>
    </w:p>
    <w:p>
      <w:pPr/>
      <w:r>
        <w:t>Ives, B., &amp; Parker, A. (2022). TikTok travel content and the evolution of short-form tourism communication. Journal of Tourism Futures, 8(2), 167–183. https://doi.org/10.1108/JTF-01-2021-0019</w:t>
      </w:r>
    </w:p>
    <w:p>
      <w:pPr/>
      <w:r>
        <w:t>Jiao, J., Zhou, Y., &amp; Wong, I. (2023). Understanding TikTok’s influence on Gen Z travel decision-making. Journal of Travel Research, 62(4), 813–829. https://doi.org/10.1177/00472875221122334</w:t>
      </w:r>
    </w:p>
    <w:p>
      <w:pPr/>
      <w:r>
        <w:t>Kaye, D. B. V., Chen, X., &amp; Zeng, J. (2022). The TikTok paradox: Algorithmic visibility and user agency in short video sharing. Information, Communication &amp; Society, 25(9), 1246–1264. https://doi.org/10.1080/1369118X.2021.1940105</w:t>
      </w:r>
    </w:p>
    <w:p>
      <w:pPr/>
      <w:r>
        <w:t>Kim, H., &amp; Fesenmaier, D. R. (2020). Persuasive digital storytelling in tourism: Visual and emotional determinants. Tourism Management, 78, 104073. https://doi.org/10.1016/j.tourman.2019.104073</w:t>
      </w:r>
    </w:p>
    <w:p>
      <w:pPr/>
      <w:r>
        <w:t>Liu, Y., Lee, S., &amp; Xu, H. (2022). The aestheticization of place on Instagram: Impacts on destination image. Annals of Tourism Research, 93, 103395. https://doi.org/10.1016/j.annals.2022.103395</w:t>
      </w:r>
    </w:p>
    <w:p>
      <w:pPr/>
      <w:r>
        <w:t>Lou, C., &amp; Yuan, S. (2019). Influencer marketing: How message value and credibility affect consumer trust. Journal of Interactive Advertising, 19(1), 58–73. https://doi.org/10.1080/15252019.2018.1533501</w:t>
      </w:r>
    </w:p>
    <w:p>
      <w:pPr/>
      <w:r>
        <w:t>Markham, A., &amp; Buchanan, E. (2012). Ethical decision-making and Internet research: Recommendations from the AoIR ethics working committee.</w:t>
      </w:r>
    </w:p>
    <w:p>
      <w:pPr/>
      <w:r>
        <w:t>Mkono, M. (2018). Neo-colonialism, social media, and tourism representations: A critical discourse analysis. Tourism Management, 67, 1–14. https://doi.org/10.1016/j.tourman.2018.01.010</w:t>
      </w:r>
    </w:p>
    <w:p>
      <w:pPr/>
      <w:r>
        <w:t>Phocuswright. (2023). Travel Research and Consumer Insights Report. https://www.phocuswright.com</w:t>
      </w:r>
    </w:p>
    <w:p>
      <w:pPr/>
      <w:r>
        <w:t>Statista. (2024). TikTok – Statistics &amp; Facts. https://www.statista.com/topics/6077/tiktok/</w:t>
      </w:r>
    </w:p>
    <w:p>
      <w:pPr/>
      <w:r>
        <w:t>Stepchenkova, S., &amp; Mills, J. (2010). Destination image: A meta-analysis of 2000–2007 research. Journal of Hospitality Marketing &amp; Management, 19(6), 575–609. https://doi.org/10.1080/19368623.2010.493071</w:t>
      </w:r>
    </w:p>
    <w:p>
      <w:pPr/>
      <w:r>
        <w:t>Tracy, S. J. (2020). Qualitative research methods (2nd ed.). Wiley-Blackwell.</w:t>
      </w:r>
    </w:p>
    <w:p>
      <w:pPr/>
      <w:r>
        <w:t>UNWTO. (2023). A Practical Guide to Tourism and Social Media. https://www.unwto.org</w:t>
      </w:r>
    </w:p>
    <w:p>
      <w:pPr/>
      <w:r>
        <w:t>Urry, J., &amp; Larsen, J. (2011). The tourist gaze 3.0. SAGE.</w:t>
      </w:r>
    </w:p>
    <w:p>
      <w:pPr/>
      <w:r>
        <w:t>Xiang, Z., &amp; Gretzel, U. (2010). Role of social media in online travel information search. Tourism Management, 31(2), 179–188. https://doi.org/10.1016/j.tourman.2009.02.016</w:t>
      </w:r>
    </w:p>
    <w:p>
      <w:pPr/>
      <w:r>
        <w:t>Zeng, B., &amp; Gerritsen, R. (2019). What do we know about social media in tourism? A review. Tourism Management, 44, 134–144. https://doi.org/10.1016/j.tourman.2014.09.018</w:t>
      </w:r>
    </w:p>
    <w:p>
      <w:pPr>
        <w:pStyle w:val="Heading1"/>
      </w:pPr>
      <w:r>
        <w:rPr>
          <w:rFonts w:ascii="Times New Roman" w:hAnsi="Times New Roman"/>
          <w:color w:val="0066CC"/>
          <w:sz w:val="24"/>
        </w:rPr>
        <w:t>8.0 Appendix</w:t>
      </w:r>
    </w:p>
    <w:p>
      <w:pPr>
        <w:pStyle w:val="Heading2"/>
      </w:pPr>
      <w:r>
        <w:t>Appendix A: Examples of Tourism Hashtags Used in Observational Analysis</w:t>
      </w:r>
    </w:p>
    <w:p>
      <w:pPr/>
      <w:r>
        <w:t>#TravelTok, #Wanderlust, #HiddenGems, #BudgetTravel, #ExploreMore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