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Operations Management in Hospitality</w:t>
      </w:r>
    </w:p>
    <w:p>
      <w:r>
        <w:t>Assignment 6</w:t>
      </w:r>
    </w:p>
    <w:p>
      <w:r>
        <w:t>Student Name: Aakash Moond</w:t>
      </w:r>
    </w:p>
    <w:p>
      <w:r>
        <w:t>Program: MA in Tourism</w:t>
      </w:r>
    </w:p>
    <w:p>
      <w:r>
        <w:t>University: European Institute of Innovation, Entrepreneurship and Technology</w:t>
      </w:r>
    </w:p>
    <w:p>
      <w:r>
        <w:t>Date: 17.12.2025</w:t>
      </w:r>
    </w:p>
    <w:p>
      <w:r>
        <w:br w:type="page"/>
      </w:r>
    </w:p>
    <w:p>
      <w:pPr>
        <w:pStyle w:val="Heading2"/>
      </w:pPr>
      <w:r>
        <w:t>Introduction</w:t>
      </w:r>
    </w:p>
    <w:p>
      <w:r>
        <w:t>The hospitality industry operates in a highly dynamic environment where customer demand fluctuates constantly. Understanding the concepts of supply and demand is essential for effective hospitality management, as these concepts directly influence pricing, capacity planning, service quality, and profitability. This assignment explains the concepts of supply and demand in the hospitality industry and analyzes the impact of seasonality on hospitality businesses such as hotels, restaurants, and airlines.</w:t>
      </w:r>
    </w:p>
    <w:p>
      <w:pPr>
        <w:pStyle w:val="Heading2"/>
      </w:pPr>
      <w:r>
        <w:t>Concept of Supply and Demand in the Hospitality Industry</w:t>
      </w:r>
    </w:p>
    <w:p>
      <w:r>
        <w:t>Supply in the hospitality industry refers to the availability of services offered to customers, such as hotel rooms, restaurant seating, airline seats, and event spaces. Unlike manufacturing industries, hospitality services cannot be stored for future use. For example, an unsold hotel room or an empty airline seat on a particular day represents lost revenue that cannot be recovered.</w:t>
      </w:r>
    </w:p>
    <w:p>
      <w:r>
        <w:t>Demand refers to the desire and ability of customers to purchase hospitality services at a given price and time. Demand in hospitality is influenced by various factors including income levels, travel trends, pricing, customer preferences, economic conditions, and external factors such as festivals, business events, or global crises.</w:t>
      </w:r>
    </w:p>
    <w:p>
      <w:r>
        <w:t>The interaction between supply and demand determines pricing strategies in hospitality businesses. When demand is high and supply is limited, businesses can charge higher prices. Conversely, when demand is low and supply exceeds demand, prices are often reduced to attract customers. Revenue management and dynamic pricing strategies are widely used in hotels and airlines to balance supply and demand effectively.</w:t>
      </w:r>
    </w:p>
    <w:p>
      <w:pPr>
        <w:pStyle w:val="Heading2"/>
      </w:pPr>
      <w:r>
        <w:t>Importance of Supply and Demand for Hospitality Management</w:t>
      </w:r>
    </w:p>
    <w:p>
      <w:r>
        <w:t>Understanding supply and demand is crucial for hospitality managers because it supports informed decision-making. Effective capacity management ensures optimal utilization of resources such as staff, facilities, and inventory. Managers can forecast demand patterns and adjust staffing levels, pricing, and promotional activities accordingly.</w:t>
      </w:r>
    </w:p>
    <w:p>
      <w:r>
        <w:t>Additionally, knowledge of supply and demand helps managers improve customer satisfaction by ensuring adequate service availability during peak periods while controlling operational costs during low-demand periods. Strategic planning, budgeting, and long-term investments are also influenced by accurate demand forecasting.</w:t>
      </w:r>
    </w:p>
    <w:p>
      <w:pPr>
        <w:pStyle w:val="Heading2"/>
      </w:pPr>
      <w:r>
        <w:t>Impact of Seasonality on Supply and Demand</w:t>
      </w:r>
    </w:p>
    <w:p>
      <w:r>
        <w:t>Seasonality refers to predictable changes in demand that occur during specific times of the year. In the hospitality industry, seasonality has a significant impact on both supply and demand, affecting pricing, employment, and service levels.</w:t>
      </w:r>
    </w:p>
    <w:p>
      <w:r>
        <w:t>In hotels, demand often peaks during holiday seasons, summer vacations, or major events, leading to higher room rates and full occupancy. During off-season periods, demand declines, resulting in discounted prices and promotional offers to attract guests. Hotels may also reduce staff levels or close certain facilities during low-demand seasons.</w:t>
      </w:r>
    </w:p>
    <w:p>
      <w:r>
        <w:t>Restaurants experience seasonality based on tourism flows, weather conditions, and cultural events. For example, restaurants in tourist destinations experience higher demand during peak travel seasons, while demand may drop significantly during off-peak months. Seasonal menus and flexible staffing are commonly used to manage these variations.</w:t>
      </w:r>
    </w:p>
    <w:p>
      <w:r>
        <w:t>Airlines are also highly affected by seasonality. Demand increases during summer holidays, festive periods, and school vacations, resulting in higher ticket prices. During low-demand seasons, airlines may reduce flight frequency, offer discounted fares, or redeploy aircraft to more profitable routes.</w:t>
      </w:r>
    </w:p>
    <w:p>
      <w:pPr>
        <w:pStyle w:val="Heading2"/>
      </w:pPr>
      <w:r>
        <w:t>Conclusion</w:t>
      </w:r>
    </w:p>
    <w:p>
      <w:r>
        <w:t>In conclusion, supply and demand are fundamental economic concepts that play a vital role in the hospitality industry. Effective management of these factors enables hospitality businesses to maximize revenue, optimize resource utilization, and enhance customer satisfaction. Seasonality further intensifies the importance of understanding supply and demand, as it creates fluctuations that require strategic planning and flexible management approaches. By applying sound operations management practices, hospitality managers can successfully navigate these challenges.</w:t>
      </w:r>
    </w:p>
    <w:p>
      <w:pPr>
        <w:pStyle w:val="Heading2"/>
      </w:pPr>
      <w:r>
        <w:t>References</w:t>
      </w:r>
    </w:p>
    <w:p>
      <w:r>
        <w:t>Chase, R. B., Jacobs, F. R., &amp; Aquilano, N. J. (2020). Operations Management for Competitive Advantage. McGraw-Hill Education.</w:t>
      </w:r>
    </w:p>
    <w:p>
      <w:r>
        <w:t>Heizer, J., Render, B., &amp; Munson, C. (2020). Operations Management: Sustainability and Supply Chain Management. Pearson Education.</w:t>
      </w:r>
    </w:p>
    <w:p>
      <w:r>
        <w:t>Ivanov, S., &amp; Zhechev, V. (2012). Hotel Revenue Management: From Theory to Practice. Zangador Ltd.</w:t>
      </w:r>
    </w:p>
    <w:p>
      <w:r>
        <w:t>Kotler, P., Bowen, J. T., &amp; Makens, J. C. (2017). Marketing for Hospitality and Tourism. Pearson Education.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