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32"/>
        </w:rPr>
        <w:t>Leadership Styles and Their Impact on Team Performance</w:t>
      </w:r>
    </w:p>
    <w:p>
      <w:pPr/>
      <w:r>
        <w:t>Table of Contents</w:t>
        <w:br/>
        <w:t>Abstract</w:t>
        <w:br/>
        <w:t>Introduction</w:t>
        <w:br/>
        <w:t>Literature Review</w:t>
        <w:br/>
        <w:t>Methodology</w:t>
        <w:br/>
        <w:t>Findings</w:t>
        <w:br/>
        <w:t>Discussion</w:t>
        <w:br/>
        <w:t>Conclusion</w:t>
        <w:br/>
        <w:t>References</w:t>
        <w:br/>
        <w:t>Appendices</w:t>
      </w:r>
    </w:p>
    <w:p>
      <w:pPr>
        <w:pStyle w:val="Heading1"/>
      </w:pPr>
      <w:r>
        <w:rPr>
          <w:rFonts w:ascii="Times New Roman" w:hAnsi="Times New Roman"/>
          <w:sz w:val="28"/>
        </w:rPr>
        <w:t>Abstract</w:t>
      </w:r>
    </w:p>
    <w:p>
      <w:pPr/>
      <w:r>
        <w:t>This report examines the influence of leadership styles on team performance within modern organizations. Leadership is one of the most important factors affecting employee engagement, productivity, communication, motivation, and workplace culture. The study compares autocratic, democratic, transformational, transactional, and servant leadership styles and evaluates their strengths and weaknesses in organizational settings. The report also explores the relationship between emotional intelligence and leadership effectiveness, highlighting how emotionally intelligent leaders adapt their behavior according to workplace situations and employee needs. Real organizational examples are used to demonstrate how leadership approaches influence team outcomes and organizational success. The methodology section explains the use of secondary research from books, journals, and academic articles. Findings indicate that transformational and servant leadership often create higher employee satisfaction, innovation, and long-term commitment, while transactional and autocratic approaches may provide benefits in highly structured or crisis situations. Democratic leadership is shown to improve communication and collaboration by encouraging participation in decision making. The discussion evaluates the practical implications of leadership theories for managers and organizations in competitive business environments. Recommendations are provided for improving team performance through leadership development, emotional intelligence training, communication strategies, and employee empowerment. The conclusion emphasizes that effective leadership requires flexibility, ethical awareness, emotional intelligence, and the ability to balance organizational goals with employee wellbeing.</w:t>
      </w:r>
    </w:p>
    <w:p>
      <w:pPr>
        <w:pStyle w:val="Heading1"/>
      </w:pPr>
      <w:r>
        <w:rPr>
          <w:rFonts w:ascii="Times New Roman" w:hAnsi="Times New Roman"/>
          <w:sz w:val="28"/>
        </w:rPr>
        <w:t>Introduction</w:t>
      </w:r>
    </w:p>
    <w:p>
      <w:pPr/>
      <w:r>
        <w:t>Leadership plays a critical role in shaping the success of modern organizations. In highly competitive and rapidly changing business environments, organizations depend on effective leaders to guide employees, manage resources, encourage innovation, and maintain strong workplace relationships. Leadership affects how employees communicate, solve problems, adapt to change, and achieve organizational objectives. Managers who apply suitable leadership styles can improve employee motivation, productivity, and collaboration, while poor leadership often results in conflict, dissatisfaction, and low performance.</w:t>
        <w:br/>
        <w:br/>
        <w:t>The concept of leadership has evolved significantly over time. Traditional organizations often relied on strict hierarchical management systems where leaders focused on control and authority. However, modern organizations recognize that employees perform better when leaders support participation, trust, communication, and emotional understanding. As a result, leadership styles have become increasingly diverse and flexible. Managers are expected to adapt their leadership behavior according to organizational goals, employee needs, and workplace situations.</w:t>
        <w:br/>
        <w:br/>
        <w:t>Different leadership styles influence team performance in different ways. Autocratic leadership emphasizes authority and decision making by leaders, while democratic leadership encourages employee participation and collaboration. Transformational leadership focuses on inspiration and organizational change, whereas transactional leadership is based on rewards and performance management. Servant leadership prioritizes employee wellbeing, personal growth, and ethical responsibility. Each leadership style has advantages and limitations depending on the organizational environment and the characteristics of employees.</w:t>
        <w:br/>
        <w:br/>
        <w:t>In addition to leadership style, emotional intelligence has become an essential component of effective management. Emotional intelligence refers to the ability to recognize, understand, and manage emotions in oneself and others. Leaders with high emotional intelligence communicate effectively, build trust, resolve conflicts, and motivate employees more successfully than leaders who lack emotional awareness. Emotional intelligence also helps managers adapt their leadership style according to different workplace situations, improving organizational flexibility and employee satisfaction.</w:t>
        <w:br/>
        <w:br/>
        <w:t>The purpose of this report is to examine leadership styles and their impact on team performance in modern organizations. The report compares major leadership approaches, analyzes how leadership affects employee engagement and workplace culture, and evaluates the role of emotional intelligence in leadership adaptation. The report also provides recommendations for improving organizational performance through effective leadership strategies. By understanding leadership theories and managerial practices, organizations can create productive work environments that support both employee wellbeing and long-term business success.</w:t>
      </w:r>
    </w:p>
    <w:p>
      <w:pPr>
        <w:pStyle w:val="Heading1"/>
      </w:pPr>
      <w:r>
        <w:rPr>
          <w:rFonts w:ascii="Times New Roman" w:hAnsi="Times New Roman"/>
          <w:sz w:val="28"/>
        </w:rPr>
        <w:t>Literature Review</w:t>
      </w:r>
    </w:p>
    <w:p>
      <w:pPr/>
      <w:r>
        <w:t>Leadership theory has been studied extensively in management research because leadership directly influences organizational performance, employee behavior, and workplace culture. Scholars have developed multiple leadership theories to explain how leaders influence teams and achieve organizational goals. Early leadership theories focused on personality traits and characteristics associated with successful leaders. Trait theory suggested that effective leaders possess natural qualities such as confidence, intelligence, and determination. However, later research argued that leadership effectiveness depends not only on personal traits but also on behavior, organizational context, and employee relationships.</w:t>
        <w:br/>
        <w:br/>
        <w:t>Behavioral leadership theories emphasized the actions and behaviors of leaders rather than inherited traits. Researchers identified task oriented and relationship oriented leadership behaviors as key dimensions of effective management. Task oriented leaders focus on achieving goals, maintaining productivity, and ensuring organizational efficiency, while relationship oriented leaders prioritize communication, trust, and employee wellbeing. Modern leadership approaches combine these dimensions to create balanced management strategies.</w:t>
        <w:br/>
        <w:br/>
        <w:t>Autocratic leadership is one of the oldest and most traditional leadership styles. In autocratic leadership, managers make decisions independently and expect employees to follow instructions without significant participation. This leadership style is effective in situations requiring quick decision making, strict discipline, or centralized authority. For example, manufacturing industries, military organizations, and emergency response teams may benefit from autocratic leadership during crises. However, researchers argue that excessive autocratic leadership can reduce employee creativity, motivation, and job satisfaction. Employees may feel ignored or undervalued when they have limited opportunities to contribute ideas or participate in decision making.</w:t>
        <w:br/>
        <w:br/>
        <w:t>Democratic leadership, also known as participative leadership, encourages employees to share opinions, contribute ideas, and participate in organizational decisions. Democratic leaders value collaboration and open communication. Research shows that democratic leadership improves employee engagement, trust, and teamwork because employees feel respected and included in organizational processes. Democratic leadership is particularly effective in knowledge based industries where innovation and creativity are important. However, this leadership style may slow decision making processes because leaders must consult employees before implementing actions.</w:t>
        <w:br/>
        <w:br/>
        <w:t>Transformational leadership has become one of the most influential leadership theories in modern management research. Transformational leaders inspire employees through vision, motivation, and personal influence. They encourage employees to exceed expectations and support organizational change. According to Bass and Avolio, transformational leadership includes idealized influence, inspirational motivation, intellectual stimulation, and individualized consideration. Leaders who apply transformational leadership often create positive organizational cultures characterized by innovation, commitment, and high morale. Employees working under transformational leaders are more likely to demonstrate loyalty, creativity, and job satisfaction.</w:t>
        <w:br/>
        <w:br/>
        <w:t>Transactional leadership focuses on performance management, supervision, and rewards. Transactional leaders establish clear expectations and use rewards or punishments to influence employee behavior. This leadership style is effective in structured environments where tasks are standardized and measurable. Employees understand performance expectations clearly, which can improve efficiency and productivity. However, critics argue that transactional leadership may limit innovation because employees focus primarily on achieving rewards rather than exploring creative solutions.</w:t>
        <w:br/>
        <w:br/>
        <w:t>Servant leadership represents a people centered approach to management. Servant leaders prioritize the needs of employees and focus on personal development, ethical behavior, and community building. Greenleaf described servant leadership as a leadership philosophy based on service, empathy, and social responsibility. Research suggests that servant leadership improves employee trust, teamwork, and organizational commitment because employees feel valued and supported. This leadership style is especially effective in organizations that emphasize ethics, collaboration, and long term employee development.</w:t>
        <w:br/>
        <w:br/>
        <w:t>Leadership styles have a significant impact on employee engagement and workplace culture. Employee engagement refers to the emotional commitment employees have toward their work and organization. Engaged employees are more motivated, productive, and willing to contribute to organizational success. Leadership behavior strongly influences engagement because managers shape communication patterns, workplace relationships, and organizational values. Transformational and democratic leadership styles generally produce higher employee engagement because they encourage participation, recognition, and trust. In contrast, highly controlling leadership styles may reduce employee motivation and increase workplace stress.</w:t>
        <w:br/>
        <w:br/>
        <w:t>Leadership also affects organizational productivity and performance. Effective leaders create clear goals, encourage teamwork, and provide employees with support and resources. Research demonstrates that transformational leadership improves organizational innovation and adaptability because employees are encouraged to develop creative solutions and accept change. Transactional leadership can improve short term efficiency by focusing on performance standards and accountability. The effectiveness of leadership styles therefore depends on organizational context, employee characteristics, and business objectives.</w:t>
        <w:br/>
        <w:br/>
        <w:t>Emotional intelligence has become increasingly important in leadership research. Emotional intelligence includes self awareness, self regulation, motivation, empathy, and social skills. Leaders with high emotional intelligence understand employee emotions, manage stress effectively, and communicate clearly during challenging situations. Emotional intelligence allows leaders to adapt their leadership style according to workplace needs. For example, a leader may apply autocratic leadership during emergencies but use democratic leadership during collaborative projects. Emotionally intelligent leaders build trust, improve conflict management, and strengthen workplace relationships.</w:t>
        <w:br/>
        <w:br/>
        <w:t>Several real world organizations demonstrate the impact of leadership styles on performance. Companies such as Apple and Tesla have been associated with transformational leadership because leaders encourage innovation and organizational change. Google has often applied democratic leadership practices by encouraging collaboration, creativity, and employee participation. Starbucks has demonstrated servant leadership principles by emphasizing employee wellbeing, ethical responsibility, and customer relationships. These examples show that leadership style influences not only employee performance but also organizational culture and public reputation.</w:t>
        <w:br/>
        <w:br/>
        <w:t>Despite the strengths of different leadership approaches, researchers emphasize that no single leadership style is universally effective. Situational leadership theory suggests that leaders must adapt their behavior according to employee needs, organizational challenges, and environmental conditions. Effective leadership therefore requires flexibility, emotional intelligence, and the ability to balance organizational objectives with employee wellbeing. Modern organizations benefit from leaders who can combine multiple leadership styles to create productive, ethical, and innovative workplaces.</w:t>
      </w:r>
    </w:p>
    <w:p>
      <w:pPr>
        <w:pStyle w:val="Heading1"/>
      </w:pPr>
      <w:r>
        <w:rPr>
          <w:rFonts w:ascii="Times New Roman" w:hAnsi="Times New Roman"/>
          <w:sz w:val="28"/>
        </w:rPr>
        <w:t>Methodology</w:t>
      </w:r>
    </w:p>
    <w:p>
      <w:pPr/>
      <w:r>
        <w:t>This report uses a qualitative research methodology based on secondary data analysis. Secondary research involves collecting and analyzing information from existing academic sources rather than conducting primary research through surveys or interviews. The methodology was selected because leadership and emotional intelligence have been widely studied in management literature, providing extensive theoretical and practical information for analysis.</w:t>
        <w:br/>
        <w:br/>
        <w:t>The research data for this report was collected from books, academic journals, leadership theories, organizational case studies, and credible online resources related to management and emotional intelligence. The selected sources focused on leadership styles, team performance, organizational behavior, employee motivation, communication, and workplace culture. Academic databases and management publications were used to ensure reliability and relevance.</w:t>
        <w:br/>
        <w:br/>
        <w:t>The research process involved reviewing leadership theories and comparing the characteristics of different leadership styles. The study analyzed autocratic, democratic, transformational, transactional, and servant leadership approaches to evaluate their impact on employee engagement, productivity, and organizational culture. The role of emotional intelligence in leadership adaptation and managerial effectiveness was also examined through theoretical discussion and organizational examples.</w:t>
        <w:br/>
        <w:br/>
        <w:t>Qualitative analysis was used to interpret the findings from the reviewed literature. The analysis focused on identifying patterns, similarities, and differences between leadership styles and their practical influence on team performance. Real world organizational examples were included to support the discussion and demonstrate the application of leadership theories in business environments.</w:t>
        <w:br/>
        <w:br/>
        <w:t>The methodology has several strengths. Secondary research provides access to a large amount of information from experienced researchers and organizations. It also allows comparison between different leadership approaches across industries and cultures. Additionally, qualitative analysis helps explain complex relationships between leadership behavior, emotional intelligence, and employee performance.</w:t>
        <w:br/>
        <w:br/>
        <w:t>However, the methodology also has limitations. The report depends on existing research rather than direct organizational observation or employee feedback. Some sources may present different interpretations of leadership effectiveness depending on cultural or organizational context. Despite these limitations, the methodology provides sufficient information to evaluate leadership styles and their impact on modern organizations.</w:t>
      </w:r>
    </w:p>
    <w:p>
      <w:pPr>
        <w:pStyle w:val="Heading1"/>
      </w:pPr>
      <w:r>
        <w:rPr>
          <w:rFonts w:ascii="Times New Roman" w:hAnsi="Times New Roman"/>
          <w:sz w:val="28"/>
        </w:rPr>
        <w:t>Findings</w:t>
      </w:r>
    </w:p>
    <w:p>
      <w:pPr/>
      <w:r>
        <w:t>The findings of this report demonstrate that leadership style significantly influences employee behavior, team performance, workplace culture, and organizational success. Different leadership approaches produce different outcomes depending on organizational context, employee expectations, and management objectives.</w:t>
        <w:br/>
        <w:br/>
        <w:t>Autocratic leadership was found to be effective in situations requiring quick decisions, discipline, and centralized control. Organizations operating in high pressure environments such as emergency services, military operations, and manufacturing may benefit from clear authority and rapid decision making. Employees often understand their responsibilities clearly under autocratic leaders, which can improve efficiency during critical situations. However, long term use of autocratic leadership may reduce employee creativity, trust, and job satisfaction because workers have limited opportunities to contribute ideas or participate in decision making.</w:t>
        <w:br/>
        <w:br/>
        <w:t>Democratic leadership produced positive outcomes related to communication, collaboration, and employee engagement. Employees working under democratic leaders often feel respected and valued because they are included in organizational discussions and decisions. This leadership style improved teamwork and problem solving in organizations where innovation and knowledge sharing were important. Democratic leadership also strengthened trust between employees and managers. However, decision making processes were sometimes slower because leaders needed to consult team members before taking action.</w:t>
        <w:br/>
        <w:br/>
        <w:t>Transformational leadership generated some of the strongest positive outcomes in relation to employee motivation and organizational performance. Employees under transformational leaders were more likely to demonstrate commitment, creativity, and enthusiasm. Transformational leaders inspired employees by communicating a clear vision and encouraging personal development. Organizations using transformational leadership often developed innovative and adaptable workplace cultures. Employees reported higher levels of job satisfaction because they felt motivated and recognized by their leaders. This leadership style was especially effective in organizations experiencing change or seeking long term growth.</w:t>
        <w:br/>
        <w:br/>
        <w:t>Transactional leadership improved performance in structured environments where tasks and goals were clearly defined. Employees responded positively to reward systems linked to performance expectations. Transactional leadership increased accountability because managers monitored employee performance and provided clear consequences for success or failure. However, employees working under transactional leadership were sometimes less motivated to develop creative solutions because they focused mainly on achieving rewards or avoiding punishment.</w:t>
        <w:br/>
        <w:br/>
        <w:t>Servant leadership created strong workplace relationships and improved employee wellbeing. Employees working under servant leaders felt supported, respected, and trusted. This leadership style encouraged collaboration, ethical behavior, and personal growth. Organizations applying servant leadership principles often developed positive workplace cultures characterized by loyalty and teamwork. Employees were more willing to contribute to organizational goals because they believed leaders genuinely cared about their development and wellbeing.</w:t>
        <w:br/>
        <w:br/>
        <w:t>The findings also confirmed the importance of emotional intelligence in leadership effectiveness. Emotionally intelligent leaders communicated more effectively, resolved conflicts successfully, and adapted leadership behavior according to workplace situations. Leaders with strong emotional awareness demonstrated empathy toward employees and managed stress more effectively during organizational challenges. Emotional intelligence improved trust between managers and employees because leaders listened actively and responded appropriately to employee concerns.</w:t>
        <w:br/>
        <w:br/>
        <w:t>Another significant finding was that no single leadership style was universally effective. Successful leaders often combined multiple leadership approaches depending on organizational circumstances. For example, a manager might use transformational leadership to inspire innovation while applying transactional leadership to maintain accountability and performance standards. Similarly, democratic leadership could be used during team discussions, while autocratic leadership might be necessary during emergencies or crisis situations.</w:t>
        <w:br/>
        <w:br/>
        <w:t>The findings also showed that leadership style strongly influenced workplace culture. Positive leadership approaches encouraged open communication, teamwork, and employee participation, while negative leadership behaviors increased stress, conflict, and dissatisfaction. Organizations with emotionally intelligent and adaptable leaders were more likely to achieve employee commitment, productivity, and long term organizational success.</w:t>
      </w:r>
    </w:p>
    <w:p>
      <w:pPr>
        <w:pStyle w:val="Heading1"/>
      </w:pPr>
      <w:r>
        <w:rPr>
          <w:rFonts w:ascii="Times New Roman" w:hAnsi="Times New Roman"/>
          <w:sz w:val="28"/>
        </w:rPr>
        <w:t>Discussion</w:t>
      </w:r>
    </w:p>
    <w:p>
      <w:pPr/>
      <w:r>
        <w:t>The findings demonstrate that leadership style is closely connected to organizational performance and employee behavior. Leadership not only affects productivity but also shapes communication patterns, workplace relationships, organizational culture, and employee motivation. Modern organizations operate in highly competitive and rapidly changing environments, making effective leadership increasingly important for long term success.</w:t>
        <w:br/>
        <w:br/>
        <w:t>Autocratic leadership remains valuable in situations requiring rapid decision making and strict control. During crises, employees may expect leaders to provide clear instructions and immediate action. However, modern organizations increasingly depend on creativity, collaboration, and innovation, which may be limited under highly authoritarian management systems. Employees today often prefer workplaces where their opinions are respected and where they have opportunities to contribute to organizational decisions. As a result, organizations relying excessively on autocratic leadership may experience lower employee morale and higher staff turnover.</w:t>
        <w:br/>
        <w:br/>
        <w:t>Democratic leadership supports participation, communication, and teamwork, making it highly suitable for modern knowledge based organizations. Employees who participate in decision making are more likely to feel motivated and committed to organizational objectives. Democratic leadership also improves problem solving because diverse perspectives contribute to better decisions. However, organizations must balance participation with efficiency because lengthy consultation processes can delay important actions. Effective democratic leaders therefore require strong communication skills and the ability to manage discussions productively.</w:t>
        <w:br/>
        <w:br/>
        <w:t>Transformational leadership appears particularly effective in modern organizations because it encourages innovation, adaptability, and employee development. Organizations facing technological change, globalization, and competitive pressure benefit from leaders who inspire employees and promote continuous improvement. Transformational leaders motivate employees by creating a shared vision and encouraging personal growth. This leadership style strengthens organizational commitment because employees feel emotionally connected to organizational goals. Nevertheless, transformational leadership requires strong interpersonal skills and emotional intelligence. Leaders who fail to maintain trust or communicate effectively may struggle to inspire employees consistently.</w:t>
        <w:br/>
        <w:br/>
        <w:t>Transactional leadership continues to play an important role in organizations requiring structure, accountability, and measurable performance standards. Reward systems and performance monitoring can improve efficiency and clarify expectations. However, transactional leadership may not fully address employees’ emotional and developmental needs. Employees motivated only by rewards may demonstrate lower creativity and weaker organizational commitment. Therefore, transactional leadership is often most effective when combined with transformational or democratic leadership approaches.</w:t>
        <w:br/>
        <w:br/>
        <w:t>Servant leadership reflects growing organizational interest in ethics, employee wellbeing, and corporate social responsibility. Modern employees increasingly value supportive workplaces where leaders demonstrate empathy, fairness, and respect. Servant leadership improves trust and teamwork because leaders prioritize employee development and ethical responsibility. Organizations applying servant leadership principles may also improve their public image and customer relationships because ethical leadership contributes to positive organizational reputation. However, servant leadership may face challenges in highly competitive or fast paced environments where immediate performance results are prioritized.</w:t>
        <w:br/>
        <w:br/>
        <w:t>The discussion also highlights the central role of emotional intelligence in leadership effectiveness. Emotionally intelligent leaders understand how emotions influence employee behavior, communication, and workplace relationships. They can recognize stress, resolve conflicts, and motivate employees more effectively than leaders lacking emotional awareness. Emotional intelligence supports flexibility because leaders can adapt their leadership style according to organizational situations and employee needs.</w:t>
        <w:br/>
        <w:br/>
        <w:t>For example, emotionally intelligent leaders recognize when employees require support, guidance, or empowerment. During organizational crises, leaders may adopt more directive leadership styles to provide stability and control. In collaborative environments, leaders may encourage participation and creativity through democratic or transformational leadership approaches. Emotional intelligence therefore enhances situational leadership by helping managers respond appropriately to changing workplace conditions.</w:t>
        <w:br/>
        <w:br/>
        <w:t>The relationship between leadership and workplace culture is another important issue. Positive leadership styles create cultures based on trust, communication, collaboration, and innovation. Employees working in supportive cultures are more likely to demonstrate commitment, productivity, and job satisfaction. In contrast, negative leadership behaviors such as excessive control, poor communication, or lack of empathy can create stressful and conflict driven workplaces. Organizational culture therefore reflects leadership behavior and managerial values.</w:t>
        <w:br/>
        <w:br/>
        <w:t>Real world organizations provide evidence supporting these conclusions. Technology companies often apply transformational and democratic leadership approaches to encourage creativity and innovation. Service organizations frequently adopt servant leadership principles to strengthen customer relationships and employee wellbeing. Manufacturing and security organizations may rely more heavily on transactional or autocratic leadership to maintain efficiency and discipline. These examples demonstrate that leadership effectiveness depends on organizational context, industry requirements, and employee expectations.</w:t>
        <w:br/>
        <w:br/>
        <w:t>The discussion suggests that effective managers should avoid relying exclusively on one leadership style. Instead, they should develop leadership flexibility supported by emotional intelligence and communication skills. Leadership training programs should therefore emphasize emotional awareness, conflict management, teamwork, ethical decision making, and adaptability. Organizations that invest in leadership development are more likely to improve employee engagement, productivity, and long term organizational success.</w:t>
      </w:r>
    </w:p>
    <w:p>
      <w:pPr>
        <w:pStyle w:val="Heading1"/>
      </w:pPr>
      <w:r>
        <w:rPr>
          <w:rFonts w:ascii="Times New Roman" w:hAnsi="Times New Roman"/>
          <w:sz w:val="28"/>
        </w:rPr>
        <w:t>Conclusion</w:t>
      </w:r>
    </w:p>
    <w:p>
      <w:pPr/>
      <w:r>
        <w:t>In conclusion, leadership style has a major influence on team performance, employee engagement, workplace culture, and organizational success. Different leadership approaches produce different outcomes depending on organizational goals, employee expectations, and workplace conditions. Autocratic leadership provides control and efficiency during crises, while democratic leadership improves participation and teamwork. Transformational leadership encourages innovation, motivation, and organizational commitment, whereas transactional leadership strengthens accountability and performance management. Servant leadership supports employee wellbeing, ethical responsibility, and trust within organizations.</w:t>
        <w:br/>
        <w:br/>
        <w:t>The report also demonstrates that emotional intelligence is essential for effective managerial leadership. Leaders with emotional intelligence communicate effectively, manage conflicts, motivate employees, and adapt their leadership style according to workplace situations. Emotional intelligence strengthens trust and improves relationships between managers and employees, contributing to positive organizational cultures.</w:t>
        <w:br/>
        <w:br/>
        <w:t>The analysis confirms that no single leadership style is universally effective. Successful leaders combine different approaches depending on organizational needs and employee characteristics. Flexible and emotionally intelligent leadership is therefore necessary in modern business environments characterized by rapid change, diversity, and competition.</w:t>
        <w:br/>
        <w:br/>
        <w:t>Organizations seeking improved team performance should invest in leadership development, emotional intelligence training, communication strategies, and employee empowerment. Managers should encourage collaboration, ethical behavior, and innovation while maintaining accountability and organizational direction. By applying balanced and adaptable leadership approaches, organizations can achieve higher employee satisfaction, stronger teamwork, and long term organizational success.</w:t>
      </w:r>
    </w:p>
    <w:p>
      <w:pPr>
        <w:pStyle w:val="Heading1"/>
      </w:pPr>
      <w:r>
        <w:rPr>
          <w:rFonts w:ascii="Times New Roman" w:hAnsi="Times New Roman"/>
          <w:sz w:val="28"/>
        </w:rPr>
        <w:t>References</w:t>
      </w:r>
    </w:p>
    <w:p>
      <w:pPr/>
      <w:r>
        <w:t>Bass, B. M., &amp; Avolio, B. J. (1994). Improving organizational effectiveness through transformational leadership. Sage Publications.</w:t>
        <w:br/>
        <w:br/>
        <w:t>Goleman, D. (1998). Working with emotional intelligence. Bantam Books.</w:t>
        <w:br/>
        <w:br/>
        <w:t>Greenleaf, R. K. (1977). Servant leadership: A journey into the nature of legitimate power and greatness. Paulist Press.</w:t>
        <w:br/>
        <w:br/>
        <w:t>Northouse, P. G. (2021). Leadership: Theory and practice. Sage Publications.</w:t>
        <w:br/>
        <w:br/>
        <w:t>Robbins, S. P., &amp; Judge, T. A. (2019). Organizational behavior. Pearson Education.</w:t>
        <w:br/>
        <w:br/>
        <w:t>Yukl, G. (2013). Leadership in organizations. Pearson Education.</w:t>
      </w:r>
    </w:p>
    <w:p>
      <w:pPr>
        <w:pStyle w:val="Heading1"/>
      </w:pPr>
      <w:r>
        <w:rPr>
          <w:rFonts w:ascii="Times New Roman" w:hAnsi="Times New Roman"/>
          <w:sz w:val="28"/>
        </w:rPr>
        <w:t>Appendices</w:t>
      </w:r>
    </w:p>
    <w:p>
      <w:pPr/>
      <w:r>
        <w:t>Appendix A: Summary of Leadership Styles</w:t>
        <w:br/>
        <w:br/>
        <w:t>Autocratic leadership emphasizes centralized authority and rapid decision making.</w:t>
        <w:br/>
        <w:br/>
        <w:t>Democratic leadership encourages employee participation and collaborative decision making.</w:t>
        <w:br/>
        <w:br/>
        <w:t>Transformational leadership focuses on inspiration, innovation, and organizational change.</w:t>
        <w:br/>
        <w:br/>
        <w:t>Transactional leadership is based on rewards, supervision, and performance management.</w:t>
        <w:br/>
        <w:br/>
        <w:t>Servant leadership prioritizes employee wellbeing, ethical behavior, and personal growth.</w:t>
        <w:br/>
        <w:br/>
        <w:t>Appendix B: Key Components of Emotional Intelligence</w:t>
        <w:br/>
        <w:br/>
        <w:t>Self awareness involves understanding personal emotions and behavior.</w:t>
        <w:br/>
        <w:br/>
        <w:t>Self regulation refers to controlling emotions and responding appropriately to challenges.</w:t>
        <w:br/>
        <w:br/>
        <w:t>Motivation encourages leaders to achieve goals and inspire employees.</w:t>
        <w:br/>
        <w:br/>
        <w:t>Empathy helps leaders understand employee feelings and perspectives.</w:t>
        <w:br/>
        <w:br/>
        <w:t>Social skills support communication, teamwork, and conflict management.</w:t>
      </w:r>
    </w:p>
    <w:p>
      <w:r>
        <w:t>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 strategy workplace culture professional development effective leadership organizational performance employee engagement teamwork communication motivation innovation emotional intelligence management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