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Exploring Cultural Tourism in Berlin: A Journey Through History, Art, and Modern Culture</w:t>
      </w:r>
    </w:p>
    <w:p>
      <w:pPr>
        <w:pStyle w:val="Heading2"/>
      </w:pPr>
      <w:r>
        <w:t>Project Overview</w:t>
      </w:r>
    </w:p>
    <w:p>
      <w:r>
        <w:t>In this project, students will explore Berlin as a leading cultural tourism destination, delving into its rich historical sites, art scenes, diverse neighborhoods, and cultural institutions. They will research, analyze, and create a multimedia presentation, travel guide, or cultural map, highlighting the aspects of Berlin that make it unique and attractive to visitors. The goal is to understand how Berlin's cultural heritage and modern influences attract tourists and impact the city's economy and social fabric.</w:t>
      </w:r>
    </w:p>
    <w:p>
      <w:pPr>
        <w:pStyle w:val="Heading2"/>
      </w:pPr>
      <w:r>
        <w:t>Project Objectives</w:t>
      </w:r>
    </w:p>
    <w:p>
      <w:pPr>
        <w:pStyle w:val="ListBullet"/>
      </w:pPr>
      <w:r>
        <w:t>Understand Cultural Tourism: Learn about cultural tourism and how it differs from other types of tourism.</w:t>
      </w:r>
    </w:p>
    <w:p>
      <w:pPr>
        <w:pStyle w:val="ListBullet"/>
      </w:pPr>
      <w:r>
        <w:t>Explore Berlin’s Cultural Landmarks: Identify key cultural sites, museums, art galleries, theaters, and historical landmarks in Berlin.</w:t>
      </w:r>
    </w:p>
    <w:p>
      <w:pPr>
        <w:pStyle w:val="ListBullet"/>
      </w:pPr>
      <w:r>
        <w:t>Analyze Berlin’s Cultural Identity: Study how Berlin’s culture is shaped by its history, arts, and diverse communities.</w:t>
      </w:r>
    </w:p>
    <w:p>
      <w:pPr>
        <w:pStyle w:val="ListBullet"/>
      </w:pPr>
      <w:r>
        <w:t>Evaluate the Economic Impact of Tourism: Understand how tourism contributes to Berlin’s economy.</w:t>
      </w:r>
    </w:p>
    <w:p>
      <w:pPr>
        <w:pStyle w:val="ListBullet"/>
      </w:pPr>
      <w:r>
        <w:t>Create a Cultural Guide: Develop a creative product (e.g., presentation, travel guide, cultural map) that showcases Berlin's cultural appeal.</w:t>
      </w:r>
    </w:p>
    <w:p>
      <w:pPr>
        <w:pStyle w:val="Heading2"/>
      </w:pPr>
      <w:r>
        <w:t>Project Duration</w:t>
      </w:r>
    </w:p>
    <w:p>
      <w:r>
        <w:t>2-3 weeks (can be adjusted as per class schedule)</w:t>
      </w:r>
    </w:p>
    <w:p>
      <w:pPr>
        <w:pStyle w:val="Heading2"/>
      </w:pPr>
      <w:r>
        <w:t>Project Phases</w:t>
      </w:r>
    </w:p>
    <w:p>
      <w:pPr>
        <w:pStyle w:val="Heading3"/>
      </w:pPr>
      <w:r>
        <w:t>1. Research and Exploration</w:t>
      </w:r>
    </w:p>
    <w:p>
      <w:r>
        <w:t>Task 1: Introduction to Cultural Tourism</w:t>
      </w:r>
    </w:p>
    <w:p>
      <w:pPr/>
      <w:r>
        <w:t>Activity: Brief discussion or reading on what cultural tourism is and its importance.</w:t>
      </w:r>
    </w:p>
    <w:p>
      <w:pPr/>
      <w:r>
        <w:t>Output: Short paragraph summarizing key points.</w:t>
      </w:r>
    </w:p>
    <w:p>
      <w:r>
        <w:t>Task 2: Discovering Berlin's Cultural Heritage</w:t>
      </w:r>
    </w:p>
    <w:p>
      <w:pPr/>
      <w:r>
        <w:t>Activity: In groups, students research Berlin’s key historical and cultural landmarks, such as:</w:t>
      </w:r>
    </w:p>
    <w:p>
      <w:pPr>
        <w:pStyle w:val="ListBullet"/>
      </w:pPr>
      <w:r>
        <w:t>The Berlin Wall and East Side Gallery</w:t>
      </w:r>
    </w:p>
    <w:p>
      <w:pPr>
        <w:pStyle w:val="ListBullet"/>
      </w:pPr>
      <w:r>
        <w:t>Museum Island (UNESCO World Heritage Site)</w:t>
      </w:r>
    </w:p>
    <w:p>
      <w:pPr>
        <w:pStyle w:val="ListBullet"/>
      </w:pPr>
      <w:r>
        <w:t>Brandenburg Gate</w:t>
      </w:r>
    </w:p>
    <w:p>
      <w:pPr>
        <w:pStyle w:val="ListBullet"/>
      </w:pPr>
      <w:r>
        <w:t>The Reichstag</w:t>
      </w:r>
    </w:p>
    <w:p>
      <w:pPr>
        <w:pStyle w:val="ListBullet"/>
      </w:pPr>
      <w:r>
        <w:t>Holocaust Memorial</w:t>
      </w:r>
    </w:p>
    <w:p>
      <w:pPr>
        <w:pStyle w:val="ListBullet"/>
      </w:pPr>
      <w:r>
        <w:t>Kreuzberg and Neukölln neighborhoods for street art and multicultural experiences</w:t>
      </w:r>
    </w:p>
    <w:p>
      <w:pPr>
        <w:pStyle w:val="ListBullet"/>
      </w:pPr>
      <w:r>
        <w:t>The Berlin Philharmonic and its influence on classical music</w:t>
      </w:r>
    </w:p>
    <w:p>
      <w:pPr/>
      <w:r>
        <w:t>Output: Create a list or short summary of each site, describing its significance.</w:t>
      </w:r>
    </w:p>
    <w:p>
      <w:pPr>
        <w:pStyle w:val="Heading3"/>
      </w:pPr>
      <w:r>
        <w:t>2. Fieldwork and Data Collection</w:t>
      </w:r>
    </w:p>
    <w:p>
      <w:r>
        <w:t>Task 3: Virtual Tours or Guest Lectures</w:t>
      </w:r>
    </w:p>
    <w:p>
      <w:pPr/>
      <w:r>
        <w:t>Activity: Participate in virtual tours of Berlin’s museums or watch documentaries on Berlin's art and history. Alternatively, a guest speaker (e.g., a local guide or historian) can talk to students about Berlin’s unique culture.</w:t>
      </w:r>
    </w:p>
    <w:p>
      <w:pPr/>
      <w:r>
        <w:t>Output: Write a reflection on what they learned and how it deepens their understanding of Berlin.</w:t>
      </w:r>
    </w:p>
    <w:p>
      <w:pPr>
        <w:pStyle w:val="Heading3"/>
      </w:pPr>
      <w:r>
        <w:t>3. Analysis and Application</w:t>
      </w:r>
    </w:p>
    <w:p>
      <w:r>
        <w:t>Task 4: Cultural and Economic Impact</w:t>
      </w:r>
    </w:p>
    <w:p>
      <w:pPr/>
      <w:r>
        <w:t>Activity: Research how cultural tourism affects Berlin’s economy and local communities. Students can look into statistics on tourist numbers, revenue generated, job creation, and the challenges (such as overcrowding and gentrification).</w:t>
      </w:r>
    </w:p>
    <w:p>
      <w:pPr/>
      <w:r>
        <w:t>Output: Short report or infographic on tourism's economic and social impact in Berlin.</w:t>
      </w:r>
    </w:p>
    <w:p>
      <w:pPr>
        <w:pStyle w:val="Heading3"/>
      </w:pPr>
      <w:r>
        <w:t>4. Creative Project Development</w:t>
      </w:r>
    </w:p>
    <w:p>
      <w:r>
        <w:t>Task 5: Create a Cultural Tourism Guide or Presentation</w:t>
      </w:r>
    </w:p>
    <w:p>
      <w:pPr/>
      <w:r>
        <w:t>Activity: Students will develop a product that illustrates Berlin’s cultural tourism highlights. Options include:</w:t>
      </w:r>
    </w:p>
    <w:p>
      <w:pPr>
        <w:pStyle w:val="ListBullet"/>
      </w:pPr>
      <w:r>
        <w:t>A multimedia presentation on Berlin’s cultural tourism sites.</w:t>
      </w:r>
    </w:p>
    <w:p>
      <w:pPr>
        <w:pStyle w:val="ListBullet"/>
      </w:pPr>
      <w:r>
        <w:t>A digital travel guide with top destinations and tips.</w:t>
      </w:r>
    </w:p>
    <w:p>
      <w:pPr>
        <w:pStyle w:val="ListBullet"/>
      </w:pPr>
      <w:r>
        <w:t>A cultural map showing neighborhoods, landmarks, and museums with descriptions and photos.</w:t>
      </w:r>
    </w:p>
    <w:p>
      <w:pPr/>
      <w:r>
        <w:t>Output: A final product showcasing Berlin’s cultural tourism appeal. It should include descriptions, images, maps, and tips for travelers.</w:t>
      </w:r>
    </w:p>
    <w:p>
      <w:pPr>
        <w:pStyle w:val="Heading3"/>
      </w:pPr>
      <w:r>
        <w:t>5. Presentation and Reflection</w:t>
      </w:r>
    </w:p>
    <w:p>
      <w:r>
        <w:t>Task 6: Present the Cultural Tourism Project</w:t>
      </w:r>
    </w:p>
    <w:p>
      <w:pPr/>
      <w:r>
        <w:t>Activity: Each group presents their project to the class, explaining the cultural significance of their chosen sites and the city’s appeal as a tourist destination.</w:t>
      </w:r>
    </w:p>
    <w:p>
      <w:pPr/>
      <w:r>
        <w:t>Output: Peer feedback session to discuss what they learned and how Berlin stands out as a cultural destination.</w:t>
      </w:r>
    </w:p>
    <w:p>
      <w:pPr>
        <w:pStyle w:val="Heading2"/>
      </w:pPr>
      <w:r>
        <w:t>Assessment Criteria</w:t>
      </w:r>
    </w:p>
    <w:p>
      <w:pPr>
        <w:pStyle w:val="ListBullet"/>
      </w:pPr>
      <w:r>
        <w:t>Research Quality: Depth of research on Berlin’s cultural sites and history.</w:t>
      </w:r>
    </w:p>
    <w:p>
      <w:pPr>
        <w:pStyle w:val="ListBullet"/>
      </w:pPr>
      <w:r>
        <w:t>Understanding of Cultural Tourism: Clear understanding of cultural tourism and Berlin’s role in it.</w:t>
      </w:r>
    </w:p>
    <w:p>
      <w:pPr>
        <w:pStyle w:val="ListBullet"/>
      </w:pPr>
      <w:r>
        <w:t>Creative Output: Quality and creativity of the travel guide, map, or presentation.</w:t>
      </w:r>
    </w:p>
    <w:p>
      <w:pPr>
        <w:pStyle w:val="ListBullet"/>
      </w:pPr>
      <w:r>
        <w:t>Analytical Skills: Ability to analyze the economic and cultural impact of tourism on Berlin.</w:t>
      </w:r>
    </w:p>
    <w:p>
      <w:pPr>
        <w:pStyle w:val="ListBullet"/>
      </w:pPr>
      <w:r>
        <w:t>Presentation Skills: Clarity and engagement in presenting their work to classmates.</w:t>
      </w:r>
    </w:p>
    <w:p>
      <w:pPr>
        <w:pStyle w:val="Heading2"/>
      </w:pPr>
      <w:r>
        <w:t>Resources</w:t>
      </w:r>
    </w:p>
    <w:p>
      <w:pPr/>
      <w:r>
        <w:t>Websites and Articles:</w:t>
      </w:r>
    </w:p>
    <w:p>
      <w:pPr>
        <w:pStyle w:val="ListBullet"/>
      </w:pPr>
      <w:r>
        <w:t>Berlin’s official tourism website: Visit Berlin (https://www.visitberlin.de/en)</w:t>
      </w:r>
    </w:p>
    <w:p>
      <w:pPr>
        <w:pStyle w:val="ListBullet"/>
      </w:pPr>
      <w:r>
        <w:t>UNESCO World Heritage listing for Museum Island</w:t>
      </w:r>
    </w:p>
    <w:p>
      <w:pPr>
        <w:pStyle w:val="ListBullet"/>
      </w:pPr>
      <w:r>
        <w:t>Documentaries on Berlin’s history and art scene</w:t>
      </w:r>
    </w:p>
    <w:p>
      <w:pPr/>
      <w:r>
        <w:t>Virtual Tours:</w:t>
      </w:r>
    </w:p>
    <w:p>
      <w:pPr>
        <w:pStyle w:val="ListBullet"/>
      </w:pPr>
      <w:r>
        <w:t>Google Arts &amp; Culture’s Berlin page</w:t>
      </w:r>
    </w:p>
    <w:p>
      <w:pPr>
        <w:pStyle w:val="ListBullet"/>
      </w:pPr>
      <w:r>
        <w:t>360° virtual tours of Museum Island museums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