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br/>
        <w:br/>
        <w:br/>
        <w:br/>
        <w:br/>
        <w:br/>
      </w:r>
    </w:p>
    <w:p>
      <w:pPr>
        <w:jc w:val="center"/>
      </w:pPr>
      <w:r>
        <w:t>Designing a Predictive Health Risk Intelligence System for Vulnerable Tourist Destinations</w:t>
      </w:r>
    </w:p>
    <w:p>
      <w:pPr>
        <w:jc w:val="center"/>
      </w:pPr>
      <w:r>
        <w:t>Bilal Hussain Khan Niazi</w:t>
      </w:r>
    </w:p>
    <w:p>
      <w:pPr>
        <w:jc w:val="center"/>
      </w:pPr>
      <w:r>
        <w:t>Student ID: bilal117</w:t>
      </w:r>
    </w:p>
    <w:p>
      <w:pPr>
        <w:jc w:val="center"/>
      </w:pPr>
      <w:r>
        <w:t>Date: June 19, 2025</w:t>
      </w:r>
    </w:p>
    <w:p>
      <w:r>
        <w:br w:type="page"/>
      </w:r>
    </w:p>
    <w:p>
      <w:pPr>
        <w:pStyle w:val="Heading1"/>
      </w:pPr>
      <w:r>
        <w:t>Table of Contents</w:t>
      </w:r>
    </w:p>
    <w:p>
      <w:r>
        <w:t>1. Abstract</w:t>
      </w:r>
    </w:p>
    <w:p>
      <w:r>
        <w:t>2. Introduction</w:t>
      </w:r>
    </w:p>
    <w:p>
      <w:r>
        <w:t>3. Literature Review</w:t>
      </w:r>
    </w:p>
    <w:p>
      <w:r>
        <w:t>4. Methodology</w:t>
      </w:r>
    </w:p>
    <w:p>
      <w:r>
        <w:t>5. Findings</w:t>
      </w:r>
    </w:p>
    <w:p>
      <w:r>
        <w:t>6. Discussion</w:t>
      </w:r>
    </w:p>
    <w:p>
      <w:r>
        <w:t>7. Conclusion</w:t>
      </w:r>
    </w:p>
    <w:p>
      <w:r>
        <w:t>8. References</w:t>
      </w:r>
    </w:p>
    <w:p>
      <w:r>
        <w:t>9. Appendices</w:t>
      </w:r>
    </w:p>
    <w:p>
      <w:r>
        <w:br w:type="page"/>
      </w:r>
    </w:p>
    <w:p>
      <w:pPr>
        <w:pStyle w:val="Heading1"/>
      </w:pPr>
      <w:r>
        <w:t>Abstract</w:t>
      </w:r>
    </w:p>
    <w:p>
      <w:r>
        <w:t>Tourism destinations vulnerable to recurring outbreaks, such as epidemics or seasonal diseases, require proactive health management tools to sustain safe travel and economic stability. This paper proposes a comprehensive design for a Predictive Health Risk Intelligence System (PHRIS) tailored to tourism sectors facing heightened health risks. The proposed system integrates real-time data collection, artificial intelligence (AI), and machine learning (ML) technologies to predict emerging health threats before they escalate. By leveraging multi-source inputs—including local hospital data, weather patterns, mobility data, and global disease surveillance feeds (e.g., WHO, CDC)—the system aims to forecast outbreaks and provide timely alerts to tourism stakeholders.</w:t>
        <w:br/>
        <w:br/>
        <w:t>The research critically examines the architecture of the system, outlining components such as data pipelines, risk thresholds, user dashboards, and inter-agency communication tools. Furthermore, it explores the ethical, legal, and privacy challenges associated with deploying predictive analytics in sensitive public health contexts, particularly in cross-border tourism zones.</w:t>
        <w:br/>
        <w:br/>
        <w:t>Drawing from case studies and existing literature, the paper also evaluates the effectiveness of predictive models in mitigating outbreaks in tourism-heavy nations. Recommendations are made for how tourism boards, public health departments, and governments can adopt the PHRIS framework to enhance destination resilience, traveler trust, and long-term sustainability.</w:t>
        <w:br/>
        <w:br/>
        <w:t>This assignment contributes to the growing body of strategic crisis management research by offering an innovative, technology-driven model capable of transforming traditional health threat responses in the global tourism industry.</w:t>
      </w:r>
    </w:p>
    <w:p>
      <w:r>
        <w:br w:type="page"/>
      </w:r>
    </w:p>
    <w:p>
      <w:pPr>
        <w:pStyle w:val="Heading1"/>
      </w:pPr>
      <w:r>
        <w:t>Introduction</w:t>
      </w:r>
    </w:p>
    <w:p>
      <w:r>
        <w:t>Tourism is a vital economic pillar for many nations, yet it remains particularly susceptible to public health threats ranging from infectious disease outbreaks to pandemics. Events such as the Ebola epidemic in West Africa (2014–2016) and the global COVID-19 pandemic have demonstrated the devastating effects of unanticipated health crises on international travel, hospitality industries, and national economies. As globalization continues to accelerate, tourist mobility grows, and environmental changes increase disease transmission risks, the need for a proactive, predictive approach to health safety in tourism becomes urgent.</w:t>
        <w:br/>
        <w:br/>
        <w:t>The increasing frequency and severity of health crises have highlighted the limitations of reactive response models and the urgent need for forward-looking systems capable of identifying threats before they materialize into full-blown emergencies. Conventional surveillance methods, although important, often lag behind the speed of disease transmission. This creates a strategic gap where real-time detection and early response mechanisms could have significantly mitigated damage.</w:t>
        <w:br/>
        <w:br/>
        <w:t>In this context, the application of artificial intelligence (AI) and machine learning (ML) technologies presents a promising solution. These technologies, when integrated with diverse data streams—such as epidemiological data, weather trends, and traveler mobility—can identify hidden patterns, predict outbreaks, and issue timely alerts to public health authorities and tourism operators. Predictive Health Risk Intelligence Systems (PHRIS) stand at the frontier of digital health safety, offering a transformative tool for vulnerable destinations striving to balance economic recovery and public safety.</w:t>
        <w:br/>
        <w:br/>
        <w:t>This paper aims to design a robust, data-driven PHRIS model tailored for tourism destinations with high exposure to health risks. The system architecture, data sources, algorithmic functions, and user interfaces will be comprehensively outlined. Additionally, the ethical and legal implications surrounding predictive surveillance—especially regarding data privacy, misinformation risks, and international data exchange—will be critically evaluated.</w:t>
        <w:br/>
        <w:br/>
        <w:t>The objective of this assignment is threefold:</w:t>
        <w:br/>
        <w:t>1. To develop a predictive system framework that enhances early warning capacities in health-vulnerable tourist regions.</w:t>
        <w:br/>
        <w:t>2. To explore how this system can inform proactive policy-making and safety protocols in the tourism sector.</w:t>
        <w:br/>
        <w:t>3. To assess implementation challenges, including ethical constraints, governance issues, and cross-border coordination.</w:t>
        <w:br/>
        <w:br/>
        <w:t>By addressing these aims, the study seeks to contribute an innovative and practical strategy for managing public health threats in tourism—ensuring safer travel, more resilient destinations, and sustained global tourism flows.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