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drawing>
          <wp:inline xmlns:a="http://schemas.openxmlformats.org/drawingml/2006/main" xmlns:pic="http://schemas.openxmlformats.org/drawingml/2006/picture">
            <wp:extent cx="1828800" cy="2633636"/>
            <wp:docPr id="1" name="Picture 1"/>
            <wp:cNvGraphicFramePr>
              <a:graphicFrameLocks noChangeAspect="1"/>
            </wp:cNvGraphicFramePr>
            <a:graphic>
              <a:graphicData uri="http://schemas.openxmlformats.org/drawingml/2006/picture">
                <pic:pic>
                  <pic:nvPicPr>
                    <pic:cNvPr id="0" name="F8C332B1-5C1E-48C0-877D-D94067369004.jpeg"/>
                    <pic:cNvPicPr/>
                  </pic:nvPicPr>
                  <pic:blipFill>
                    <a:blip r:embed="rId9"/>
                    <a:stretch>
                      <a:fillRect/>
                    </a:stretch>
                  </pic:blipFill>
                  <pic:spPr>
                    <a:xfrm>
                      <a:off x="0" y="0"/>
                      <a:ext cx="1828800" cy="2633636"/>
                    </a:xfrm>
                    <a:prstGeom prst="rect"/>
                  </pic:spPr>
                </pic:pic>
              </a:graphicData>
            </a:graphic>
          </wp:inline>
        </w:drawing>
      </w:r>
    </w:p>
    <w:p>
      <w:r/>
    </w:p>
    <w:p>
      <w:r/>
    </w:p>
    <w:p>
      <w:r/>
    </w:p>
    <w:p>
      <w:r/>
    </w:p>
    <w:p>
      <w:r>
        <w:t>Consumer Behaviour Report</w:t>
      </w:r>
    </w:p>
    <w:p>
      <w:r>
        <w:t>The Influence of Online Reviews and Peer Recommendations on Travel Choices</w:t>
      </w:r>
    </w:p>
    <w:p>
      <w:r/>
    </w:p>
    <w:p>
      <w:r>
        <w:t>Student Name: Harsh Kumar</w:t>
      </w:r>
    </w:p>
    <w:p>
      <w:r>
        <w:t>Matriculation Number: DE240086</w:t>
      </w:r>
    </w:p>
    <w:p>
      <w:r>
        <w:t>Course: Consumer Behaviour in Tourism and Hospitality</w:t>
      </w:r>
    </w:p>
    <w:p>
      <w:r>
        <w:t xml:space="preserve">Submission Date:  October </w:t>
      </w:r>
    </w:p>
    <w:p>
      <w:r/>
    </w:p>
    <w:p>
      <w:r>
        <w:t>2. TABLE OF CONTENTS</w:t>
      </w:r>
    </w:p>
    <w:p>
      <w:r/>
    </w:p>
    <w:p>
      <w:r>
        <w:t>1. Abstract</w:t>
      </w:r>
    </w:p>
    <w:p>
      <w:r>
        <w:t>2. Introduction</w:t>
      </w:r>
    </w:p>
    <w:p>
      <w:r>
        <w:t>3. Literature Review</w:t>
      </w:r>
    </w:p>
    <w:p>
      <w:r>
        <w:t xml:space="preserve">   . Psychological Influences</w:t>
      </w:r>
    </w:p>
    <w:p>
      <w:r>
        <w:t xml:space="preserve">   . Social and Cultural Influences</w:t>
      </w:r>
    </w:p>
    <w:p>
      <w:r>
        <w:t xml:space="preserve">   . Technological Influences and Digital Platforms</w:t>
      </w:r>
    </w:p>
    <w:p>
      <w:r>
        <w:t xml:space="preserve">   . Theoretical Frameworks</w:t>
      </w:r>
    </w:p>
    <w:p>
      <w:r>
        <w:t>4. Methodology</w:t>
      </w:r>
    </w:p>
    <w:p>
      <w:r>
        <w:t>5. Findings</w:t>
      </w:r>
    </w:p>
    <w:p>
      <w:r>
        <w:t xml:space="preserve">   . Trust, Credibility, and Perceived Authenticity</w:t>
      </w:r>
    </w:p>
    <w:p>
      <w:r>
        <w:t xml:space="preserve">   . Impact on Different Stages of the Consumer Journey</w:t>
      </w:r>
    </w:p>
    <w:p>
      <w:r>
        <w:t xml:space="preserve">   . Role of Emotions, Narratives, and Visual Content</w:t>
      </w:r>
    </w:p>
    <w:p>
      <w:r>
        <w:t xml:space="preserve">   . Case Studies from Leading Tourism Platforms</w:t>
      </w:r>
    </w:p>
    <w:p>
      <w:r>
        <w:t>6. Discussion</w:t>
      </w:r>
    </w:p>
    <w:p>
      <w:r>
        <w:t xml:space="preserve">   . Interpretation of Key Behavioural Trends</w:t>
      </w:r>
    </w:p>
    <w:p>
      <w:r>
        <w:t xml:space="preserve">   . Implications for Tourism Businesses</w:t>
      </w:r>
    </w:p>
    <w:p>
      <w:r>
        <w:t xml:space="preserve">   . Risks, Biases, and Limitations of Online Reviews</w:t>
      </w:r>
    </w:p>
    <w:p>
      <w:r>
        <w:t>7. Conclusion</w:t>
      </w:r>
    </w:p>
    <w:p>
      <w:r>
        <w:t>8. References</w:t>
      </w:r>
    </w:p>
    <w:p>
      <w:r>
        <w:t>9. Appendices</w:t>
      </w:r>
    </w:p>
    <w:p>
      <w:r>
        <w:t>1. ABSTRACT</w:t>
      </w:r>
    </w:p>
    <w:p>
      <w:r>
        <w:t>The rapid growth of digital platforms has significantly reshaped the way travellers make decisions, evaluate destinations, and select tourism services. Online reviews, peer recommendations, and social media commentary have emerged as some of the most influential information sources within the modern consumer journey. This report critically examines the impact of online reviews and peer-generated recommendations on travel behaviour, drawing on theories such as the Theory of Planned Behaviour, Social Influence Theory, eWOM, and the Technology Acceptance Model. Findings reveal high levels of trust in peer-generated content, strong emotional engagement through storytelling and visuals, and major implications for tourism businesses in the digital era.</w:t>
      </w:r>
    </w:p>
    <w:p>
      <w:r>
        <w:t>3. INTRODUCTION</w:t>
      </w:r>
    </w:p>
    <w:p>
      <w:r/>
    </w:p>
    <w:p>
      <w:r>
        <w:t>The digital transformation of the tourism industry has dramatically altered how travellers search for information, form preferences, and ultimately select destinations, accommodations, and experiences. Over the past decade, the rise of online review platforms, social media influencers, peer recommendation systems, and user-generated content has emerged as a dominant force in shaping consumer behaviour. Instead of relying on traditional travel agents or brand advertising, modern travellers increasingly trust the voices of other consumers—many of whom they will never meet.</w:t>
      </w:r>
    </w:p>
    <w:p>
      <w:r/>
    </w:p>
    <w:p>
      <w:r>
        <w:t>Online reviews offer both rational and emotional value. They help travellers evaluate quality, reduce uncertainty, and set expectations, while also providing personal stories, visuals, and social validation. Platforms such as TripAdvisor, Google Reviews, Booking.com, Airbnb, Instagram, and TikTok have created digital ecosystems where travellers can access real-time insights, authentic narratives, and global perspectives.</w:t>
      </w:r>
    </w:p>
    <w:p>
      <w:r/>
    </w:p>
    <w:p>
      <w:r>
        <w:t>This assignment aims to analyse how online reviews and peer recommendations influence travel choices. It integrates psychological, social, cultural, and technological perspectives along with established theories such as Social Influence Theory, the Theory of Planned Behaviour, Electronic Word-of-Mouth (eWOM), and the Technology Acceptance Model. By merging academic literature with real-world observations, this report provides a comprehensive understanding of the forces shaping modern travel decisions.</w:t>
      </w:r>
    </w:p>
    <w:p>
      <w:r>
        <w:t>4. LITERATURE REVIEW</w:t>
        <w:br/>
        <w:br/>
        <w:t>Online reviews and peer recommendations have become central to understanding modern tourism consumer behaviour, with their influence extending across cognitive, emotional, cultural, and technological dimensions. Psychologically, travellers rely on online reviews to reduce uncertainty and form expectations, especially in high-involvement decisions such as international travel. Trust acts as the primary mechanism driving review interpretation: the more authentic, detailed, and emotionally expressive a review appears, the more likely it is to influence consumer attitudes. Consumers often use heuristic cues—such as star ratings, number of reviews, reviewer credibility indicators, and visual evidence—to make rapid judgments about destinations or services. These cues reduce the cognitive load involved in processing large volumes of information and help travellers navigate crowded digital environments.</w:t>
        <w:br/>
        <w:br/>
        <w:t>Social and cultural influences further deepen the role of peer recommendations. Social proof, where individuals mimic the decisions of others, becomes especially powerful when travellers encounter trending destinations or highly rated experiences repeatedly across platforms. Cultural dimensions shape both how reviews are written and interpreted; for example, travellers from collectivist cultures often prioritise group consensus and trust aggregated ratings, whereas those from individualistic cultures emphasise detailed content and personal relevance. Moreover, identity expression plays a key role, as travellers relate more strongly to reviewers who share similar lifestyles, motivations, or demographic profiles. This alignment enhances the perceived relatability and persuasiveness of peer-generated content.</w:t>
        <w:br/>
        <w:br/>
        <w:t>Technological advancements also shape how reviews are presented and consumed. Algorithms curate reviews, prioritising those deemed most relevant based on engagement metrics, sentiment, or user behaviour, thereby influencing what travellers see first and how they interpret the overall reputation of businesses. Multimedia integration—photos, videos, reels, and short-form travel clips—magnifies emotional engagement and strengthens destination imagery, aligning with Dual Coding and narrative persuasion theories. Verified review systems, booking confirmations, and reviewer history profiles enhance credibility by reducing the likelihood of manipulated or fake content. Together, these psychological, social, cultural, and technological dimensions create a comprehensive ecosystem through which travellers form their perceptions and make informed decisions.</w:t>
      </w:r>
    </w:p>
    <w:p>
      <w:r>
        <w:t>5. METHODOLOGY</w:t>
        <w:br/>
        <w:br/>
        <w:t>This study follows a qualitative, review-based methodology designed to explore the complex behavioural mechanisms that shape traveller responses to online reviews. A qualitative interpretive approach is appropriate for this research because it captures the nuanced, subjective experiences reflected in consumer narratives, emotional expressions, and decision-making patterns. Unlike quantitative methods that focus on numerical ratings or statistical correlations, a qualitative strategy enables a deeper exploration of how travellers internalise, interpret, and act upon peer-generated information throughout their travel planning journey.</w:t>
        <w:br/>
        <w:br/>
        <w:t>The data for this study was derived from three major sources: academic literature, industry reports, and platform-based case studies. Academic sources provided theoretical frameworks such as Electronic Word-of-Mouth (eWOM), the Theory of Planned Behaviour, Social Influence Theory, and the Technology Acceptance Model, all of which help contextualise how online interactions influence consumer attitudes and actions. Industry reports from UNWTO, Statista, Skift, and Google Travel Insights offered real-world behavioural patterns and statistical indicators of how travellers engage with digital platforms. Case studies from TripAdvisor, Google Reviews, Booking.com, Airbnb, Instagram, and TikTok were incorporated to illustrate the lived realities of travellers interacting with online reviews, representing key segments of the digital ecosystem.</w:t>
        <w:br/>
        <w:br/>
        <w:t>A thematic analysis approach was used to synthesise the collected data. This involved identifying recurring behavioural themes such as trust formation, risk reduction, emotional engagement, social proof, cultural interpretation, and technological framing. These themes were analysed holistically to understand how they operate individually and how they intersect to shape overall travel decision-making. While qualitative analysis provides depth and contextual richness, the approach does have limitations: it relies on secondary data, may reflect platform or publication bias, and cannot fully account for the influence of proprietary platform algorithms. Nonetheless, the methodology remains well-suited for capturing the complexity and dynamism of modern digital consumer behaviour in tourism.</w:t>
      </w:r>
    </w:p>
    <w:p>
      <w:r>
        <w:t>6. FINDINGS</w:t>
      </w:r>
    </w:p>
    <w:p>
      <w:r/>
    </w:p>
    <w:p>
      <w:r>
        <w:t>. Trust, Credibility, and Perceived Authenticity</w:t>
      </w:r>
    </w:p>
    <w:p>
      <w:r>
        <w:t>Trust emerged as the most dominant factor shaping travellers’ responses to online reviews. Across platforms, travellers consistently favoured reviews that appeared authentic, detailed, and emotionally grounded. Credibility was strengthened when reviews included personal narratives, specific situational details, and user-uploaded photos or videos. These elements provided travellers with sensory validation and reduced the psychological distance between themselves and the reviewers. The presence of “verified stay” tags or reviewer history added additional layers of trust, helping travellers distinguish genuine peer feedback from potential manipulation. Conversely, vague, generic, or overly promotional reviews were viewed with skepticism, signalling reduced reliability.</w:t>
      </w:r>
    </w:p>
    <w:p>
      <w:r/>
    </w:p>
    <w:p>
      <w:r>
        <w:t>. Impact on Different Stages of the Consumer Journey</w:t>
      </w:r>
    </w:p>
    <w:p>
      <w:r>
        <w:t>Online reviews influenced every stage of the consumer decision-making process. During the inspiration stage, visually rich content on Instagram, TikTok, and YouTube often triggered spontaneous interest in destinations. At the information search stage, travellers used TripAdvisor, Google Reviews, and Booking.com to gather detailed insights. The evaluation stage saw travellers comparing review volumes, ratings, and common themes, often eliminating options that displayed repeated negative patterns. During the booking stage, recent reviews acted as decisive confidence boosters or deterrents. Throughout the actual travel experience, Google Maps reviews guided real-time decisions on dining, activities, and navigation. Finally, in the post-travel stage, travellers contributed their own feedback, closing the loop and influencing future visitors.</w:t>
      </w:r>
    </w:p>
    <w:p>
      <w:r/>
    </w:p>
    <w:p>
      <w:r>
        <w:t>. Role of Emotions, Narratives, and Visual Content</w:t>
      </w:r>
    </w:p>
    <w:p>
      <w:r>
        <w:t>Emotional storytelling shaped traveller perceptions significantly. Positive emotional language—such as descriptions of exceptional hospitality, breathtaking landscapes, or memorable personal interactions—influenced travellers’ affective responses, enhancing destination desirability. Negative emotions, including disappointment or frustration, were equally powerful and often carried greater weight due to negativity bias. Visual content amplified emotional resonance; authentic photos of hotel rooms, meals, and local experiences were perceived as more trustworthy than professional marketing images. Short-form videos on TikTok and Instagram Reels created immersive previews that allowed travellers to simulate the experience, strengthening both emotional bonding and behavioural intentions.</w:t>
      </w:r>
    </w:p>
    <w:p>
      <w:r/>
    </w:p>
    <w:p>
      <w:r>
        <w:t>. Case Studies from Leading Tourism Platforms</w:t>
      </w:r>
    </w:p>
    <w:p>
      <w:r>
        <w:t>Several platform-specific behavioural patterns emerged. TripAdvisor’s extensive review database made it especially influential for accommodations and attractions, with even minor rating changes significantly affecting business performance. Google Reviews dominated on-the-go decision making due to its integration with maps and location services. Booking.com’s structured and categorised review system—particularly its cleanliness, comfort, and staff ratings—was highly trusted for accommodation planning. Airbnb’s review environment emphasised host communication and transparency, making interpersonal trust a critical factor. Social media platforms demonstrated unique influence by shaping aspirational and identity-driven travel choices, with viral content frequently generating sudden spikes in destination popularity.</w:t>
      </w:r>
    </w:p>
    <w:p>
      <w:r>
        <w:t>7. DISCUSSION</w:t>
      </w:r>
    </w:p>
    <w:p>
      <w:r/>
    </w:p>
    <w:p>
      <w:r>
        <w:t>. Interpretation of Key Behavioural Trends</w:t>
      </w:r>
    </w:p>
    <w:p>
      <w:r>
        <w:t>The findings illustrate that online reviews have become embedded within the psychological and social fabric of travel decision-making. Travellers trust peer-generated content because it reduces uncertainty in situations where personal experience is lacking. Social proof further amplifies this influence, as destinations or services with high visibility across multiple platforms appear more reliable and appealing. Emotional storytelling and user-generated visuals strengthen travellers’ mental imagery and reduce ambiguity, enabling them to make more confident choices. Cultural context also plays a significant role: travellers from collectivist societies demonstrate stronger reliance on consensus-driven reviews, while those from individualistic cultures prioritise review detail and personal relevance.</w:t>
      </w:r>
    </w:p>
    <w:p>
      <w:r/>
    </w:p>
    <w:p>
      <w:r>
        <w:t>. Implications for Tourism Businesses</w:t>
      </w:r>
    </w:p>
    <w:p>
      <w:r>
        <w:t>The dominance of online reviews compels tourism businesses to treat digital reputation management as a core strategic function. Actively responding to reviews—both positive and negative—signals professionalism, attentiveness, and transparency. Encouraging satisfied guests to share their experiences helps build a balanced and credible review profile. Businesses must also leverage user-generated content to enhance authenticity, as travellers increasingly distrust overly polished marketing imagery. Incorporating insights from reviews into staff training, service enhancements, and crisis communication strategies ensures continuous improvement and alignment with traveller expectations.</w:t>
      </w:r>
    </w:p>
    <w:p>
      <w:r/>
    </w:p>
    <w:p>
      <w:r>
        <w:t>. Risks, Biases, and Limitations of Online Reviews</w:t>
      </w:r>
    </w:p>
    <w:p>
      <w:r>
        <w:t>Despite their benefits, online reviews are not free from risks. Fake or manipulated reviews can distort perceptions and undermine fairness. Extremity bias may cause travellers to encounter disproportionately positive or negative perspectives, reducing the accuracy of evaluations. Algorithms that determine review visibility may unintentionally promote certain narratives over others, leading to skewed impressions. Outdated reviews, cultural misunderstandings, and selective exposure further contribute to potential misinterpretations. Tourism businesses must therefore approach online feedback critically, cross-referencing recurring themes and ensuring transparency in their responses.</w:t>
      </w:r>
    </w:p>
    <w:p>
      <w:r>
        <w:t>8. CONCLUSION</w:t>
      </w:r>
    </w:p>
    <w:p>
      <w:r/>
    </w:p>
    <w:p>
      <w:r>
        <w:t>The analysis demonstrates that online reviews and peer recommendations have transformed the landscape of tourism decision-making. Travellers increasingly rely on peer-generated content to navigate uncertainty, evaluate service quality, and anticipate travel experiences. Psychological factors such as trust, emotional resonance, and risk reduction shape how reviews are interpreted, while social proof and cultural norms determine the strength of influence. Technological advancements, including algorithmic curation and multimedia integration, further reinforce the role of digital platforms in shaping traveller perceptions. For tourism businesses, effective reputation management, transparency, and active engagement with online feedback are essential for maintaining competitiveness. Despite limitations—including fake reviews, extremity biases, and cultural misinterpretations—online reviews remain one of the most powerful determinants of modern travel behaviour.</w:t>
      </w:r>
    </w:p>
    <w:p>
      <w:r/>
    </w:p>
    <w:p>
      <w:r>
        <w:t>9. REFERENCES</w:t>
      </w:r>
    </w:p>
    <w:p>
      <w:r/>
    </w:p>
    <w:p>
      <w:r>
        <w:t>Buhalis, D., &amp; Sinarta, Y. (). Real-time co-creation and nowness service: Lessons from tourism and hospitality. Journal of Travel &amp; Tourism Marketing, (), –.</w:t>
      </w:r>
    </w:p>
    <w:p>
      <w:r/>
    </w:p>
    <w:p>
      <w:r>
        <w:t>Filieri, R. (). What makes an online consumer review trustworthy? International Journal of Contemporary Hospitality Management, (), –.</w:t>
      </w:r>
    </w:p>
    <w:p>
      <w:r/>
    </w:p>
    <w:p>
      <w:r>
        <w:t>Gretzel, U., Yuan, Y., &amp; Fesenmaier, D. (). Preparing for the new consumption of tourism: Real-time connectivity and the new tourists. Tourism Management, (), –.</w:t>
      </w:r>
    </w:p>
    <w:p>
      <w:r/>
    </w:p>
    <w:p>
      <w:r>
        <w:t>Kim, J., &amp; Park, H. (). The role of social media reviews in travel decision-making. Journal of Hospitality Marketing &amp; Management, (), –.</w:t>
      </w:r>
    </w:p>
    <w:p>
      <w:r/>
    </w:p>
    <w:p>
      <w:r>
        <w:t>Litvin, S. W., Goldsmith, R. E., &amp; Pan, B. (). Electronic word-of-mouth in hospitality and tourism management. Tourism Management, (), –.</w:t>
      </w:r>
    </w:p>
    <w:p>
      <w:r/>
    </w:p>
    <w:p>
      <w:r>
        <w:t>Munar, A. M., &amp; Jacobsen, J. K. S. (). Motivations for sharing tourism experiences through social media. Tourism Management, , –.</w:t>
      </w:r>
    </w:p>
    <w:p>
      <w:r/>
    </w:p>
    <w:p>
      <w:r>
        <w:t>Sparks, B., &amp; Browning, V. (). The impact of online reviews on hotel booking intentions. Tourism Management, (), –.</w:t>
      </w:r>
    </w:p>
    <w:p>
      <w:r/>
    </w:p>
    <w:p>
      <w:r>
        <w:t>Xie, K. L., Zhang, Z., &amp; Zhang, Z. (). The business value of online consumer reviews and management response. International Journal of Hospitality Management, , –.</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