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Berlin Culture Experience Questionnaire</w:t>
      </w:r>
    </w:p>
    <w:p>
      <w:r>
        <w:t>Bachelors Degree in Tourism and Recreation</w:t>
      </w:r>
    </w:p>
    <w:p>
      <w:r>
        <w:t>________________________________________</w:t>
      </w:r>
    </w:p>
    <w:p>
      <w:pPr>
        <w:pStyle w:val="Heading2"/>
      </w:pPr>
      <w:r>
        <w:t>Section 1: General Information</w:t>
      </w:r>
    </w:p>
    <w:p>
      <w:pPr/>
      <w:r>
        <w:t>1. How long was your stay in Berlin?</w:t>
      </w:r>
    </w:p>
    <w:p>
      <w:pPr>
        <w:pStyle w:val="ListBullet"/>
      </w:pPr>
      <w:r>
        <w:t>o Less than a day</w:t>
      </w:r>
    </w:p>
    <w:p>
      <w:pPr>
        <w:pStyle w:val="ListBullet"/>
      </w:pPr>
      <w:r>
        <w:t>o 1–3 days</w:t>
      </w:r>
    </w:p>
    <w:p>
      <w:pPr>
        <w:pStyle w:val="ListBullet"/>
      </w:pPr>
      <w:r>
        <w:t>o 4–7 days</w:t>
      </w:r>
    </w:p>
    <w:p>
      <w:pPr>
        <w:pStyle w:val="ListBullet"/>
      </w:pPr>
      <w:r>
        <w:t>o More than a week</w:t>
      </w:r>
    </w:p>
    <w:p>
      <w:pPr/>
      <w:r>
        <w:t>2. Where are you visiting from?</w:t>
      </w:r>
    </w:p>
    <w:p>
      <w:pPr>
        <w:pStyle w:val="ListBullet"/>
      </w:pPr>
      <w:r>
        <w:t>o Germany</w:t>
      </w:r>
    </w:p>
    <w:p>
      <w:pPr>
        <w:pStyle w:val="ListBullet"/>
      </w:pPr>
      <w:r>
        <w:t>o Other European Country</w:t>
      </w:r>
    </w:p>
    <w:p>
      <w:pPr>
        <w:pStyle w:val="ListBullet"/>
      </w:pPr>
      <w:r>
        <w:t>o North America</w:t>
      </w:r>
    </w:p>
    <w:p>
      <w:pPr>
        <w:pStyle w:val="ListBullet"/>
      </w:pPr>
      <w:r>
        <w:t>o Asia</w:t>
      </w:r>
    </w:p>
    <w:p>
      <w:pPr>
        <w:pStyle w:val="ListBullet"/>
      </w:pPr>
      <w:r>
        <w:t>o Other (Please specify): _______________</w:t>
      </w:r>
    </w:p>
    <w:p>
      <w:pPr/>
      <w:r>
        <w:t>3. How would you describe your interest in culture? (Please select all that apply)</w:t>
      </w:r>
    </w:p>
    <w:p>
      <w:pPr>
        <w:pStyle w:val="ListBullet"/>
      </w:pPr>
      <w:r>
        <w:t>o Museums and history</w:t>
      </w:r>
    </w:p>
    <w:p>
      <w:pPr>
        <w:pStyle w:val="ListBullet"/>
      </w:pPr>
      <w:r>
        <w:t>o Contemporary art</w:t>
      </w:r>
    </w:p>
    <w:p>
      <w:pPr>
        <w:pStyle w:val="ListBullet"/>
      </w:pPr>
      <w:r>
        <w:t>o Music and nightlife</w:t>
      </w:r>
    </w:p>
    <w:p>
      <w:pPr>
        <w:pStyle w:val="ListBullet"/>
      </w:pPr>
      <w:r>
        <w:t>o Traditional/local food</w:t>
      </w:r>
    </w:p>
    <w:p>
      <w:pPr>
        <w:pStyle w:val="ListBullet"/>
      </w:pPr>
      <w:r>
        <w:t>o Historical sites and architecture</w:t>
      </w:r>
    </w:p>
    <w:p>
      <w:pPr>
        <w:pStyle w:val="ListBullet"/>
      </w:pPr>
      <w:r>
        <w:t>o Performing arts (theater, dance)</w:t>
      </w:r>
    </w:p>
    <w:p>
      <w:pPr>
        <w:pStyle w:val="ListBullet"/>
      </w:pPr>
      <w:r>
        <w:t>o Literature and film</w:t>
      </w:r>
    </w:p>
    <w:p>
      <w:pPr>
        <w:pStyle w:val="ListBullet"/>
      </w:pPr>
      <w:r>
        <w:t>o Other (Please specify): _______________</w:t>
      </w:r>
    </w:p>
    <w:p>
      <w:r>
        <w:t>________________________________________</w:t>
      </w:r>
    </w:p>
    <w:p>
      <w:pPr>
        <w:pStyle w:val="Heading2"/>
      </w:pPr>
      <w:r>
        <w:t>Section 2: Cultural Attractions and Experiences</w:t>
      </w:r>
    </w:p>
    <w:p>
      <w:pPr/>
      <w:r>
        <w:t>4. Which cultural sites or attractions did you visit in Berlin? (Please select all that apply)</w:t>
      </w:r>
    </w:p>
    <w:p>
      <w:pPr>
        <w:pStyle w:val="ListBullet"/>
      </w:pPr>
      <w:r>
        <w:t>o Museum Island</w:t>
      </w:r>
    </w:p>
    <w:p>
      <w:pPr>
        <w:pStyle w:val="ListBullet"/>
      </w:pPr>
      <w:r>
        <w:t>o Brandenburg Gate</w:t>
      </w:r>
    </w:p>
    <w:p>
      <w:pPr>
        <w:pStyle w:val="ListBullet"/>
      </w:pPr>
      <w:r>
        <w:t>o East Side Gallery</w:t>
      </w:r>
    </w:p>
    <w:p>
      <w:pPr>
        <w:pStyle w:val="ListBullet"/>
      </w:pPr>
      <w:r>
        <w:t>o Berlin Wall Memorial</w:t>
      </w:r>
    </w:p>
    <w:p>
      <w:pPr>
        <w:pStyle w:val="ListBullet"/>
      </w:pPr>
      <w:r>
        <w:t>o Berlin Cathedral</w:t>
      </w:r>
    </w:p>
    <w:p>
      <w:pPr>
        <w:pStyle w:val="ListBullet"/>
      </w:pPr>
      <w:r>
        <w:t>o Pergamon Museum</w:t>
      </w:r>
    </w:p>
    <w:p>
      <w:pPr>
        <w:pStyle w:val="ListBullet"/>
      </w:pPr>
      <w:r>
        <w:t>o Jewish Museum</w:t>
      </w:r>
    </w:p>
    <w:p>
      <w:pPr>
        <w:pStyle w:val="ListBullet"/>
      </w:pPr>
      <w:r>
        <w:t>o Charlottenburg Palace</w:t>
      </w:r>
    </w:p>
    <w:p>
      <w:pPr>
        <w:pStyle w:val="ListBullet"/>
      </w:pPr>
      <w:r>
        <w:t>o Other (Please specify): _______________</w:t>
      </w:r>
    </w:p>
    <w:p>
      <w:pPr/>
      <w:r>
        <w:t>5. How would you rate your experience with Berlin’s cultural attractions overall?</w:t>
      </w:r>
    </w:p>
    <w:p>
      <w:pPr>
        <w:pStyle w:val="ListBullet"/>
      </w:pPr>
      <w:r>
        <w:t>o Excellent</w:t>
      </w:r>
    </w:p>
    <w:p>
      <w:pPr>
        <w:pStyle w:val="ListBullet"/>
      </w:pPr>
      <w:r>
        <w:t>o Good</w:t>
      </w:r>
    </w:p>
    <w:p>
      <w:pPr>
        <w:pStyle w:val="ListBullet"/>
      </w:pPr>
      <w:r>
        <w:t>o Fair</w:t>
      </w:r>
    </w:p>
    <w:p>
      <w:pPr>
        <w:pStyle w:val="ListBullet"/>
      </w:pPr>
      <w:r>
        <w:t>o Poor</w:t>
      </w:r>
    </w:p>
    <w:p>
      <w:pPr/>
      <w:r>
        <w:t>6. What aspects of Berlin’s cultural attractions did you enjoy the most? (You may select more than one option)</w:t>
      </w:r>
    </w:p>
    <w:p>
      <w:pPr>
        <w:pStyle w:val="ListBullet"/>
      </w:pPr>
      <w:r>
        <w:t>o Historical significance</w:t>
      </w:r>
    </w:p>
    <w:p>
      <w:pPr>
        <w:pStyle w:val="ListBullet"/>
      </w:pPr>
      <w:r>
        <w:t>o Diversity of exhibits and art styles</w:t>
      </w:r>
    </w:p>
    <w:p>
      <w:pPr>
        <w:pStyle w:val="ListBullet"/>
      </w:pPr>
      <w:r>
        <w:t>o Modern, innovative presentations</w:t>
      </w:r>
    </w:p>
    <w:p>
      <w:pPr>
        <w:pStyle w:val="ListBullet"/>
      </w:pPr>
      <w:r>
        <w:t>o Accessibility and ease of navigation</w:t>
      </w:r>
    </w:p>
    <w:p>
      <w:pPr>
        <w:pStyle w:val="ListBullet"/>
      </w:pPr>
      <w:r>
        <w:t>o Information and guided tours</w:t>
      </w:r>
    </w:p>
    <w:p>
      <w:pPr>
        <w:pStyle w:val="ListBullet"/>
      </w:pPr>
      <w:r>
        <w:t>o Interaction with local culture</w:t>
      </w:r>
    </w:p>
    <w:p>
      <w:pPr>
        <w:pStyle w:val="ListBullet"/>
      </w:pPr>
      <w:r>
        <w:t>o Other (Please specify): _______________</w:t>
      </w:r>
    </w:p>
    <w:p>
      <w:pPr/>
      <w:r>
        <w:t>7. Were there any cultural attractions or experiences you found disappointing?</w:t>
      </w:r>
    </w:p>
    <w:p>
      <w:pPr>
        <w:pStyle w:val="ListBullet"/>
      </w:pPr>
      <w:r>
        <w:t>o No</w:t>
      </w:r>
    </w:p>
    <w:p>
      <w:pPr>
        <w:pStyle w:val="ListBullet"/>
      </w:pPr>
      <w:r>
        <w:t>o Yes (Please specify): _______________</w:t>
      </w:r>
    </w:p>
    <w:p>
      <w:r>
        <w:t>________________________________________</w:t>
      </w:r>
    </w:p>
    <w:p>
      <w:pPr>
        <w:pStyle w:val="Heading2"/>
      </w:pPr>
      <w:r>
        <w:t>Section 3: Local Culture and People</w:t>
      </w:r>
    </w:p>
    <w:p>
      <w:pPr/>
      <w:r>
        <w:t>8. How would you describe your interactions with locals in Berlin?</w:t>
      </w:r>
    </w:p>
    <w:p>
      <w:pPr>
        <w:pStyle w:val="ListBullet"/>
      </w:pPr>
      <w:r>
        <w:t>o Very friendly and welcoming</w:t>
      </w:r>
    </w:p>
    <w:p>
      <w:pPr>
        <w:pStyle w:val="ListBullet"/>
      </w:pPr>
      <w:r>
        <w:t>o Friendly</w:t>
      </w:r>
    </w:p>
    <w:p>
      <w:pPr>
        <w:pStyle w:val="ListBullet"/>
      </w:pPr>
      <w:r>
        <w:t>o Neutral</w:t>
      </w:r>
    </w:p>
    <w:p>
      <w:pPr>
        <w:pStyle w:val="ListBullet"/>
      </w:pPr>
      <w:r>
        <w:t>o Unfriendly</w:t>
      </w:r>
    </w:p>
    <w:p>
      <w:pPr>
        <w:pStyle w:val="ListBullet"/>
      </w:pPr>
      <w:r>
        <w:t>o Very unfriendly</w:t>
      </w:r>
    </w:p>
    <w:p>
      <w:pPr/>
      <w:r>
        <w:t>9. Did you have the opportunity to attend any cultural events or festivals?</w:t>
      </w:r>
    </w:p>
    <w:p>
      <w:pPr>
        <w:pStyle w:val="ListBullet"/>
      </w:pPr>
      <w:r>
        <w:t>o Yes</w:t>
      </w:r>
    </w:p>
    <w:p>
      <w:pPr>
        <w:pStyle w:val="ListBullet"/>
      </w:pPr>
      <w:r>
        <w:t>o No</w:t>
      </w:r>
    </w:p>
    <w:p>
      <w:pPr/>
      <w:r>
        <w:t>If Yes, please specify the event/festival:</w:t>
      </w:r>
    </w:p>
    <w:p>
      <w:pPr>
        <w:pStyle w:val="ListBullet"/>
      </w:pPr>
      <w:r>
        <w:t>o ______________</w:t>
      </w:r>
    </w:p>
    <w:p>
      <w:pPr/>
      <w:r>
        <w:t>10. How would you rate the authenticity of your experience with Berlin’s local culture?</w:t>
      </w:r>
    </w:p>
    <w:p>
      <w:pPr>
        <w:pStyle w:val="ListBullet"/>
      </w:pPr>
      <w:r>
        <w:t>o Very authentic</w:t>
      </w:r>
    </w:p>
    <w:p>
      <w:pPr>
        <w:pStyle w:val="ListBullet"/>
      </w:pPr>
      <w:r>
        <w:t>o Somewhat authentic</w:t>
      </w:r>
    </w:p>
    <w:p>
      <w:pPr>
        <w:pStyle w:val="ListBullet"/>
      </w:pPr>
      <w:r>
        <w:t>o Neutral</w:t>
      </w:r>
    </w:p>
    <w:p>
      <w:pPr>
        <w:pStyle w:val="ListBullet"/>
      </w:pPr>
      <w:r>
        <w:t>o Somewhat inauthentic</w:t>
      </w:r>
    </w:p>
    <w:p>
      <w:pPr>
        <w:pStyle w:val="ListBullet"/>
      </w:pPr>
      <w:r>
        <w:t>o Very inauthentic</w:t>
      </w:r>
    </w:p>
    <w:p>
      <w:r>
        <w:t>________________________________________</w:t>
      </w:r>
    </w:p>
    <w:p>
      <w:pPr>
        <w:pStyle w:val="Heading2"/>
      </w:pPr>
      <w:r>
        <w:t>Section 4: Cultural Food and Cuisine</w:t>
      </w:r>
    </w:p>
    <w:p>
      <w:pPr/>
      <w:r>
        <w:t>11. Did you try any traditional German or Berlin-specific foods?</w:t>
      </w:r>
    </w:p>
    <w:p>
      <w:pPr>
        <w:pStyle w:val="ListBullet"/>
      </w:pPr>
      <w:r>
        <w:t>o Yes</w:t>
      </w:r>
    </w:p>
    <w:p>
      <w:pPr>
        <w:pStyle w:val="ListBullet"/>
      </w:pPr>
      <w:r>
        <w:t>o No</w:t>
      </w:r>
    </w:p>
    <w:p>
      <w:pPr/>
      <w:r>
        <w:t>If Yes, what did you try?</w:t>
      </w:r>
    </w:p>
    <w:p>
      <w:pPr>
        <w:pStyle w:val="ListBullet"/>
      </w:pPr>
      <w:r>
        <w:t>o Currywurst</w:t>
      </w:r>
    </w:p>
    <w:p>
      <w:pPr>
        <w:pStyle w:val="ListBullet"/>
      </w:pPr>
      <w:r>
        <w:t>o Döner kebab</w:t>
      </w:r>
    </w:p>
    <w:p>
      <w:pPr>
        <w:pStyle w:val="ListBullet"/>
      </w:pPr>
      <w:r>
        <w:t>o Berliner Pfannkuchen (Berlin doughnut)</w:t>
      </w:r>
    </w:p>
    <w:p>
      <w:pPr>
        <w:pStyle w:val="ListBullet"/>
      </w:pPr>
      <w:r>
        <w:t>o Pretzels</w:t>
      </w:r>
    </w:p>
    <w:p>
      <w:pPr>
        <w:pStyle w:val="ListBullet"/>
      </w:pPr>
      <w:r>
        <w:t>o Other (Please specify): _______________</w:t>
      </w:r>
    </w:p>
    <w:p>
      <w:pPr/>
      <w:r>
        <w:t>12. How would you rate the quality and variety of food options in Berlin?</w:t>
      </w:r>
    </w:p>
    <w:p>
      <w:pPr>
        <w:pStyle w:val="ListBullet"/>
      </w:pPr>
      <w:r>
        <w:t>o Excellent</w:t>
      </w:r>
    </w:p>
    <w:p>
      <w:pPr>
        <w:pStyle w:val="ListBullet"/>
      </w:pPr>
      <w:r>
        <w:t>o Good</w:t>
      </w:r>
    </w:p>
    <w:p>
      <w:pPr>
        <w:pStyle w:val="ListBullet"/>
      </w:pPr>
      <w:r>
        <w:t>o Fair</w:t>
      </w:r>
    </w:p>
    <w:p>
      <w:pPr>
        <w:pStyle w:val="ListBullet"/>
      </w:pPr>
      <w:r>
        <w:t>o Poor</w:t>
      </w:r>
    </w:p>
    <w:p>
      <w:pPr/>
      <w:r>
        <w:t>13. How accessible did you find Berlin's restaurants and cafes in terms of language, price, and atmosphere?</w:t>
      </w:r>
    </w:p>
    <w:p>
      <w:pPr>
        <w:pStyle w:val="ListBullet"/>
      </w:pPr>
      <w:r>
        <w:t>o Very accessible</w:t>
      </w:r>
    </w:p>
    <w:p>
      <w:pPr>
        <w:pStyle w:val="ListBullet"/>
      </w:pPr>
      <w:r>
        <w:t>o Moderately accessible</w:t>
      </w:r>
    </w:p>
    <w:p>
      <w:pPr>
        <w:pStyle w:val="ListBullet"/>
      </w:pPr>
      <w:r>
        <w:t>o Difficult to navigate</w:t>
      </w:r>
    </w:p>
    <w:p>
      <w:r>
        <w:t>________________________________________</w:t>
      </w:r>
    </w:p>
    <w:p>
      <w:pPr>
        <w:pStyle w:val="Heading2"/>
      </w:pPr>
      <w:r>
        <w:t>Section 5: Overall Cultural Impression</w:t>
      </w:r>
    </w:p>
    <w:p>
      <w:pPr/>
      <w:r>
        <w:t>14. How would you rate the overall cultural atmosphere of Berlin?</w:t>
      </w:r>
    </w:p>
    <w:p>
      <w:pPr>
        <w:pStyle w:val="ListBullet"/>
      </w:pPr>
      <w:r>
        <w:t>o Excellent</w:t>
      </w:r>
    </w:p>
    <w:p>
      <w:pPr>
        <w:pStyle w:val="ListBullet"/>
      </w:pPr>
      <w:r>
        <w:t>o Good</w:t>
      </w:r>
    </w:p>
    <w:p>
      <w:pPr>
        <w:pStyle w:val="ListBullet"/>
      </w:pPr>
      <w:r>
        <w:t>o Fair</w:t>
      </w:r>
    </w:p>
    <w:p>
      <w:pPr>
        <w:pStyle w:val="ListBullet"/>
      </w:pPr>
      <w:r>
        <w:t>o Poor</w:t>
      </w:r>
    </w:p>
    <w:p>
      <w:pPr/>
      <w:r>
        <w:t>15. Did you feel that Berlin offered a unique cultural experience compared to other cities?</w:t>
      </w:r>
    </w:p>
    <w:p>
      <w:pPr>
        <w:pStyle w:val="ListBullet"/>
      </w:pPr>
      <w:r>
        <w:t>o Yes</w:t>
      </w:r>
    </w:p>
    <w:p>
      <w:pPr>
        <w:pStyle w:val="ListBullet"/>
      </w:pPr>
      <w:r>
        <w:t>o No</w:t>
      </w:r>
    </w:p>
    <w:p>
      <w:pPr/>
      <w:r>
        <w:t>If Yes, what made it unique?</w:t>
      </w:r>
    </w:p>
    <w:p>
      <w:pPr>
        <w:pStyle w:val="ListBullet"/>
      </w:pPr>
      <w:r>
        <w:t>o ______________</w:t>
      </w:r>
    </w:p>
    <w:p>
      <w:pPr/>
      <w:r>
        <w:t>16. Would you recommend Berlin to other travelers interested in culture?</w:t>
      </w:r>
    </w:p>
    <w:p>
      <w:pPr>
        <w:pStyle w:val="ListBullet"/>
      </w:pPr>
      <w:r>
        <w:t>o Definitely</w:t>
      </w:r>
    </w:p>
    <w:p>
      <w:pPr>
        <w:pStyle w:val="ListBullet"/>
      </w:pPr>
      <w:r>
        <w:t>o Probably</w:t>
      </w:r>
    </w:p>
    <w:p>
      <w:pPr>
        <w:pStyle w:val="ListBullet"/>
      </w:pPr>
      <w:r>
        <w:t>o Not Sure</w:t>
      </w:r>
    </w:p>
    <w:p>
      <w:pPr>
        <w:pStyle w:val="ListBullet"/>
      </w:pPr>
      <w:r>
        <w:t>o Probably Not</w:t>
      </w:r>
    </w:p>
    <w:p>
      <w:pPr>
        <w:pStyle w:val="ListBullet"/>
      </w:pPr>
      <w:r>
        <w:t>o Definitely Not</w:t>
      </w:r>
    </w:p>
    <w:p>
      <w:pPr/>
      <w:r>
        <w:t>17. Do you have any additional comments or suggestions to improve the cultural experience in Berlin?</w:t>
      </w:r>
    </w:p>
    <w:p>
      <w:pPr>
        <w:pStyle w:val="ListBullet"/>
      </w:pPr>
      <w:r>
        <w:t>o ________________________________________</w:t>
      </w:r>
    </w:p>
    <w:p>
      <w:r>
        <w:t>Thank you for sharing your feedback!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