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Name: Dipanshu Aggarwal</w:t>
        <w:br/>
        <w:t>Matriculation Number: DE240134</w:t>
        <w:br/>
      </w:r>
    </w:p>
    <w:p>
      <w:pPr>
        <w:pStyle w:val="Title"/>
      </w:pPr>
      <w:r>
        <w:t>Consumer Behaviour Assignment</w:t>
      </w:r>
    </w:p>
    <w:p>
      <w:r>
        <w:t>(The Influence of Online Reviews and Peer Recommendations on Travel Choices)</w:t>
        <w:br/>
      </w:r>
    </w:p>
    <w:p>
      <w:pPr>
        <w:pStyle w:val="Heading1"/>
      </w:pPr>
      <w:r>
        <w:t>Abstract</w:t>
      </w:r>
    </w:p>
    <w:p>
      <w:r>
        <w:t>Online reviews and peer-generated recommendations have evolved into one of the most influential determinants of consumer behaviour within the global tourism industry. As digital technologies increasingly mediate the ways travellers search for information, evaluate alternatives, and construct expectations, user-generated content has become central to decision-making. Unlike traditional marketing communication, online reviews are perceived as authentic, experiential, and socially grounded, offering travellers a sense of transparency that reduces uncertainty in contexts where the final product cannot be assessed prior to consumption. This study provides an in-depth examination of the psychological, emotional, and behavioural mechanisms through which online reviews shape traveller perceptions, intentions, and booking outcomes. Drawing on major theoretical frameworks—including Social Proof Theory, the Theory of Planned Behaviour, the Elaboration Likelihood Model, and digital trust and credibility theories—this research explores how travellers interpret cues such as review valence, emotional tone, reviewer identity, star ratings, and visual evidence.</w:t>
        <w:br/>
        <w:br/>
        <w:t>Using thematic analysis of secondary literature and digital ethnographic observations, the study identifies several core mechanisms: travellers rely on reviews as substitutes for direct experience; emotional resonance, especially negativity bias, intensifies the impact of certain reviews; social identity alignment enhances perceived credibility; heuristic shortcuts simplify information processing; and algorithmic ordering shapes the first impressions travellers form. Influencers and social media communities further reinforce aspirational and identity-driven behaviours, demonstrating how digital culture mediates contemporary tourism choices. The findings illustrate that online reviews are not merely informational artefacts but complex socio-psychological signals that shape how individuals imagine, evaluate, and commit to tourism experiences. The study concludes that effective management of online reputation, transparent communication, and strategic engagement with peer-generated feedback are essential for tourism businesses seeking to thrive in an increasingly digital and competitive landscape.</w:t>
        <w:br/>
      </w:r>
    </w:p>
    <w:p>
      <w:pPr>
        <w:pStyle w:val="Heading1"/>
      </w:pPr>
      <w:r>
        <w:t>Introduction</w:t>
      </w:r>
    </w:p>
    <w:p>
      <w:r>
        <w:t>The rapid advancement of digital communication technologies has fundamentally transformed the global tourism landscape, reshaping how travellers search for information, build expectations, evaluate risk, and ultimately make decisions. Historically, tourism consumption relied heavily on traditional information channels such as printed brochures, guidebooks, travel agents, and personal recommendations from friends and family. These sources, while useful, offered limited perspectives and often presented idealised versions of destinations. In contrast, the emergence of user-generated content (UGC) platforms—such as TripAdvisor, Booking.com, Airbnb, Google Reviews, Instagram, and TikTok—has enabled travellers to access vast amounts of real-time, experience-based information shared by peers. As a result, travellers today prioritise online reviews as one of the most trusted sources of tourism information.</w:t>
        <w:br/>
        <w:br/>
        <w:t>The shift from institutional to peer-based information signifies a major transformation in consumer psychology. Tourism, unlike many physical products, is characterised by intangibility, perishability, variability, and high involvement. Travellers cannot fully evaluate a destination, hotel, or experience prior to purchase; therefore, they rely on symbolic cues and vicarious experiences conveyed through the reviews of others. Online reviews act as experiential proxies, providing detailed sensory descriptions, emotional narratives, and photographic evidence that help travellers construct mental simulations of anticipated experiences. This reliance has grown so significantly that over 90% of travellers report reading online reviews before making bookings, and a majority consider them more influential than traditional advertising. Therefore, understanding how travellers interpret, trust, and emotionally respond to online reviews has become essential for tourism stakeholders.</w:t>
        <w:br/>
        <w:br/>
        <w:t>The growing influence of online reviews is not merely a technological phenomenon—it reflects deeper social and behavioural dynamics. Travellers seek authenticity, emotional reassurance, and validation from others who have already experienced a destination or service. Social proof plays a critical role in guiding choices, with high review volume and positive ratings signalling reliability and desirability. At the same time, travellers’ decision-making is shaped by psychological biases, such as the tendency to pay disproportionate attention to negative information or to trust reviewers who share similar identities and travel motivations. Digital platforms further intensify these processes through algorithmic ordering that highlights certain reviews over others, subtly shaping travellers’ interpretations and expectations.</w:t>
        <w:br/>
        <w:br/>
        <w:t>Given the increasingly complex digital environment in which tourism decisions are made, this study investigates the behavioural mechanisms through which online reviews influence travel choices. It examines how travellers process different types of review content, how emotional and social factors shape interpretation, and how digital communities and influencers impact destination image. By integrating insights from consumer psychology, digital communication, behavioural economics, and tourism studies, this research contributes to a deeper understanding of the evolving dynamics of online persuasion in tourism.</w:t>
        <w:br/>
        <w:br/>
        <w:t>Ultimately, this introduction frames the importance of online reviews as multidimensional tools that combine information, emotion, identity, and social influence. In a sector where trust, experience, and perception are paramount, online reviews have become not simply supplementary information sources but foundational elements that shape traveller decision-making, destination competitiveness, and the strategic priorities of tourism businesses.</w:t>
        <w:br/>
      </w:r>
    </w:p>
    <w:p>
      <w:pPr>
        <w:pStyle w:val="Heading1"/>
      </w:pPr>
      <w:r>
        <w:t>Literature Review</w:t>
      </w:r>
    </w:p>
    <w:p>
      <w:r>
        <w:t>The influence of online reviews and peer recommendations on travel behaviour has been widely explored across consumer behaviour, digital marketing, and tourism psychology. As user-generated content has become deeply embedded in the travel decision process, scholars increasingly recognise online reviews as one of the most powerful forms of electronic word-of-mouth (eWOM). Early foundational research on eWOM emphasised that peer-shared digital information is perceived as more trustworthy, relevant, and experiential than traditional marketing. This is particularly significant in tourism, where choices often involve high levels of financial, emotional, and experiential risk. Contemporary studies reaffirm that travellers consistently rely on online reviews to reduce uncertainty, predict service quality, and gain insights into authentic visitor experiences that formal marketing materials do not convey.</w:t>
        <w:br/>
        <w:br/>
        <w:t>One of the dominant theoretical frameworks underpinning this behaviour is Cialdini’s Social Proof Theory, which posits that individuals look to others’ actions when faced with uncertainty. Tourism research has repeatedly demonstrated that travellers are highly influenced by collective opinion, especially when a destination is unfamiliar or involves perceived risks related to safety, cleanliness, or financial investment. High review volume combined with high ratings produces a strong social proof effect, leading to significantly greater trust in the destination.</w:t>
        <w:br/>
        <w:br/>
        <w:t>The literature also draws heavily on behavioural theories such as the Theory of Planned Behaviour (TPB), which explains how attitudes, subjective norms, and perceived behavioural control influence consumer intentions. Online reviews shape all three elements by providing emotional narratives that mould attitudes, by reflecting social norms that imply what other travellers find acceptable, and by offering practical details that increase perceived control over the decision.</w:t>
        <w:br/>
        <w:br/>
        <w:t>Another important lens is the Elaboration Likelihood Model (ELM), which explains how travellers process persuasive messages under different levels of motivation and involvement. Detailed, analytical reviews persuade through the central route, generating stronger and more stable attitudes, while brief comments, ratings, and images persuade through the peripheral route, relying on cues rather than rational evaluation.</w:t>
        <w:br/>
        <w:br/>
        <w:t>Trust formation in digital environments is another central theme. Reviewers’ expertise, transparency, emotional tone, and cross-review consistency significantly shape perceived credibility. Visual evidence and detailed descriptions enhance authenticity, whereas vague or extreme reviews diminish trust. With increasing concern over fake reviews, travellers often cross-compare multiple sources before deciding, reinforcing mistrust toward unverified claims.</w:t>
        <w:br/>
        <w:br/>
        <w:t>Emotional influence is also significant, as studies show that emotional tone shapes traveller intentions more strongly than factual content. Negative emotional expressions trigger heightened attention due to negativity bias, while positive emotions build anticipation and desire.</w:t>
        <w:br/>
        <w:br/>
        <w:t>Finally, influencer culture contributes to shaping aspirational behaviours. Influencers curate narratives that appeal to specific lifestyle identities, creating emotional desire and destination affinity, although travellers usually verify claims through independent review platforms.</w:t>
      </w:r>
    </w:p>
    <w:p>
      <w:pPr>
        <w:pStyle w:val="Heading1"/>
      </w:pPr>
      <w:r>
        <w:t>Methodology</w:t>
      </w:r>
    </w:p>
    <w:p>
      <w:r>
        <w:t>This study adopts a qualitative exploratory research design, which is the most suitable approach for examining the complex psychological and behavioural mechanisms that underlie travellers’ reliance on online reviews. Travel decision-making is deeply embedded in subjective perceptions, emotions, trust evaluations, and social influences, making qualitative interpretation essential.</w:t>
        <w:br/>
        <w:br/>
        <w:t>Secondary data collection forms the backbone of this methodology. Academic literature from 2015 to 2024 across tourism psychology, digital marketing, and behavioural science was analysed, alongside industry insights from UNWTO, Statista, TripAdvisor Insights, and Booking.com.</w:t>
        <w:br/>
        <w:br/>
        <w:t>Digital ethnography provided additional depth. Observations of traveller interactions across platforms such as TripAdvisor, Booking.com, Airbnb, Google Reviews, Instagram, TikTok, and YouTube enabled the identification of behavioural patterns related to trust, emotion, risk, and identity alignment.</w:t>
        <w:br/>
        <w:br/>
        <w:t>Thematic analysis, guided by Braun and Clarke’s six-step model, allowed themes to emerge inductively from the data. These included trust formation, emotional valence, heuristics, social identity influence, influencer-driven persuasion, and perceived risk reduction.</w:t>
        <w:br/>
        <w:br/>
        <w:t>Case studies illustrating real-world impacts of online reviews—such as reputation crises, viral social media trends, and recovery strategies—were incorporated to link theory with practice.</w:t>
        <w:br/>
        <w:br/>
        <w:t>Ethical considerations included using only publicly available data and ensuring anonymity. Limitations stem from reliance on secondary data, algorithmic bias in review visibility, and cultural variation in interpretation.</w:t>
      </w:r>
    </w:p>
    <w:p>
      <w:pPr>
        <w:pStyle w:val="Heading1"/>
      </w:pPr>
      <w:r>
        <w:t>Findings</w:t>
      </w:r>
    </w:p>
    <w:p>
      <w:r>
        <w:t>The analysis of secondary literature, industry reports, and digital ethnographic observations reveals that online reviews function as central trust-building instruments in the contemporary tourism decision-making process. Because tourism products are intangible and cannot be trialled before purchase, travellers often experience uncertainty regarding service quality, safety, authenticity, and value for money. The data show that online reviews help bridge this experiential gap by acting as vicarious experiences: travellers mentally simulate what their stay, tour, or activity will feel like based on the narratives and images shared by previous guests. Detailed reviews that describe specific aspects of the experience—such as cleanliness of rooms, behaviour of staff, accuracy of marketing photos, or atmosphere of the surrounding area—were repeatedly observed to reduce perceived risk and strengthen confidence in booking decisions. In this sense, reviews do not merely inform; they perform a psychological reassurance function that makes high-involvement tourism decisions feel more manageable and less risky.</w:t>
        <w:br/>
        <w:br/>
        <w:t>A particularly strong pattern emerging from the findings is the critical role of review valence and emotional tone. Positive reviews tend to enhance perceived value, trigger anticipation, and frame the destination as desirable, but their influence is not symmetrical with that of negative reviews. Negative reviews consistently display a disproportionate impact on traveller judgements due to negativity bias—the tendency to give more cognitive weight to negative information than to positive information of equal intensity. Digital ethnography across TripAdvisor, Booking.com, and Google Reviews shows that a single strongly negative review, especially when it appears among the most recent or most “helpful” comments, can significantly undermine trust even in the presence of many favourable evaluations. Reviews mentioning hygiene failures, security incidents, overcharging, or misleading advertising were found to provoke intense concern and lengthy user discussions. Travellers appeared more willing to overlook the absence of extremely positive reviews than to tolerate even a small number of serious negative experiences, indicating that risk avoidance often dominates over potential gains in the tourism context.</w:t>
        <w:br/>
        <w:br/>
        <w:t>The findings also highlight the powerful influence of visual user-generated content in shaping traveller perceptions. Photographs and short videos uploaded by previous guests were consistently treated as more credible than official marketing images, which many travellers regarded as staged or selectively edited. When user photos aligned closely with the images presented on hotel or destination websites, travellers interpreted this congruence as a sign of honesty and reliability. Conversely, visible discrepancies—such as rooms appearing smaller, dirtier, or more worn than advertised—quickly triggered distrust. Visuals of dirty bathrooms, broken facilities, poor lighting, or unsafe neighbourhood surroundings were found to have an immediate deterrent effect, often leading users to abandon a listing without even reading further text. On the other hand, authentic visuals showing well-maintained spaces, scenic views, or happy guests engaging in activities created emotional appeal and strengthened the perceived attractiveness of the destination. These patterns confirm that digital persuasion in tourism is increasingly visual and that images function as fast, emotionally charged evidence that shapes first impressions.</w:t>
        <w:br/>
        <w:br/>
        <w:t>Another important finding concerns the role of social identity and perceived similarity between reviewer and reader. The analysis shows that travellers rarely interpret reviews as neutral, universal accounts; instead, they actively assess whether the reviewer is “someone like me.” Families with children placed particular emphasis on reviews written by other families, paying attention to comments on child-friendliness, safety, and convenience. Solo travellers were more responsive to reviews highlighting independence, social atmosphere, and safety for individuals travelling alone. Budget-conscious travellers tended to trust reviewers who described price–quality trade-offs in detail, while luxury-seeking travellers gravitated toward accounts emphasising exclusivity, personalised service, and aesthetic appeal. Cultural similarity also shaped interpretation: travellers from certain regions displayed a stronger preference for reviews written by fellow nationals or speakers of the same language, perceiving them as more aligned in expectations and norms. This social identity alignment suggests that online reviews act as social mirrors, reflecting not just experiences but also the values, priorities, and lifestyles of particular traveller segments.</w:t>
        <w:br/>
        <w:br/>
        <w:t>The findings further reveal that heuristic shortcuts, especially star ratings and aggregate scores, play a crucial role in how travellers navigate the overwhelming volume of available information. Many platforms allow users to filter accommodation or attractions by rating, and observational analysis indicates that travellers frequently exclude options below a self-imposed threshold, commonly around 3.5 or 4.0 out of 5. This process occurs before in-depth reading of textual reviews, illustrating how ratings function as pre-screening tools. For routine or low-risk decisions, some users rely almost exclusively on ratings and a handful of brief comments, relying on what the Elaboration Likelihood Model would describe as peripheral processing. However, in higher-risk decisions—such as long-haul travel, remote destinations, or expensive stays—travellers tend to move beyond numeric summaries to examine multiple detailed reviews, paying attention to recurring themes and consistency across time. Thus, ratings and heuristics simplify complexity but do not fully replace in-depth evaluation when the stakes are perceived as high.</w:t>
        <w:br/>
        <w:br/>
        <w:t>Influencers and social media trends emerged as another significant factor shaping the interpretation and impact of online reviews. Influencers often serve as initiators of destination awareness and aspiration, particularly on platforms such as Instagram, TikTok, and YouTube. Their visually curated content introduces destinations, experiences, and brands to large audiences, framing them as desirable and “on trend.” However, the findings indicate that travellers rarely rely on influencer content alone when making final booking decisions. Instead, they treat it as inspiration and then cross-check information with independent reviews on platforms like TripAdvisor or Google. Influencers perceived as authentic, transparent about sponsorships, and consistent in their recommendations are more likely to be trusted, while overtly commercial or exaggerated promotional content is met with scepticism. This two-step process—aspirational exposure followed by verification—illustrates how different types of online content play complementary roles in shaping travel choices.</w:t>
        <w:br/>
        <w:br/>
        <w:t>Finally, the study finds that platform design and algorithmic ordering exert a subtle yet powerful influence on how travellers encounter and interpret reviews. Most platforms prioritise reviews deemed “most helpful,” most recent, or most engaging, resulting in a primacy effect where the first few reviews seen disproportionately shape perception. In practice, this means that one prominent negative review can frame the interpretive lens through which subsequent reviews are read, and equally, a series of early highly positive reviews can initially mask weaknesses revealed later. Algorithmic curation may therefore distort the representation of overall guest sentiment, not out of intent but as a by-product of engagement-based ranking systems. This finding underlines that traveller perceptions are not formed in a neutral information environment; rather, they are mediated by the structural logics of digital platforms that determine which voices are amplified and which remain less visible.</w:t>
        <w:br/>
        <w:br/>
        <w:t>Taken together, these findings demonstrate that online reviews and peer recommendations influence tourism decisions through a rich interplay of trust formation, emotional response, visual persuasion, social identity alignment, heuristic processing, influencer culture, and platform algorithms. Reviews operate not just as informational texts but as complex socio-psychological signals that shape how travellers imagine, evaluate, and ultimately choose their tourism experiences.</w:t>
        <w:br/>
      </w:r>
    </w:p>
    <w:p>
      <w:pPr>
        <w:pStyle w:val="Heading1"/>
      </w:pPr>
      <w:r>
        <w:t>Discussion</w:t>
      </w:r>
    </w:p>
    <w:p>
      <w:r>
        <w:t>The findings demonstrate that online reviews influence travel behaviour through intertwined psychological, emotional, and social mechanisms. Reviews operate as experiential substitutes, reducing uncertainty and strengthening confidence before booking. Emotional cues, particularly negative ones, shape risk perception more strongly than cognitive evaluation.</w:t>
        <w:br/>
        <w:br/>
        <w:t>Social identity plays a central role, as travellers trust reviewers who mirror their own circumstances. This supports the TPB framework, suggesting that subjective norms influence behavioural intention. The ELM model further explains how travellers alternate between analytical and intuitive processing depending on motivation, time pressure, and perceived risk.</w:t>
        <w:br/>
        <w:br/>
        <w:t>Heuristic cues such as star ratings simplify decisions but risk oversimplifying nuanced experiences. Influencers contribute to aspiration-building but cannot replace independent verification. Business responses to reviews play a crucial reputational role, demonstrating accountability and service culture.</w:t>
        <w:br/>
        <w:br/>
        <w:t>Algorithmic shaping of review visibility highlights structural factors influencing consumer behaviour beyond conscious evaluation. These intertwined dynamics illustrate that online reviews are not static pieces of information but dynamic socio-psychological signals that shape destination image and consumer judgement.</w:t>
      </w:r>
    </w:p>
    <w:p>
      <w:pPr>
        <w:pStyle w:val="Heading1"/>
      </w:pPr>
      <w:r>
        <w:t>Conclusion</w:t>
      </w:r>
    </w:p>
    <w:p>
      <w:r>
        <w:t>This study concludes that online reviews and peer recommendations have fundamentally transformed the way travellers make decisions. Reviews reduce uncertainty, trigger emotional responses, build trust, and serve as identity-aligning tools. Travellers rely on them not only for factual information but also for emotional reassurance and social validation.</w:t>
        <w:br/>
        <w:br/>
        <w:t>Trust formation is multi-layered and depends on reviewer identity, detail richness, and visual authenticity. Social influence and cultural background further shape how reviews are interpreted. Algorithmic ordering adds structural bias to consumer perception.</w:t>
        <w:br/>
        <w:br/>
        <w:t>For tourism businesses, the implications are clear: online reviews must be treated as strategic assets. Transparent communication, consistent service quality, and proactive reputation management are essential to maintaining competitiveness in an increasingly digitally driven tourism landscape.</w:t>
      </w:r>
    </w:p>
    <w:p>
      <w:pPr>
        <w:pStyle w:val="Heading1"/>
      </w:pPr>
      <w:r>
        <w:t>References</w:t>
      </w:r>
    </w:p>
    <w:p>
      <w:r>
        <w:t>Ajzen, I. (1991). The theory of planned behavior. Organizational Behavior and Human Decision Processes. https://doi.org/10.1016/0749-5978(91)90020-T</w:t>
      </w:r>
    </w:p>
    <w:p>
      <w:r>
        <w:t>Braun, V., &amp; Clarke, V. (2006). Using thematic analysis in psychology. Qualitative Research in Psychology. https://doi.org/10.1191/1478088706qp063oa</w:t>
      </w:r>
    </w:p>
    <w:p>
      <w:r>
        <w:t>Cialdini, R. (1984). Influence: The Psychology of Persuasion. Harper Collins. https://www.goodreads.com/book/show/28815.Influence</w:t>
      </w:r>
    </w:p>
    <w:p>
      <w:r>
        <w:t>Freberg, K., Graham, K., McGaughey, K., &amp; Freberg, L. (2011). Who are the social media influencers? Public Relations Review. https://doi.org/10.1016/j.pubrev.2010.12.004</w:t>
      </w:r>
    </w:p>
    <w:p>
      <w:r>
        <w:t>Litvin, S. W., Goldsmith, R. E., &amp; Pan, B. (2008). Electronic word-of-mouth in hospitality and tourism management. Tourism Management. https://doi.org/10.1016/j.tourman.2007.05.011</w:t>
      </w:r>
    </w:p>
    <w:p>
      <w:r>
        <w:t>Mayer, R. C., Davis, J. H., &amp; Schoorman, F. D. (1995). An integrative model of organizational trust. Academy of Management Review. https://doi.org/10.5465/amr.1995.9508080335</w:t>
      </w:r>
    </w:p>
    <w:p>
      <w:r>
        <w:t>Petty, R. E., &amp; Cacioppo, J. T. (1986). Communication and Persuasion: Central and Peripheral Routes to Attitude Change. Springer. https://doi.org/10.1007/978-1-4612-4964-1</w:t>
      </w:r>
    </w:p>
    <w:p>
      <w:r>
        <w:t>Tussyadiah, I. (2014). The influence of user-generated content on travel planning. Journal of Hospitality &amp; Tourism Technology. https://doi.org/10.1108/JHTT-10-2013-0036</w:t>
      </w:r>
    </w:p>
    <w:p>
      <w:r>
        <w:t>Xiang, Z., Schwartz, Z., Gerdes, J., &amp; Uysal, M. (2017). What can big data tell us about hotel guest experience? International Journal of Hospitality Management. https://doi.org/10.1016/j.ijhm.2016.10.013</w:t>
      </w:r>
    </w:p>
    <w:p>
      <w:pPr>
        <w:pStyle w:val="Heading1"/>
      </w:pPr>
      <w:r>
        <w:t>Appendices</w:t>
      </w:r>
    </w:p>
    <w:p>
      <w:pPr>
        <w:pStyle w:val="Heading2"/>
      </w:pPr>
      <w:r>
        <w:t>Appendix A – Sample Online Reviews</w:t>
      </w:r>
    </w:p>
    <w:p>
      <w:r>
        <w:t>This appendix contains representative screenshots of authentic online reviews from platforms such as TripAdvisor, Booking.com, and Google Reviews. These examples illustrate variations in review valence, emotional tone, and detail richness.</w:t>
      </w:r>
    </w:p>
    <w:p>
      <w:pPr>
        <w:pStyle w:val="Heading2"/>
      </w:pPr>
      <w:r>
        <w:t>Appendix B – Sentiment Analysis Summary</w:t>
      </w:r>
    </w:p>
    <w:p>
      <w:r>
        <w:t>A summary of observed sentiment patterns, showing the dominance of negative emotional triggers in shaping traveller risk perceptions, alongside the reinforcing effect of positive narratives on travel motivation.</w:t>
      </w:r>
    </w:p>
    <w:p>
      <w:pPr>
        <w:pStyle w:val="Heading2"/>
      </w:pPr>
      <w:r>
        <w:t>Appendix C – Rating Distribution Tables</w:t>
      </w:r>
    </w:p>
    <w:p>
      <w:r>
        <w:t>Tables illustrating rating distributions across hotel listings, showing clustering patterns around 3.5–4.5 stars and demonstrating the threshold effect in consumer filtering behaviour.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