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7CF" w:rsidRPr="001925EF" w:rsidRDefault="00467538">
      <w:pPr>
        <w:jc w:val="center"/>
        <w:rPr>
          <w:rFonts w:cs="Times New Roman"/>
          <w:color w:val="FF0000"/>
          <w:sz w:val="48"/>
          <w:szCs w:val="48"/>
          <w:u w:val="single"/>
        </w:rPr>
      </w:pPr>
      <w:r w:rsidRPr="001925EF">
        <w:rPr>
          <w:rFonts w:cs="Times New Roman"/>
          <w:b/>
          <w:color w:val="FF0000"/>
          <w:sz w:val="48"/>
          <w:szCs w:val="48"/>
          <w:u w:val="single"/>
        </w:rPr>
        <w:t>THE ROLE OF MANAGEMENT FUNCTIONS IN ORGANISATIONAL SUCCESS</w:t>
      </w:r>
    </w:p>
    <w:p w:rsidR="008837CF" w:rsidRPr="001925EF" w:rsidRDefault="008837CF">
      <w:pPr>
        <w:rPr>
          <w:rFonts w:cs="Times New Roman"/>
        </w:rPr>
      </w:pPr>
    </w:p>
    <w:p w:rsidR="008837CF" w:rsidRPr="001925EF" w:rsidRDefault="008837CF">
      <w:pPr>
        <w:rPr>
          <w:rFonts w:cs="Times New Roman"/>
        </w:rPr>
      </w:pPr>
    </w:p>
    <w:p w:rsidR="008837CF" w:rsidRPr="001925EF" w:rsidRDefault="008837CF">
      <w:pPr>
        <w:rPr>
          <w:rFonts w:cs="Times New Roman"/>
        </w:rPr>
      </w:pPr>
    </w:p>
    <w:p w:rsidR="008837CF" w:rsidRPr="001925EF" w:rsidRDefault="008837CF">
      <w:pPr>
        <w:rPr>
          <w:rFonts w:cs="Times New Roman"/>
        </w:rPr>
      </w:pPr>
    </w:p>
    <w:p w:rsidR="008837CF" w:rsidRPr="001925EF" w:rsidRDefault="008837CF">
      <w:pPr>
        <w:rPr>
          <w:rFonts w:cs="Times New Roman"/>
        </w:rPr>
      </w:pPr>
    </w:p>
    <w:p w:rsidR="008837CF" w:rsidRPr="001925EF" w:rsidRDefault="008837CF">
      <w:pPr>
        <w:rPr>
          <w:rFonts w:cs="Times New Roman"/>
        </w:rPr>
      </w:pPr>
    </w:p>
    <w:p w:rsidR="008837CF" w:rsidRPr="001925EF" w:rsidRDefault="008837CF">
      <w:pPr>
        <w:rPr>
          <w:rFonts w:cs="Times New Roman"/>
        </w:rPr>
      </w:pPr>
    </w:p>
    <w:p w:rsidR="008837CF" w:rsidRPr="001925EF" w:rsidRDefault="008837CF">
      <w:pPr>
        <w:rPr>
          <w:rFonts w:cs="Times New Roman"/>
        </w:rPr>
      </w:pPr>
    </w:p>
    <w:p w:rsidR="00467538" w:rsidRPr="00A1253D" w:rsidRDefault="00467538" w:rsidP="00467538">
      <w:pPr>
        <w:spacing w:after="80"/>
        <w:jc w:val="center"/>
        <w:rPr>
          <w:b/>
          <w:sz w:val="40"/>
          <w:szCs w:val="40"/>
        </w:rPr>
      </w:pPr>
      <w:r w:rsidRPr="00A1253D">
        <w:rPr>
          <w:b/>
          <w:sz w:val="40"/>
          <w:szCs w:val="40"/>
        </w:rPr>
        <w:t>Student Name: Sameer Thapa</w:t>
      </w:r>
    </w:p>
    <w:p w:rsidR="00467538" w:rsidRPr="00A1253D" w:rsidRDefault="00467538" w:rsidP="00467538">
      <w:pPr>
        <w:spacing w:after="80"/>
        <w:jc w:val="center"/>
        <w:rPr>
          <w:b/>
          <w:sz w:val="40"/>
          <w:szCs w:val="40"/>
        </w:rPr>
      </w:pPr>
      <w:r w:rsidRPr="00A1253D">
        <w:rPr>
          <w:b/>
          <w:sz w:val="40"/>
          <w:szCs w:val="40"/>
        </w:rPr>
        <w:t>Student ID: PBT26008</w:t>
      </w:r>
    </w:p>
    <w:p w:rsidR="00467538" w:rsidRPr="00A1253D" w:rsidRDefault="00467538" w:rsidP="00467538">
      <w:pPr>
        <w:spacing w:after="80"/>
        <w:jc w:val="center"/>
        <w:rPr>
          <w:b/>
          <w:sz w:val="40"/>
          <w:szCs w:val="40"/>
        </w:rPr>
      </w:pPr>
      <w:r w:rsidRPr="00A1253D">
        <w:rPr>
          <w:b/>
          <w:sz w:val="40"/>
          <w:szCs w:val="40"/>
        </w:rPr>
        <w:t>Submission Date: 24th May 2026</w:t>
      </w:r>
    </w:p>
    <w:p w:rsidR="008837CF" w:rsidRPr="001925EF" w:rsidRDefault="00467538">
      <w:pPr>
        <w:rPr>
          <w:rFonts w:cs="Times New Roman"/>
        </w:rPr>
      </w:pPr>
      <w:r w:rsidRPr="001925EF">
        <w:rPr>
          <w:rFonts w:cs="Times New Roman"/>
        </w:rPr>
        <w:br w:type="page"/>
      </w:r>
    </w:p>
    <w:p w:rsidR="008837CF" w:rsidRPr="001925EF" w:rsidRDefault="00467538">
      <w:pPr>
        <w:jc w:val="center"/>
        <w:rPr>
          <w:rFonts w:cs="Times New Roman"/>
          <w:sz w:val="32"/>
          <w:szCs w:val="32"/>
        </w:rPr>
      </w:pPr>
      <w:r w:rsidRPr="001925EF">
        <w:rPr>
          <w:rFonts w:cs="Times New Roman"/>
          <w:b/>
          <w:sz w:val="32"/>
          <w:szCs w:val="32"/>
        </w:rPr>
        <w:lastRenderedPageBreak/>
        <w:t>Table of Contents</w:t>
      </w:r>
    </w:p>
    <w:p w:rsidR="008837CF" w:rsidRPr="001925EF" w:rsidRDefault="00467538">
      <w:pPr>
        <w:ind w:left="720"/>
        <w:rPr>
          <w:rFonts w:cs="Times New Roman"/>
          <w:sz w:val="32"/>
          <w:szCs w:val="32"/>
        </w:rPr>
      </w:pPr>
      <w:r w:rsidRPr="001925EF">
        <w:rPr>
          <w:rFonts w:cs="Times New Roman"/>
          <w:sz w:val="32"/>
          <w:szCs w:val="32"/>
        </w:rPr>
        <w:t>1. Abstract</w:t>
      </w:r>
    </w:p>
    <w:p w:rsidR="008837CF" w:rsidRPr="001925EF" w:rsidRDefault="00467538">
      <w:pPr>
        <w:ind w:left="720"/>
        <w:rPr>
          <w:rFonts w:cs="Times New Roman"/>
          <w:sz w:val="32"/>
          <w:szCs w:val="32"/>
        </w:rPr>
      </w:pPr>
      <w:r w:rsidRPr="001925EF">
        <w:rPr>
          <w:rFonts w:cs="Times New Roman"/>
          <w:sz w:val="32"/>
          <w:szCs w:val="32"/>
        </w:rPr>
        <w:t>2. Introduction</w:t>
      </w:r>
    </w:p>
    <w:p w:rsidR="008837CF" w:rsidRPr="001925EF" w:rsidRDefault="00467538">
      <w:pPr>
        <w:ind w:left="720"/>
        <w:rPr>
          <w:rFonts w:cs="Times New Roman"/>
          <w:sz w:val="32"/>
          <w:szCs w:val="32"/>
        </w:rPr>
      </w:pPr>
      <w:r w:rsidRPr="001925EF">
        <w:rPr>
          <w:rFonts w:cs="Times New Roman"/>
          <w:sz w:val="32"/>
          <w:szCs w:val="32"/>
        </w:rPr>
        <w:t>3. Literature Review</w:t>
      </w:r>
    </w:p>
    <w:p w:rsidR="008837CF" w:rsidRPr="001925EF" w:rsidRDefault="00467538">
      <w:pPr>
        <w:ind w:left="720"/>
        <w:rPr>
          <w:rFonts w:cs="Times New Roman"/>
          <w:sz w:val="32"/>
          <w:szCs w:val="32"/>
        </w:rPr>
      </w:pPr>
      <w:r w:rsidRPr="001925EF">
        <w:rPr>
          <w:rFonts w:cs="Times New Roman"/>
          <w:sz w:val="32"/>
          <w:szCs w:val="32"/>
        </w:rPr>
        <w:t>4. Methodology</w:t>
      </w:r>
    </w:p>
    <w:p w:rsidR="008837CF" w:rsidRPr="001925EF" w:rsidRDefault="00467538">
      <w:pPr>
        <w:ind w:left="720"/>
        <w:rPr>
          <w:rFonts w:cs="Times New Roman"/>
          <w:sz w:val="32"/>
          <w:szCs w:val="32"/>
        </w:rPr>
      </w:pPr>
      <w:r w:rsidRPr="001925EF">
        <w:rPr>
          <w:rFonts w:cs="Times New Roman"/>
          <w:sz w:val="32"/>
          <w:szCs w:val="32"/>
        </w:rPr>
        <w:t>5. Findings</w:t>
      </w:r>
    </w:p>
    <w:p w:rsidR="008837CF" w:rsidRPr="001925EF" w:rsidRDefault="00467538">
      <w:pPr>
        <w:ind w:left="720"/>
        <w:rPr>
          <w:rFonts w:cs="Times New Roman"/>
          <w:sz w:val="32"/>
          <w:szCs w:val="32"/>
        </w:rPr>
      </w:pPr>
      <w:r w:rsidRPr="001925EF">
        <w:rPr>
          <w:rFonts w:cs="Times New Roman"/>
          <w:sz w:val="32"/>
          <w:szCs w:val="32"/>
        </w:rPr>
        <w:t>6. Discussion</w:t>
      </w:r>
    </w:p>
    <w:p w:rsidR="008837CF" w:rsidRPr="001925EF" w:rsidRDefault="00467538">
      <w:pPr>
        <w:ind w:left="720"/>
        <w:rPr>
          <w:rFonts w:cs="Times New Roman"/>
          <w:sz w:val="32"/>
          <w:szCs w:val="32"/>
        </w:rPr>
      </w:pPr>
      <w:r w:rsidRPr="001925EF">
        <w:rPr>
          <w:rFonts w:cs="Times New Roman"/>
          <w:sz w:val="32"/>
          <w:szCs w:val="32"/>
        </w:rPr>
        <w:t>7. Conclusion</w:t>
      </w:r>
    </w:p>
    <w:p w:rsidR="008837CF" w:rsidRPr="001925EF" w:rsidRDefault="00467538">
      <w:pPr>
        <w:ind w:left="720"/>
        <w:rPr>
          <w:rFonts w:cs="Times New Roman"/>
          <w:sz w:val="32"/>
          <w:szCs w:val="32"/>
        </w:rPr>
      </w:pPr>
      <w:r w:rsidRPr="001925EF">
        <w:rPr>
          <w:rFonts w:cs="Times New Roman"/>
          <w:sz w:val="32"/>
          <w:szCs w:val="32"/>
        </w:rPr>
        <w:t>8. References</w:t>
      </w:r>
    </w:p>
    <w:p w:rsidR="008837CF" w:rsidRPr="001925EF" w:rsidRDefault="00467538">
      <w:pPr>
        <w:ind w:left="720"/>
        <w:rPr>
          <w:rFonts w:cs="Times New Roman"/>
          <w:sz w:val="32"/>
          <w:szCs w:val="32"/>
        </w:rPr>
      </w:pPr>
      <w:r w:rsidRPr="001925EF">
        <w:rPr>
          <w:rFonts w:cs="Times New Roman"/>
          <w:sz w:val="32"/>
          <w:szCs w:val="32"/>
        </w:rPr>
        <w:t>9. Appendices</w:t>
      </w:r>
    </w:p>
    <w:p w:rsidR="008837CF" w:rsidRPr="001925EF" w:rsidRDefault="00467538">
      <w:pPr>
        <w:rPr>
          <w:rFonts w:cs="Times New Roman"/>
        </w:rPr>
      </w:pPr>
      <w:r w:rsidRPr="001925EF">
        <w:rPr>
          <w:rFonts w:cs="Times New Roman"/>
        </w:rPr>
        <w:br w:type="page"/>
      </w:r>
    </w:p>
    <w:p w:rsidR="008837CF" w:rsidRPr="001925EF" w:rsidRDefault="00467538" w:rsidP="001925EF">
      <w:pPr>
        <w:spacing w:line="276" w:lineRule="auto"/>
        <w:jc w:val="both"/>
        <w:rPr>
          <w:rFonts w:cs="Times New Roman"/>
          <w:szCs w:val="24"/>
        </w:rPr>
      </w:pPr>
      <w:r w:rsidRPr="001925EF">
        <w:rPr>
          <w:rFonts w:cs="Times New Roman"/>
          <w:b/>
          <w:szCs w:val="24"/>
        </w:rPr>
        <w:lastRenderedPageBreak/>
        <w:t>Abstract</w:t>
      </w:r>
    </w:p>
    <w:p w:rsidR="008837CF" w:rsidRPr="001925EF" w:rsidRDefault="00467538" w:rsidP="001925EF">
      <w:pPr>
        <w:spacing w:line="276" w:lineRule="auto"/>
        <w:jc w:val="both"/>
        <w:rPr>
          <w:rFonts w:cs="Times New Roman"/>
          <w:szCs w:val="24"/>
        </w:rPr>
      </w:pPr>
      <w:r w:rsidRPr="001925EF">
        <w:rPr>
          <w:rFonts w:cs="Times New Roman"/>
          <w:szCs w:val="24"/>
        </w:rPr>
        <w:t>This report examines the five key management functions—planning, organising, staffing, directing and controlling—and how they relate to making organisations successful. I looked at some aca</w:t>
      </w:r>
      <w:r w:rsidRPr="001925EF">
        <w:rPr>
          <w:rFonts w:cs="Times New Roman"/>
          <w:szCs w:val="24"/>
        </w:rPr>
        <w:t>demic stuff about management theory and then looked at three big companies (Apple, Amazon, Toyota) to see if they actually use these functions and if that explains why they do well. The main finding is basically that when companies are doing all five of th</w:t>
      </w:r>
      <w:r w:rsidRPr="001925EF">
        <w:rPr>
          <w:rFonts w:cs="Times New Roman"/>
          <w:szCs w:val="24"/>
        </w:rPr>
        <w:t>ese functions properly and working them together, they seem to succeed. When they mess one up or don't integrate them properly then things fall apart. I used case studies and secondary sources to analyse this. Overall the conclusion is that even though Fay</w:t>
      </w:r>
      <w:r w:rsidRPr="001925EF">
        <w:rPr>
          <w:rFonts w:cs="Times New Roman"/>
          <w:szCs w:val="24"/>
        </w:rPr>
        <w:t>ol came up with these ideas ages ago they're still really important today for making sure organisations work properly and succeed.</w:t>
      </w:r>
    </w:p>
    <w:p w:rsidR="008837CF" w:rsidRPr="001925EF" w:rsidRDefault="00467538" w:rsidP="001925EF">
      <w:pPr>
        <w:spacing w:line="276" w:lineRule="auto"/>
        <w:jc w:val="both"/>
        <w:rPr>
          <w:rFonts w:cs="Times New Roman"/>
          <w:szCs w:val="24"/>
        </w:rPr>
      </w:pPr>
      <w:r w:rsidRPr="001925EF">
        <w:rPr>
          <w:rFonts w:cs="Times New Roman"/>
          <w:b/>
          <w:szCs w:val="24"/>
        </w:rPr>
        <w:t>1. Introduction</w:t>
      </w:r>
    </w:p>
    <w:p w:rsidR="008837CF" w:rsidRPr="001925EF" w:rsidRDefault="00467538" w:rsidP="001925EF">
      <w:pPr>
        <w:spacing w:line="276" w:lineRule="auto"/>
        <w:jc w:val="both"/>
        <w:rPr>
          <w:rFonts w:cs="Times New Roman"/>
          <w:szCs w:val="24"/>
        </w:rPr>
      </w:pPr>
      <w:r w:rsidRPr="001925EF">
        <w:rPr>
          <w:rFonts w:cs="Times New Roman"/>
          <w:szCs w:val="24"/>
        </w:rPr>
        <w:t>So I've always been confused about why some companies are really good and other ones are just shit, even wh</w:t>
      </w:r>
      <w:r w:rsidRPr="001925EF">
        <w:rPr>
          <w:rFonts w:cs="Times New Roman"/>
          <w:szCs w:val="24"/>
        </w:rPr>
        <w:t>en they have loads of money and smart people working for them. I reckon management is probably the main difference. Like, you can have the best idea in the world but if management is bad then nothing happens properly and everything just gets messed up inte</w:t>
      </w:r>
      <w:r w:rsidRPr="001925EF">
        <w:rPr>
          <w:rFonts w:cs="Times New Roman"/>
          <w:szCs w:val="24"/>
        </w:rPr>
        <w:t>rnally. The companies that are clearly winning seem to have their management sorted.</w:t>
      </w:r>
    </w:p>
    <w:p w:rsidR="008837CF" w:rsidRPr="001925EF" w:rsidRDefault="00467538" w:rsidP="001925EF">
      <w:pPr>
        <w:spacing w:line="276" w:lineRule="auto"/>
        <w:jc w:val="both"/>
        <w:rPr>
          <w:rFonts w:cs="Times New Roman"/>
          <w:szCs w:val="24"/>
        </w:rPr>
      </w:pPr>
      <w:r w:rsidRPr="001925EF">
        <w:rPr>
          <w:rFonts w:cs="Times New Roman"/>
          <w:szCs w:val="24"/>
        </w:rPr>
        <w:t>This report is going to look at five management functions that this guy called Fayol came up with. Planning, organising, staffing, directing and controlling. He thought of</w:t>
      </w:r>
      <w:r w:rsidRPr="001925EF">
        <w:rPr>
          <w:rFonts w:cs="Times New Roman"/>
          <w:szCs w:val="24"/>
        </w:rPr>
        <w:t xml:space="preserve"> these ages ago like in the 1920s or 30s or something but managers still talk about them like they're the main things you're supposed to do. Which is weird that they're still relevant after so long. Or maybe it makes sense because every organisation needs </w:t>
      </w:r>
      <w:r w:rsidRPr="001925EF">
        <w:rPr>
          <w:rFonts w:cs="Times New Roman"/>
          <w:szCs w:val="24"/>
        </w:rPr>
        <w:t>to do these things no matter what.</w:t>
      </w:r>
    </w:p>
    <w:p w:rsidR="008837CF" w:rsidRPr="001925EF" w:rsidRDefault="00467538" w:rsidP="001925EF">
      <w:pPr>
        <w:spacing w:line="276" w:lineRule="auto"/>
        <w:jc w:val="both"/>
        <w:rPr>
          <w:rFonts w:cs="Times New Roman"/>
          <w:szCs w:val="24"/>
        </w:rPr>
      </w:pPr>
      <w:r w:rsidRPr="001925EF">
        <w:rPr>
          <w:rFonts w:cs="Times New Roman"/>
          <w:szCs w:val="24"/>
        </w:rPr>
        <w:t xml:space="preserve">So I wanted to figure out if these five functions are actually why some organisations succeed and others don't. Are they the magic formula or is it just something people say? I'm going to look at Apple, Amazon and Toyota </w:t>
      </w:r>
      <w:r w:rsidRPr="001925EF">
        <w:rPr>
          <w:rFonts w:cs="Times New Roman"/>
          <w:szCs w:val="24"/>
        </w:rPr>
        <w:t>because they're all known for being well-run and successful. If these functions are important then these companies should be doing them well.</w:t>
      </w:r>
    </w:p>
    <w:p w:rsidR="008837CF" w:rsidRPr="001925EF" w:rsidRDefault="00467538" w:rsidP="001925EF">
      <w:pPr>
        <w:spacing w:line="276" w:lineRule="auto"/>
        <w:jc w:val="both"/>
        <w:rPr>
          <w:rFonts w:cs="Times New Roman"/>
          <w:szCs w:val="24"/>
        </w:rPr>
      </w:pPr>
      <w:r w:rsidRPr="001925EF">
        <w:rPr>
          <w:rFonts w:cs="Times New Roman"/>
          <w:szCs w:val="24"/>
        </w:rPr>
        <w:t>Basically my main questions are: what are these five functions and how do managers actually use them? Is there a r</w:t>
      </w:r>
      <w:r w:rsidRPr="001925EF">
        <w:rPr>
          <w:rFonts w:cs="Times New Roman"/>
          <w:szCs w:val="24"/>
        </w:rPr>
        <w:t>eal connection between doing these well and the company being successful? And how do successful companies actually use these in their day to day stuff?</w:t>
      </w:r>
    </w:p>
    <w:p w:rsidR="008837CF" w:rsidRPr="001925EF" w:rsidRDefault="00467538" w:rsidP="001925EF">
      <w:pPr>
        <w:spacing w:line="276" w:lineRule="auto"/>
        <w:jc w:val="both"/>
        <w:rPr>
          <w:rFonts w:cs="Times New Roman"/>
          <w:szCs w:val="24"/>
        </w:rPr>
      </w:pPr>
      <w:r w:rsidRPr="001925EF">
        <w:rPr>
          <w:rFonts w:cs="Times New Roman"/>
          <w:szCs w:val="24"/>
        </w:rPr>
        <w:br w:type="page"/>
      </w:r>
    </w:p>
    <w:p w:rsidR="008837CF" w:rsidRPr="001925EF" w:rsidRDefault="00467538" w:rsidP="001925EF">
      <w:pPr>
        <w:spacing w:line="276" w:lineRule="auto"/>
        <w:jc w:val="both"/>
        <w:rPr>
          <w:rFonts w:cs="Times New Roman"/>
          <w:szCs w:val="24"/>
        </w:rPr>
      </w:pPr>
      <w:r w:rsidRPr="001925EF">
        <w:rPr>
          <w:rFonts w:cs="Times New Roman"/>
          <w:b/>
          <w:szCs w:val="24"/>
        </w:rPr>
        <w:lastRenderedPageBreak/>
        <w:t>2. Literature Review</w:t>
      </w:r>
    </w:p>
    <w:p w:rsidR="008837CF" w:rsidRPr="001925EF" w:rsidRDefault="00467538" w:rsidP="001925EF">
      <w:pPr>
        <w:spacing w:line="276" w:lineRule="auto"/>
        <w:jc w:val="both"/>
        <w:rPr>
          <w:rFonts w:cs="Times New Roman"/>
          <w:szCs w:val="24"/>
        </w:rPr>
      </w:pPr>
      <w:r w:rsidRPr="001925EF">
        <w:rPr>
          <w:rFonts w:cs="Times New Roman"/>
          <w:b/>
          <w:szCs w:val="24"/>
        </w:rPr>
        <w:t>2.1 Fayol and the Five Functions</w:t>
      </w:r>
    </w:p>
    <w:p w:rsidR="008837CF" w:rsidRPr="001925EF" w:rsidRDefault="00467538" w:rsidP="001925EF">
      <w:pPr>
        <w:spacing w:line="276" w:lineRule="auto"/>
        <w:jc w:val="both"/>
        <w:rPr>
          <w:rFonts w:cs="Times New Roman"/>
          <w:szCs w:val="24"/>
        </w:rPr>
      </w:pPr>
      <w:r w:rsidRPr="001925EF">
        <w:rPr>
          <w:rFonts w:cs="Times New Roman"/>
          <w:szCs w:val="24"/>
        </w:rPr>
        <w:t xml:space="preserve">So this French guy Henri Fayol worked in mining </w:t>
      </w:r>
      <w:r w:rsidRPr="001925EF">
        <w:rPr>
          <w:rFonts w:cs="Times New Roman"/>
          <w:szCs w:val="24"/>
        </w:rPr>
        <w:t xml:space="preserve">and was like thinking about what managers actually do all day. He came up with five management functions. Planning, organising, staffing, directing and controlling. This was ages ago but people still teach these in business school and companies still talk </w:t>
      </w:r>
      <w:r w:rsidRPr="001925EF">
        <w:rPr>
          <w:rFonts w:cs="Times New Roman"/>
          <w:szCs w:val="24"/>
        </w:rPr>
        <w:t xml:space="preserve">about them. Which is pretty mad when you think about </w:t>
      </w:r>
      <w:proofErr w:type="gramStart"/>
      <w:r w:rsidRPr="001925EF">
        <w:rPr>
          <w:rFonts w:cs="Times New Roman"/>
          <w:szCs w:val="24"/>
        </w:rPr>
        <w:t>it.</w:t>
      </w:r>
      <w:proofErr w:type="gramEnd"/>
      <w:r w:rsidRPr="001925EF">
        <w:rPr>
          <w:rFonts w:cs="Times New Roman"/>
          <w:szCs w:val="24"/>
        </w:rPr>
        <w:t xml:space="preserve"> Like why would something from the 1920s still be relevant? Maybe it's because organisations haven't really changed that much fundamentally. Or maybe it's just because nobody came up with anything bet</w:t>
      </w:r>
      <w:r w:rsidRPr="001925EF">
        <w:rPr>
          <w:rFonts w:cs="Times New Roman"/>
          <w:szCs w:val="24"/>
        </w:rPr>
        <w:t>ter. Either way, every manager is supposed to be doing these five things.</w:t>
      </w:r>
    </w:p>
    <w:p w:rsidR="008837CF" w:rsidRPr="001925EF" w:rsidRDefault="00467538" w:rsidP="001925EF">
      <w:pPr>
        <w:spacing w:line="276" w:lineRule="auto"/>
        <w:jc w:val="both"/>
        <w:rPr>
          <w:rFonts w:cs="Times New Roman"/>
          <w:szCs w:val="24"/>
        </w:rPr>
      </w:pPr>
      <w:r w:rsidRPr="001925EF">
        <w:rPr>
          <w:rFonts w:cs="Times New Roman"/>
          <w:b/>
          <w:szCs w:val="24"/>
        </w:rPr>
        <w:t>2.2 Planning</w:t>
      </w:r>
    </w:p>
    <w:p w:rsidR="008837CF" w:rsidRPr="001925EF" w:rsidRDefault="00467538" w:rsidP="001925EF">
      <w:pPr>
        <w:spacing w:line="276" w:lineRule="auto"/>
        <w:jc w:val="both"/>
        <w:rPr>
          <w:rFonts w:cs="Times New Roman"/>
          <w:szCs w:val="24"/>
        </w:rPr>
      </w:pPr>
      <w:r w:rsidRPr="001925EF">
        <w:rPr>
          <w:rFonts w:cs="Times New Roman"/>
          <w:szCs w:val="24"/>
        </w:rPr>
        <w:t>Planning is when managers figure out what the organisation wants to do and how they're going to do it. Sounds basic right? But it's actually really complicated because y</w:t>
      </w:r>
      <w:r w:rsidRPr="001925EF">
        <w:rPr>
          <w:rFonts w:cs="Times New Roman"/>
          <w:szCs w:val="24"/>
        </w:rPr>
        <w:t>ou have to look at the market and what's happening there, and what competitors are doing, and what your company is actually good at. Then you have to make a strategy that like ties all that together. There's a researcher called Steiner who wrote about stra</w:t>
      </w:r>
      <w:r w:rsidRPr="001925EF">
        <w:rPr>
          <w:rFonts w:cs="Times New Roman"/>
          <w:szCs w:val="24"/>
        </w:rPr>
        <w:t xml:space="preserve">tegic planning. He basically said that if you plan properly you can see what's coming in the market before competitors do which is obviously good. If you don't have </w:t>
      </w:r>
      <w:r w:rsidR="001925EF" w:rsidRPr="001925EF">
        <w:rPr>
          <w:rFonts w:cs="Times New Roman"/>
          <w:szCs w:val="24"/>
        </w:rPr>
        <w:t>planning,</w:t>
      </w:r>
      <w:r w:rsidRPr="001925EF">
        <w:rPr>
          <w:rFonts w:cs="Times New Roman"/>
          <w:szCs w:val="24"/>
        </w:rPr>
        <w:t xml:space="preserve"> then the rest of management is kind of pointless. Like you're organising stuff and</w:t>
      </w:r>
      <w:r w:rsidRPr="001925EF">
        <w:rPr>
          <w:rFonts w:cs="Times New Roman"/>
          <w:szCs w:val="24"/>
        </w:rPr>
        <w:t xml:space="preserve"> staffing positions but you don't even know what you're trying to achieve. That's pretty useless.</w:t>
      </w:r>
    </w:p>
    <w:p w:rsidR="008837CF" w:rsidRPr="001925EF" w:rsidRDefault="00467538" w:rsidP="001925EF">
      <w:pPr>
        <w:spacing w:line="276" w:lineRule="auto"/>
        <w:jc w:val="both"/>
        <w:rPr>
          <w:rFonts w:cs="Times New Roman"/>
          <w:szCs w:val="24"/>
        </w:rPr>
      </w:pPr>
      <w:r w:rsidRPr="001925EF">
        <w:rPr>
          <w:rFonts w:cs="Times New Roman"/>
          <w:b/>
          <w:szCs w:val="24"/>
        </w:rPr>
        <w:t>2.3 Organising</w:t>
      </w:r>
    </w:p>
    <w:p w:rsidR="008837CF" w:rsidRPr="001925EF" w:rsidRDefault="00467538" w:rsidP="001925EF">
      <w:pPr>
        <w:spacing w:line="276" w:lineRule="auto"/>
        <w:jc w:val="both"/>
        <w:rPr>
          <w:rFonts w:cs="Times New Roman"/>
          <w:szCs w:val="24"/>
        </w:rPr>
      </w:pPr>
      <w:r w:rsidRPr="001925EF">
        <w:rPr>
          <w:rFonts w:cs="Times New Roman"/>
          <w:szCs w:val="24"/>
        </w:rPr>
        <w:t>Organising is about how the company structure is set up. So like you've got to decide how to divide the work up between people. What department</w:t>
      </w:r>
      <w:r w:rsidRPr="001925EF">
        <w:rPr>
          <w:rFonts w:cs="Times New Roman"/>
          <w:szCs w:val="24"/>
        </w:rPr>
        <w:t xml:space="preserve">s do you </w:t>
      </w:r>
      <w:r w:rsidR="001925EF" w:rsidRPr="001925EF">
        <w:rPr>
          <w:rFonts w:cs="Times New Roman"/>
          <w:szCs w:val="24"/>
        </w:rPr>
        <w:t>need?</w:t>
      </w:r>
      <w:r w:rsidRPr="001925EF">
        <w:rPr>
          <w:rFonts w:cs="Times New Roman"/>
          <w:szCs w:val="24"/>
        </w:rPr>
        <w:t xml:space="preserve"> Who reports to who and all that. Mintzberg did research on this and showed that there's like different types of structures. There's functional structures where you have departments like sales and marketing and operations. Those are efficient</w:t>
      </w:r>
      <w:r w:rsidRPr="001925EF">
        <w:rPr>
          <w:rFonts w:cs="Times New Roman"/>
          <w:szCs w:val="24"/>
        </w:rPr>
        <w:t xml:space="preserve"> but like slow. Then there's divisional structures where you have different business units for different products or like different geographic areas. Those are more flexible. And matrix structures where people report to like two managers. Nobody really lik</w:t>
      </w:r>
      <w:r w:rsidRPr="001925EF">
        <w:rPr>
          <w:rFonts w:cs="Times New Roman"/>
          <w:szCs w:val="24"/>
        </w:rPr>
        <w:t>es those because they're confusing. The point is that structure affects how people communicate and how fast decisions get made and basically whether the organisation actually functions or not. So it matters.</w:t>
      </w:r>
    </w:p>
    <w:p w:rsidR="008837CF" w:rsidRPr="001925EF" w:rsidRDefault="00467538" w:rsidP="001925EF">
      <w:pPr>
        <w:spacing w:line="276" w:lineRule="auto"/>
        <w:jc w:val="both"/>
        <w:rPr>
          <w:rFonts w:cs="Times New Roman"/>
          <w:szCs w:val="24"/>
        </w:rPr>
      </w:pPr>
      <w:r w:rsidRPr="001925EF">
        <w:rPr>
          <w:rFonts w:cs="Times New Roman"/>
          <w:b/>
          <w:szCs w:val="24"/>
        </w:rPr>
        <w:t>2.4 Staffing</w:t>
      </w:r>
    </w:p>
    <w:p w:rsidR="008837CF" w:rsidRPr="001925EF" w:rsidRDefault="00467538" w:rsidP="001925EF">
      <w:pPr>
        <w:spacing w:line="276" w:lineRule="auto"/>
        <w:jc w:val="both"/>
        <w:rPr>
          <w:rFonts w:cs="Times New Roman"/>
          <w:szCs w:val="24"/>
        </w:rPr>
      </w:pPr>
      <w:r w:rsidRPr="001925EF">
        <w:rPr>
          <w:rFonts w:cs="Times New Roman"/>
          <w:szCs w:val="24"/>
        </w:rPr>
        <w:t>Staffing is about hiring people and</w:t>
      </w:r>
      <w:r w:rsidRPr="001925EF">
        <w:rPr>
          <w:rFonts w:cs="Times New Roman"/>
          <w:szCs w:val="24"/>
        </w:rPr>
        <w:t xml:space="preserve"> training them and developing them. So like human resources stuff. The thing that people who study management keep saying is that your people are basically what makes your company different from other companies. You </w:t>
      </w:r>
      <w:bookmarkStart w:id="0" w:name="_GoBack"/>
      <w:bookmarkEnd w:id="0"/>
      <w:r w:rsidRPr="001925EF">
        <w:rPr>
          <w:rFonts w:cs="Times New Roman"/>
          <w:szCs w:val="24"/>
        </w:rPr>
        <w:t xml:space="preserve">can't </w:t>
      </w:r>
      <w:r w:rsidRPr="001925EF">
        <w:rPr>
          <w:rFonts w:cs="Times New Roman"/>
          <w:szCs w:val="24"/>
        </w:rPr>
        <w:lastRenderedPageBreak/>
        <w:t>really have a competitive advantag</w:t>
      </w:r>
      <w:r w:rsidRPr="001925EF">
        <w:rPr>
          <w:rFonts w:cs="Times New Roman"/>
          <w:szCs w:val="24"/>
        </w:rPr>
        <w:t>e from technology anymore because everyone has access to the same technology. So your people are what matters. There's this researcher Pfeffer who did studies showing that companies that like hire carefully and invest in training and pay people properly do</w:t>
      </w:r>
      <w:r w:rsidRPr="001925EF">
        <w:rPr>
          <w:rFonts w:cs="Times New Roman"/>
          <w:szCs w:val="24"/>
        </w:rPr>
        <w:t xml:space="preserve"> way better financially than companies that don't. Which makes sense if you think about it. But not all companies do this. Some companies just want cheap workers and don't care if people leave. The research says that's a bad strategy long term.</w:t>
      </w:r>
    </w:p>
    <w:p w:rsidR="008837CF" w:rsidRPr="001925EF" w:rsidRDefault="00467538" w:rsidP="001925EF">
      <w:pPr>
        <w:spacing w:line="276" w:lineRule="auto"/>
        <w:jc w:val="both"/>
        <w:rPr>
          <w:rFonts w:cs="Times New Roman"/>
          <w:szCs w:val="24"/>
        </w:rPr>
      </w:pPr>
      <w:r w:rsidRPr="001925EF">
        <w:rPr>
          <w:rFonts w:cs="Times New Roman"/>
          <w:b/>
          <w:szCs w:val="24"/>
        </w:rPr>
        <w:t>2.5 Directi</w:t>
      </w:r>
      <w:r w:rsidRPr="001925EF">
        <w:rPr>
          <w:rFonts w:cs="Times New Roman"/>
          <w:b/>
          <w:szCs w:val="24"/>
        </w:rPr>
        <w:t>ng and Motivation</w:t>
      </w:r>
    </w:p>
    <w:p w:rsidR="008837CF" w:rsidRPr="001925EF" w:rsidRDefault="00467538" w:rsidP="001925EF">
      <w:pPr>
        <w:spacing w:line="276" w:lineRule="auto"/>
        <w:jc w:val="both"/>
        <w:rPr>
          <w:rFonts w:cs="Times New Roman"/>
          <w:szCs w:val="24"/>
        </w:rPr>
      </w:pPr>
      <w:r w:rsidRPr="001925EF">
        <w:rPr>
          <w:rFonts w:cs="Times New Roman"/>
          <w:szCs w:val="24"/>
        </w:rPr>
        <w:t>Directing is basically about getting people to work towards the goals of the company. It's not just telling people what to do. It's more like making sure they understand why they're doing it and making them want to do it. There's loads of</w:t>
      </w:r>
      <w:r w:rsidRPr="001925EF">
        <w:rPr>
          <w:rFonts w:cs="Times New Roman"/>
          <w:szCs w:val="24"/>
        </w:rPr>
        <w:t xml:space="preserve"> theories about leadership. Some say certain personality types are good leaders. Some say it depends on the situation. Some say great leaders inspire people to do more than they thought they could. I think what really matters </w:t>
      </w:r>
      <w:proofErr w:type="gramStart"/>
      <w:r w:rsidRPr="001925EF">
        <w:rPr>
          <w:rFonts w:cs="Times New Roman"/>
          <w:szCs w:val="24"/>
        </w:rPr>
        <w:t>is</w:t>
      </w:r>
      <w:proofErr w:type="gramEnd"/>
      <w:r w:rsidRPr="001925EF">
        <w:rPr>
          <w:rFonts w:cs="Times New Roman"/>
          <w:szCs w:val="24"/>
        </w:rPr>
        <w:t xml:space="preserve"> that people understand the </w:t>
      </w:r>
      <w:r w:rsidRPr="001925EF">
        <w:rPr>
          <w:rFonts w:cs="Times New Roman"/>
          <w:szCs w:val="24"/>
        </w:rPr>
        <w:t>goals and actually want to contribute to achieving them. If they're just doing what you tell them because they're scared of getting fired, that's not going to get you very far.</w:t>
      </w:r>
    </w:p>
    <w:p w:rsidR="008837CF" w:rsidRPr="001925EF" w:rsidRDefault="00467538" w:rsidP="001925EF">
      <w:pPr>
        <w:spacing w:line="276" w:lineRule="auto"/>
        <w:jc w:val="both"/>
        <w:rPr>
          <w:rFonts w:cs="Times New Roman"/>
          <w:szCs w:val="24"/>
        </w:rPr>
      </w:pPr>
      <w:r w:rsidRPr="001925EF">
        <w:rPr>
          <w:rFonts w:cs="Times New Roman"/>
          <w:b/>
          <w:szCs w:val="24"/>
        </w:rPr>
        <w:t>2.6 Control and Monitoring</w:t>
      </w:r>
    </w:p>
    <w:p w:rsidR="008837CF" w:rsidRPr="001925EF" w:rsidRDefault="00467538" w:rsidP="001925EF">
      <w:pPr>
        <w:spacing w:line="276" w:lineRule="auto"/>
        <w:jc w:val="both"/>
        <w:rPr>
          <w:rFonts w:cs="Times New Roman"/>
          <w:szCs w:val="24"/>
        </w:rPr>
      </w:pPr>
      <w:r w:rsidRPr="001925EF">
        <w:rPr>
          <w:rFonts w:cs="Times New Roman"/>
          <w:szCs w:val="24"/>
        </w:rPr>
        <w:t>Control is about checking whether things are going t</w:t>
      </w:r>
      <w:r w:rsidRPr="001925EF">
        <w:rPr>
          <w:rFonts w:cs="Times New Roman"/>
          <w:szCs w:val="24"/>
        </w:rPr>
        <w:t xml:space="preserve">he way you planned. So you set objectives in planning and then you have to measure whether you're actually achieving them. If you're </w:t>
      </w:r>
      <w:proofErr w:type="gramStart"/>
      <w:r w:rsidRPr="001925EF">
        <w:rPr>
          <w:rFonts w:cs="Times New Roman"/>
          <w:szCs w:val="24"/>
        </w:rPr>
        <w:t>not</w:t>
      </w:r>
      <w:proofErr w:type="gramEnd"/>
      <w:r w:rsidRPr="001925EF">
        <w:rPr>
          <w:rFonts w:cs="Times New Roman"/>
          <w:szCs w:val="24"/>
        </w:rPr>
        <w:t xml:space="preserve"> then you figure out why and fix it. Control systems can be strict or loose but either way you need to know if you're on</w:t>
      </w:r>
      <w:r w:rsidRPr="001925EF">
        <w:rPr>
          <w:rFonts w:cs="Times New Roman"/>
          <w:szCs w:val="24"/>
        </w:rPr>
        <w:t xml:space="preserve"> track. The hard part about control is that you want to make sure people are doing their jobs but you don't want to monitor them so much that they feel like they're in prison. It's like a balance thing. And control helps organisations learn from mistakes a</w:t>
      </w:r>
      <w:r w:rsidRPr="001925EF">
        <w:rPr>
          <w:rFonts w:cs="Times New Roman"/>
          <w:szCs w:val="24"/>
        </w:rPr>
        <w:t>nd improve which is why it matters.</w:t>
      </w:r>
    </w:p>
    <w:p w:rsidR="008837CF" w:rsidRPr="001925EF" w:rsidRDefault="00467538" w:rsidP="001925EF">
      <w:pPr>
        <w:spacing w:line="276" w:lineRule="auto"/>
        <w:jc w:val="both"/>
        <w:rPr>
          <w:rFonts w:cs="Times New Roman"/>
          <w:szCs w:val="24"/>
        </w:rPr>
      </w:pPr>
      <w:r w:rsidRPr="001925EF">
        <w:rPr>
          <w:rFonts w:cs="Times New Roman"/>
          <w:b/>
          <w:szCs w:val="24"/>
        </w:rPr>
        <w:t>3. Methodology</w:t>
      </w:r>
    </w:p>
    <w:p w:rsidR="008837CF" w:rsidRPr="001925EF" w:rsidRDefault="00467538" w:rsidP="001925EF">
      <w:pPr>
        <w:spacing w:line="276" w:lineRule="auto"/>
        <w:jc w:val="both"/>
        <w:rPr>
          <w:rFonts w:cs="Times New Roman"/>
          <w:szCs w:val="24"/>
        </w:rPr>
      </w:pPr>
      <w:r w:rsidRPr="001925EF">
        <w:rPr>
          <w:rFonts w:cs="Times New Roman"/>
          <w:szCs w:val="24"/>
        </w:rPr>
        <w:t>For this report I basically read articles and books about management and then looked at three real companies to see if they use these management functions. So it's qualitative research. I didn't do surve</w:t>
      </w:r>
      <w:r w:rsidRPr="001925EF">
        <w:rPr>
          <w:rFonts w:cs="Times New Roman"/>
          <w:szCs w:val="24"/>
        </w:rPr>
        <w:t>ys or like interviews or anything. Just analysed what I could find about them.</w:t>
      </w:r>
    </w:p>
    <w:p w:rsidR="008837CF" w:rsidRPr="001925EF" w:rsidRDefault="00467538" w:rsidP="001925EF">
      <w:pPr>
        <w:spacing w:line="276" w:lineRule="auto"/>
        <w:jc w:val="both"/>
        <w:rPr>
          <w:rFonts w:cs="Times New Roman"/>
          <w:szCs w:val="24"/>
        </w:rPr>
      </w:pPr>
      <w:r w:rsidRPr="001925EF">
        <w:rPr>
          <w:rFonts w:cs="Times New Roman"/>
          <w:szCs w:val="24"/>
        </w:rPr>
        <w:t>I chose Apple, Amazon and Toyota because they're all really famous for being successful and they're in different industries so they're not all doing the same thing. Also because</w:t>
      </w:r>
      <w:r w:rsidRPr="001925EF">
        <w:rPr>
          <w:rFonts w:cs="Times New Roman"/>
          <w:szCs w:val="24"/>
        </w:rPr>
        <w:t xml:space="preserve"> you can actually find loads of information about them because they publish reports and like the media writes about them all the time. I looked at their annual reports and SEC filings and case studies and stuff.</w:t>
      </w:r>
    </w:p>
    <w:p w:rsidR="008837CF" w:rsidRPr="001925EF" w:rsidRDefault="00467538" w:rsidP="001925EF">
      <w:pPr>
        <w:spacing w:line="276" w:lineRule="auto"/>
        <w:jc w:val="both"/>
        <w:rPr>
          <w:rFonts w:cs="Times New Roman"/>
          <w:szCs w:val="24"/>
        </w:rPr>
      </w:pPr>
      <w:r w:rsidRPr="001925EF">
        <w:rPr>
          <w:rFonts w:cs="Times New Roman"/>
          <w:szCs w:val="24"/>
        </w:rPr>
        <w:lastRenderedPageBreak/>
        <w:t xml:space="preserve">What I did was read through the information </w:t>
      </w:r>
      <w:r w:rsidRPr="001925EF">
        <w:rPr>
          <w:rFonts w:cs="Times New Roman"/>
          <w:szCs w:val="24"/>
        </w:rPr>
        <w:t>and try to identify which management functions they use and like how they use them. Then I tried to see if there's a pattern between doing these functions well and being successful. It's not like a scientific study or anything but it gives you some evidenc</w:t>
      </w:r>
      <w:r w:rsidRPr="001925EF">
        <w:rPr>
          <w:rFonts w:cs="Times New Roman"/>
          <w:szCs w:val="24"/>
        </w:rPr>
        <w:t>e that this management stuff actually matters in real life.</w:t>
      </w:r>
    </w:p>
    <w:p w:rsidR="008837CF" w:rsidRPr="001925EF" w:rsidRDefault="00467538" w:rsidP="001925EF">
      <w:pPr>
        <w:spacing w:line="276" w:lineRule="auto"/>
        <w:jc w:val="both"/>
        <w:rPr>
          <w:rFonts w:cs="Times New Roman"/>
          <w:szCs w:val="24"/>
        </w:rPr>
      </w:pPr>
      <w:r w:rsidRPr="001925EF">
        <w:rPr>
          <w:rFonts w:cs="Times New Roman"/>
          <w:szCs w:val="24"/>
        </w:rPr>
        <w:t>I also read books and articles about management theory and like took notes on what the main ideas were. Then I compared the theory to what the actual companies are doing to see if they match up.</w:t>
      </w:r>
    </w:p>
    <w:p w:rsidR="008837CF" w:rsidRPr="001925EF" w:rsidRDefault="00467538" w:rsidP="001925EF">
      <w:pPr>
        <w:spacing w:line="276" w:lineRule="auto"/>
        <w:jc w:val="both"/>
        <w:rPr>
          <w:rFonts w:cs="Times New Roman"/>
          <w:szCs w:val="24"/>
        </w:rPr>
      </w:pPr>
      <w:r w:rsidRPr="001925EF">
        <w:rPr>
          <w:rFonts w:cs="Times New Roman"/>
          <w:b/>
          <w:szCs w:val="24"/>
        </w:rPr>
        <w:t>5. Findings</w:t>
      </w:r>
    </w:p>
    <w:p w:rsidR="008837CF" w:rsidRPr="001925EF" w:rsidRDefault="00467538" w:rsidP="001925EF">
      <w:pPr>
        <w:spacing w:line="276" w:lineRule="auto"/>
        <w:jc w:val="both"/>
        <w:rPr>
          <w:rFonts w:cs="Times New Roman"/>
          <w:szCs w:val="24"/>
        </w:rPr>
      </w:pPr>
      <w:r w:rsidRPr="001925EF">
        <w:rPr>
          <w:rFonts w:cs="Times New Roman"/>
          <w:b/>
          <w:szCs w:val="24"/>
        </w:rPr>
        <w:t>5.1 Planning at Apple and Amazon</w:t>
      </w:r>
    </w:p>
    <w:p w:rsidR="008837CF" w:rsidRPr="001925EF" w:rsidRDefault="00467538" w:rsidP="001925EF">
      <w:pPr>
        <w:spacing w:line="276" w:lineRule="auto"/>
        <w:jc w:val="both"/>
        <w:rPr>
          <w:rFonts w:cs="Times New Roman"/>
          <w:szCs w:val="24"/>
        </w:rPr>
      </w:pPr>
      <w:r w:rsidRPr="001925EF">
        <w:rPr>
          <w:rFonts w:cs="Times New Roman"/>
          <w:szCs w:val="24"/>
        </w:rPr>
        <w:t>Apple under Steve Jobs did planning really well. Like, Jobs decided they were going to make a phone. But he didn't just like decide that randomly. He thought about what the market needed and what Apple could do</w:t>
      </w:r>
      <w:r w:rsidRPr="001925EF">
        <w:rPr>
          <w:rFonts w:cs="Times New Roman"/>
          <w:szCs w:val="24"/>
        </w:rPr>
        <w:t xml:space="preserve"> and what would make sense. And the iPhone was a massive success and like basically changed the whole industry. You can see that Apple has a clear strategic direction and like everything else flows from that.</w:t>
      </w:r>
    </w:p>
    <w:p w:rsidR="008837CF" w:rsidRPr="001925EF" w:rsidRDefault="00467538" w:rsidP="001925EF">
      <w:pPr>
        <w:spacing w:line="276" w:lineRule="auto"/>
        <w:jc w:val="both"/>
        <w:rPr>
          <w:rFonts w:cs="Times New Roman"/>
          <w:szCs w:val="24"/>
        </w:rPr>
      </w:pPr>
      <w:r w:rsidRPr="001925EF">
        <w:rPr>
          <w:rFonts w:cs="Times New Roman"/>
          <w:szCs w:val="24"/>
        </w:rPr>
        <w:t xml:space="preserve">Amazon is kind of similar but different. Bezos </w:t>
      </w:r>
      <w:r w:rsidRPr="001925EF">
        <w:rPr>
          <w:rFonts w:cs="Times New Roman"/>
          <w:szCs w:val="24"/>
        </w:rPr>
        <w:t>had this big vision to like sell everything online. He didn't try to make money immediately which seems mental but he was focused on growth and market share. That turned out to be the right thing to do because now Amazon is huge and basically dominates onl</w:t>
      </w:r>
      <w:r w:rsidRPr="001925EF">
        <w:rPr>
          <w:rFonts w:cs="Times New Roman"/>
          <w:szCs w:val="24"/>
        </w:rPr>
        <w:t>ine retail. They also got into cloud computing which makes them loads of money. So their planning was clearly working.</w:t>
      </w:r>
    </w:p>
    <w:p w:rsidR="008837CF" w:rsidRPr="001925EF" w:rsidRDefault="00467538" w:rsidP="001925EF">
      <w:pPr>
        <w:spacing w:line="276" w:lineRule="auto"/>
        <w:jc w:val="both"/>
        <w:rPr>
          <w:rFonts w:cs="Times New Roman"/>
          <w:szCs w:val="24"/>
        </w:rPr>
      </w:pPr>
      <w:r w:rsidRPr="001925EF">
        <w:rPr>
          <w:rFonts w:cs="Times New Roman"/>
          <w:b/>
          <w:szCs w:val="24"/>
        </w:rPr>
        <w:t>5.2 Organisational Structure</w:t>
      </w:r>
    </w:p>
    <w:p w:rsidR="008837CF" w:rsidRPr="001925EF" w:rsidRDefault="00467538" w:rsidP="001925EF">
      <w:pPr>
        <w:spacing w:line="276" w:lineRule="auto"/>
        <w:jc w:val="both"/>
        <w:rPr>
          <w:rFonts w:cs="Times New Roman"/>
          <w:szCs w:val="24"/>
        </w:rPr>
      </w:pPr>
      <w:r w:rsidRPr="001925EF">
        <w:rPr>
          <w:rFonts w:cs="Times New Roman"/>
          <w:szCs w:val="24"/>
        </w:rPr>
        <w:t>Toyota has like a hierarchical structure but they get people at like all levels involved in improving things</w:t>
      </w:r>
      <w:r w:rsidRPr="001925EF">
        <w:rPr>
          <w:rFonts w:cs="Times New Roman"/>
          <w:szCs w:val="24"/>
        </w:rPr>
        <w:t>. So there's clear lines of authority so decisions get made quickly but also like people on the production floor can contribute ideas. It's clever because you get efficiency and like responsiveness at the same time.</w:t>
      </w:r>
    </w:p>
    <w:p w:rsidR="008837CF" w:rsidRPr="001925EF" w:rsidRDefault="00467538" w:rsidP="001925EF">
      <w:pPr>
        <w:spacing w:line="276" w:lineRule="auto"/>
        <w:jc w:val="both"/>
        <w:rPr>
          <w:rFonts w:cs="Times New Roman"/>
          <w:szCs w:val="24"/>
        </w:rPr>
      </w:pPr>
      <w:r w:rsidRPr="001925EF">
        <w:rPr>
          <w:rFonts w:cs="Times New Roman"/>
          <w:szCs w:val="24"/>
        </w:rPr>
        <w:t xml:space="preserve">Apple's structure is more centralised. </w:t>
      </w:r>
      <w:r w:rsidRPr="001925EF">
        <w:rPr>
          <w:rFonts w:cs="Times New Roman"/>
          <w:szCs w:val="24"/>
        </w:rPr>
        <w:t>Like less input from lower levels. But that makes sense for Apple because they need all their product teams working really closely together on like hardware and software and making sure it all integrates properly. If things were spread out it would be hard</w:t>
      </w:r>
      <w:r w:rsidRPr="001925EF">
        <w:rPr>
          <w:rFonts w:cs="Times New Roman"/>
          <w:szCs w:val="24"/>
        </w:rPr>
        <w:t>er to make sure everything works together.</w:t>
      </w:r>
    </w:p>
    <w:p w:rsidR="008837CF" w:rsidRPr="001925EF" w:rsidRDefault="00467538" w:rsidP="001925EF">
      <w:pPr>
        <w:spacing w:line="276" w:lineRule="auto"/>
        <w:jc w:val="both"/>
        <w:rPr>
          <w:rFonts w:cs="Times New Roman"/>
          <w:szCs w:val="24"/>
        </w:rPr>
      </w:pPr>
      <w:r w:rsidRPr="001925EF">
        <w:rPr>
          <w:rFonts w:cs="Times New Roman"/>
          <w:b/>
          <w:szCs w:val="24"/>
        </w:rPr>
        <w:t>5.3 Hiring and Developing People</w:t>
      </w:r>
    </w:p>
    <w:p w:rsidR="008837CF" w:rsidRPr="001925EF" w:rsidRDefault="00467538" w:rsidP="001925EF">
      <w:pPr>
        <w:spacing w:line="276" w:lineRule="auto"/>
        <w:jc w:val="both"/>
        <w:rPr>
          <w:rFonts w:cs="Times New Roman"/>
          <w:szCs w:val="24"/>
        </w:rPr>
      </w:pPr>
      <w:r w:rsidRPr="001925EF">
        <w:rPr>
          <w:rFonts w:cs="Times New Roman"/>
          <w:szCs w:val="24"/>
        </w:rPr>
        <w:t>Toyota is like really famous for looking after their employees. They do loads of training and like offer lifetime employment which is crazy compared to most Western companies. They</w:t>
      </w:r>
      <w:r w:rsidRPr="001925EF">
        <w:rPr>
          <w:rFonts w:cs="Times New Roman"/>
          <w:szCs w:val="24"/>
        </w:rPr>
        <w:t xml:space="preserve"> develop people's skills over their whole career. Because of this they have stable workforces that are really good at their jobs. You can't suddenly become good at </w:t>
      </w:r>
      <w:r w:rsidRPr="001925EF">
        <w:rPr>
          <w:rFonts w:cs="Times New Roman"/>
          <w:szCs w:val="24"/>
        </w:rPr>
        <w:lastRenderedPageBreak/>
        <w:t xml:space="preserve">manufacturing complex </w:t>
      </w:r>
      <w:r w:rsidR="001925EF" w:rsidRPr="001925EF">
        <w:rPr>
          <w:rFonts w:cs="Times New Roman"/>
          <w:szCs w:val="24"/>
        </w:rPr>
        <w:t>cars;</w:t>
      </w:r>
      <w:r w:rsidRPr="001925EF">
        <w:rPr>
          <w:rFonts w:cs="Times New Roman"/>
          <w:szCs w:val="24"/>
        </w:rPr>
        <w:t xml:space="preserve"> it takes like years. So Toyota's approach of investing in people</w:t>
      </w:r>
      <w:r w:rsidRPr="001925EF">
        <w:rPr>
          <w:rFonts w:cs="Times New Roman"/>
          <w:szCs w:val="24"/>
        </w:rPr>
        <w:t xml:space="preserve"> makes sense for what they do.</w:t>
      </w:r>
    </w:p>
    <w:p w:rsidR="008837CF" w:rsidRPr="001925EF" w:rsidRDefault="00467538" w:rsidP="001925EF">
      <w:pPr>
        <w:spacing w:line="276" w:lineRule="auto"/>
        <w:jc w:val="both"/>
        <w:rPr>
          <w:rFonts w:cs="Times New Roman"/>
          <w:szCs w:val="24"/>
        </w:rPr>
      </w:pPr>
      <w:r w:rsidRPr="001925EF">
        <w:rPr>
          <w:rFonts w:cs="Times New Roman"/>
          <w:szCs w:val="24"/>
        </w:rPr>
        <w:t>Amazon does things differently. They hire fast and want people who can like learn quickly and handle change. They do have training programmes but the main thing is whether people fit the company values. So both companies inve</w:t>
      </w:r>
      <w:r w:rsidRPr="001925EF">
        <w:rPr>
          <w:rFonts w:cs="Times New Roman"/>
          <w:szCs w:val="24"/>
        </w:rPr>
        <w:t>st in staffing but in like different ways based on what they need.</w:t>
      </w:r>
    </w:p>
    <w:p w:rsidR="008837CF" w:rsidRPr="001925EF" w:rsidRDefault="00467538" w:rsidP="001925EF">
      <w:pPr>
        <w:spacing w:line="276" w:lineRule="auto"/>
        <w:jc w:val="both"/>
        <w:rPr>
          <w:rFonts w:cs="Times New Roman"/>
          <w:szCs w:val="24"/>
        </w:rPr>
      </w:pPr>
      <w:r w:rsidRPr="001925EF">
        <w:rPr>
          <w:rFonts w:cs="Times New Roman"/>
          <w:b/>
          <w:szCs w:val="24"/>
        </w:rPr>
        <w:t>5.4 Leadership Style</w:t>
      </w:r>
    </w:p>
    <w:p w:rsidR="008837CF" w:rsidRPr="001925EF" w:rsidRDefault="00467538" w:rsidP="001925EF">
      <w:pPr>
        <w:spacing w:line="276" w:lineRule="auto"/>
        <w:jc w:val="both"/>
        <w:rPr>
          <w:rFonts w:cs="Times New Roman"/>
          <w:szCs w:val="24"/>
        </w:rPr>
      </w:pPr>
      <w:r w:rsidRPr="001925EF">
        <w:rPr>
          <w:rFonts w:cs="Times New Roman"/>
          <w:szCs w:val="24"/>
        </w:rPr>
        <w:t>Jobs was the type of leader who had a vision and like inspired people to make amazing products. People wanted to work for him because he made them believe they could do</w:t>
      </w:r>
      <w:r w:rsidRPr="001925EF">
        <w:rPr>
          <w:rFonts w:cs="Times New Roman"/>
          <w:szCs w:val="24"/>
        </w:rPr>
        <w:t xml:space="preserve"> something really special. After he died Apple had new leaders who had to like maintain that vision but also scale things up which is harder. But they seem to be managing it.</w:t>
      </w:r>
    </w:p>
    <w:p w:rsidR="008837CF" w:rsidRPr="001925EF" w:rsidRDefault="00467538" w:rsidP="001925EF">
      <w:pPr>
        <w:spacing w:line="276" w:lineRule="auto"/>
        <w:jc w:val="both"/>
        <w:rPr>
          <w:rFonts w:cs="Times New Roman"/>
          <w:szCs w:val="24"/>
        </w:rPr>
      </w:pPr>
      <w:r w:rsidRPr="001925EF">
        <w:rPr>
          <w:rFonts w:cs="Times New Roman"/>
          <w:szCs w:val="24"/>
        </w:rPr>
        <w:t>Amazon's leadership is different. It's more about communicating principles and ma</w:t>
      </w:r>
      <w:r w:rsidRPr="001925EF">
        <w:rPr>
          <w:rFonts w:cs="Times New Roman"/>
          <w:szCs w:val="24"/>
        </w:rPr>
        <w:t>king sure everyone knows how their work helps the company. They're not trying to inspire in the Jobs way, they're more trying to like make sure everyone's working towards the same goals. Different approach but it seems to work for them.</w:t>
      </w:r>
    </w:p>
    <w:p w:rsidR="008837CF" w:rsidRPr="001925EF" w:rsidRDefault="00467538" w:rsidP="001925EF">
      <w:pPr>
        <w:spacing w:line="276" w:lineRule="auto"/>
        <w:jc w:val="both"/>
        <w:rPr>
          <w:rFonts w:cs="Times New Roman"/>
          <w:szCs w:val="24"/>
        </w:rPr>
      </w:pPr>
      <w:r w:rsidRPr="001925EF">
        <w:rPr>
          <w:rFonts w:cs="Times New Roman"/>
          <w:b/>
          <w:szCs w:val="24"/>
        </w:rPr>
        <w:t>5.5 Quality Control</w:t>
      </w:r>
      <w:r w:rsidRPr="001925EF">
        <w:rPr>
          <w:rFonts w:cs="Times New Roman"/>
          <w:b/>
          <w:szCs w:val="24"/>
        </w:rPr>
        <w:t xml:space="preserve"> and Monitoring</w:t>
      </w:r>
    </w:p>
    <w:p w:rsidR="008837CF" w:rsidRPr="001925EF" w:rsidRDefault="00467538" w:rsidP="001925EF">
      <w:pPr>
        <w:spacing w:line="276" w:lineRule="auto"/>
        <w:jc w:val="both"/>
        <w:rPr>
          <w:rFonts w:cs="Times New Roman"/>
          <w:szCs w:val="24"/>
        </w:rPr>
      </w:pPr>
      <w:r w:rsidRPr="001925EF">
        <w:rPr>
          <w:rFonts w:cs="Times New Roman"/>
          <w:szCs w:val="24"/>
        </w:rPr>
        <w:t>Toyota has really sophisticated control systems for like quality. They use statistics to watch quality, they have this thing called Jidoka where if something goes wrong the production line stops immediately so they can fix it, and they have</w:t>
      </w:r>
      <w:r w:rsidRPr="001925EF">
        <w:rPr>
          <w:rFonts w:cs="Times New Roman"/>
          <w:szCs w:val="24"/>
        </w:rPr>
        <w:t xml:space="preserve"> Kaizen which is like continuous improvement. So they're always monitoring and improving. It's not like making stuff and hoping it's good.</w:t>
      </w:r>
    </w:p>
    <w:p w:rsidR="008837CF" w:rsidRPr="001925EF" w:rsidRDefault="00467538" w:rsidP="001925EF">
      <w:pPr>
        <w:spacing w:line="276" w:lineRule="auto"/>
        <w:jc w:val="both"/>
        <w:rPr>
          <w:rFonts w:cs="Times New Roman"/>
          <w:szCs w:val="24"/>
        </w:rPr>
      </w:pPr>
      <w:r w:rsidRPr="001925EF">
        <w:rPr>
          <w:rFonts w:cs="Times New Roman"/>
          <w:szCs w:val="24"/>
        </w:rPr>
        <w:t>Apple looks really carefully at product quality and user experience. They measure customer satisfaction, look at sale</w:t>
      </w:r>
      <w:r w:rsidRPr="001925EF">
        <w:rPr>
          <w:rFonts w:cs="Times New Roman"/>
          <w:szCs w:val="24"/>
        </w:rPr>
        <w:t>s, read reviews and feedback. And they use all that to improve products and like make decisions about what to do next.</w:t>
      </w:r>
    </w:p>
    <w:p w:rsidR="008837CF" w:rsidRPr="001925EF" w:rsidRDefault="00467538" w:rsidP="001925EF">
      <w:pPr>
        <w:spacing w:line="276" w:lineRule="auto"/>
        <w:jc w:val="both"/>
        <w:rPr>
          <w:rFonts w:cs="Times New Roman"/>
          <w:szCs w:val="24"/>
        </w:rPr>
      </w:pPr>
      <w:r w:rsidRPr="001925EF">
        <w:rPr>
          <w:rFonts w:cs="Times New Roman"/>
          <w:szCs w:val="24"/>
        </w:rPr>
        <w:t xml:space="preserve">Amazon uses dashboards and metrics to track everything. Financial stuff, customer satisfaction, operational efficiency. When something's </w:t>
      </w:r>
      <w:r w:rsidRPr="001925EF">
        <w:rPr>
          <w:rFonts w:cs="Times New Roman"/>
          <w:szCs w:val="24"/>
        </w:rPr>
        <w:t>not on track they fix it. So all three companies are definitely doing control properly, just in different ways.</w:t>
      </w:r>
    </w:p>
    <w:p w:rsidR="008837CF" w:rsidRPr="001925EF" w:rsidRDefault="00467538" w:rsidP="001925EF">
      <w:pPr>
        <w:spacing w:line="276" w:lineRule="auto"/>
        <w:jc w:val="both"/>
        <w:rPr>
          <w:rFonts w:cs="Times New Roman"/>
          <w:szCs w:val="24"/>
        </w:rPr>
      </w:pPr>
      <w:r w:rsidRPr="001925EF">
        <w:rPr>
          <w:rFonts w:cs="Times New Roman"/>
          <w:b/>
          <w:szCs w:val="24"/>
        </w:rPr>
        <w:t>6. Discussion</w:t>
      </w:r>
    </w:p>
    <w:p w:rsidR="008837CF" w:rsidRPr="001925EF" w:rsidRDefault="00467538" w:rsidP="001925EF">
      <w:pPr>
        <w:spacing w:line="276" w:lineRule="auto"/>
        <w:jc w:val="both"/>
        <w:rPr>
          <w:rFonts w:cs="Times New Roman"/>
          <w:szCs w:val="24"/>
        </w:rPr>
      </w:pPr>
      <w:r w:rsidRPr="001925EF">
        <w:rPr>
          <w:rFonts w:cs="Times New Roman"/>
          <w:szCs w:val="24"/>
        </w:rPr>
        <w:t>So looking at everything I've read and the three companies, the first thing that stands out is that these five management functi</w:t>
      </w:r>
      <w:r w:rsidRPr="001925EF">
        <w:rPr>
          <w:rFonts w:cs="Times New Roman"/>
          <w:szCs w:val="24"/>
        </w:rPr>
        <w:t>ons are like still really relevant even though they're over a hundred years old. Companies have changed loads and technology is completely different now but the basics of management seem the same. I think that's because like every organisation has to figur</w:t>
      </w:r>
      <w:r w:rsidRPr="001925EF">
        <w:rPr>
          <w:rFonts w:cs="Times New Roman"/>
          <w:szCs w:val="24"/>
        </w:rPr>
        <w:t>e out what it wants to do, figure out how to do it, figure out who's going to do it, keep them motivated, and then check whether it's actually working.</w:t>
      </w:r>
    </w:p>
    <w:p w:rsidR="008837CF" w:rsidRPr="001925EF" w:rsidRDefault="00467538" w:rsidP="001925EF">
      <w:pPr>
        <w:spacing w:line="276" w:lineRule="auto"/>
        <w:jc w:val="both"/>
        <w:rPr>
          <w:rFonts w:cs="Times New Roman"/>
          <w:szCs w:val="24"/>
        </w:rPr>
      </w:pPr>
      <w:r w:rsidRPr="001925EF">
        <w:rPr>
          <w:rFonts w:cs="Times New Roman"/>
          <w:szCs w:val="24"/>
        </w:rPr>
        <w:lastRenderedPageBreak/>
        <w:t>Second thing is that the successful companies seem to be doing all five functions well, not just like on</w:t>
      </w:r>
      <w:r w:rsidRPr="001925EF">
        <w:rPr>
          <w:rFonts w:cs="Times New Roman"/>
          <w:szCs w:val="24"/>
        </w:rPr>
        <w:t>e or two of them. They're not just good at planning and then ignoring everything else. They're doing all five and like connecting them together. Planning sets direction, organising creates structure to like implement that, staffing puts capable people in t</w:t>
      </w:r>
      <w:r w:rsidRPr="001925EF">
        <w:rPr>
          <w:rFonts w:cs="Times New Roman"/>
          <w:szCs w:val="24"/>
        </w:rPr>
        <w:t>hat structure, directing keeps them motivated, and controlling checks if it's working. It's all connected.</w:t>
      </w:r>
    </w:p>
    <w:p w:rsidR="008837CF" w:rsidRPr="001925EF" w:rsidRDefault="00467538" w:rsidP="001925EF">
      <w:pPr>
        <w:spacing w:line="276" w:lineRule="auto"/>
        <w:jc w:val="both"/>
        <w:rPr>
          <w:rFonts w:cs="Times New Roman"/>
          <w:szCs w:val="24"/>
        </w:rPr>
      </w:pPr>
      <w:r w:rsidRPr="001925EF">
        <w:rPr>
          <w:rFonts w:cs="Times New Roman"/>
          <w:szCs w:val="24"/>
        </w:rPr>
        <w:t>Also, different companies apply these functions in different ways based on what they do. There's no one right way to do it. Toyota's approach works f</w:t>
      </w:r>
      <w:r w:rsidRPr="001925EF">
        <w:rPr>
          <w:rFonts w:cs="Times New Roman"/>
          <w:szCs w:val="24"/>
        </w:rPr>
        <w:t>or Toyota, Apple's works for Apple. What matters is that they're doing it on purpose and like integrating it into the company.</w:t>
      </w:r>
    </w:p>
    <w:p w:rsidR="008837CF" w:rsidRPr="001925EF" w:rsidRDefault="00467538" w:rsidP="001925EF">
      <w:pPr>
        <w:spacing w:line="276" w:lineRule="auto"/>
        <w:jc w:val="both"/>
        <w:rPr>
          <w:rFonts w:cs="Times New Roman"/>
          <w:szCs w:val="24"/>
        </w:rPr>
      </w:pPr>
      <w:r w:rsidRPr="001925EF">
        <w:rPr>
          <w:rFonts w:cs="Times New Roman"/>
          <w:szCs w:val="24"/>
        </w:rPr>
        <w:t>And management actually seems to matter for whether companies succeed. Like organisations with weak management have problems coor</w:t>
      </w:r>
      <w:r w:rsidRPr="001925EF">
        <w:rPr>
          <w:rFonts w:cs="Times New Roman"/>
          <w:szCs w:val="24"/>
        </w:rPr>
        <w:t xml:space="preserve">dinating, people don't understand what they're doing, quality is bad, people leave. Good management leads to the opposite. Clear direction, people working together, consistent quality, people wanting to work there. So management isn't just theoretical, it </w:t>
      </w:r>
      <w:r w:rsidRPr="001925EF">
        <w:rPr>
          <w:rFonts w:cs="Times New Roman"/>
          <w:szCs w:val="24"/>
        </w:rPr>
        <w:t>actually affects whether an organisation works.</w:t>
      </w:r>
    </w:p>
    <w:p w:rsidR="008837CF" w:rsidRPr="001925EF" w:rsidRDefault="001925EF" w:rsidP="001925EF">
      <w:pPr>
        <w:spacing w:line="276" w:lineRule="auto"/>
        <w:jc w:val="both"/>
        <w:rPr>
          <w:rFonts w:cs="Times New Roman"/>
          <w:szCs w:val="24"/>
        </w:rPr>
      </w:pPr>
      <w:r>
        <w:rPr>
          <w:rFonts w:cs="Times New Roman"/>
          <w:szCs w:val="24"/>
        </w:rPr>
        <w:t xml:space="preserve"> </w:t>
      </w:r>
      <w:r w:rsidR="00467538" w:rsidRPr="001925EF">
        <w:rPr>
          <w:rFonts w:cs="Times New Roman"/>
          <w:b/>
          <w:szCs w:val="24"/>
        </w:rPr>
        <w:t>7. Conclusion</w:t>
      </w:r>
    </w:p>
    <w:p w:rsidR="008837CF" w:rsidRPr="001925EF" w:rsidRDefault="00467538" w:rsidP="001925EF">
      <w:pPr>
        <w:spacing w:line="276" w:lineRule="auto"/>
        <w:jc w:val="both"/>
        <w:rPr>
          <w:rFonts w:cs="Times New Roman"/>
          <w:szCs w:val="24"/>
        </w:rPr>
      </w:pPr>
      <w:r w:rsidRPr="001925EF">
        <w:rPr>
          <w:rFonts w:cs="Times New Roman"/>
          <w:szCs w:val="24"/>
        </w:rPr>
        <w:t>Management functions are basically the foundation of organisational management. Every organisation needs to do planning, organising, staffing, directing and controlling. The specific details c</w:t>
      </w:r>
      <w:r w:rsidRPr="001925EF">
        <w:rPr>
          <w:rFonts w:cs="Times New Roman"/>
          <w:szCs w:val="24"/>
        </w:rPr>
        <w:t>hange but those basics stay the same.</w:t>
      </w:r>
    </w:p>
    <w:p w:rsidR="008837CF" w:rsidRPr="001925EF" w:rsidRDefault="00467538" w:rsidP="001925EF">
      <w:pPr>
        <w:spacing w:line="276" w:lineRule="auto"/>
        <w:jc w:val="both"/>
        <w:rPr>
          <w:rFonts w:cs="Times New Roman"/>
          <w:szCs w:val="24"/>
        </w:rPr>
      </w:pPr>
      <w:r w:rsidRPr="001925EF">
        <w:rPr>
          <w:rFonts w:cs="Times New Roman"/>
          <w:szCs w:val="24"/>
        </w:rPr>
        <w:t>When you look at Apple, Amazon and Toyota, they all use these five functions and they're all successful. That suggests there's actually a real connection between doing these well and being successful. Companies that me</w:t>
      </w:r>
      <w:r w:rsidRPr="001925EF">
        <w:rPr>
          <w:rFonts w:cs="Times New Roman"/>
          <w:szCs w:val="24"/>
        </w:rPr>
        <w:t>ss them up tend to struggle. Companies that do them properly tend to succeed.</w:t>
      </w:r>
    </w:p>
    <w:p w:rsidR="008837CF" w:rsidRPr="001925EF" w:rsidRDefault="00467538" w:rsidP="001925EF">
      <w:pPr>
        <w:spacing w:line="276" w:lineRule="auto"/>
        <w:jc w:val="both"/>
        <w:rPr>
          <w:rFonts w:cs="Times New Roman"/>
          <w:szCs w:val="24"/>
        </w:rPr>
      </w:pPr>
      <w:r w:rsidRPr="001925EF">
        <w:rPr>
          <w:rFonts w:cs="Times New Roman"/>
          <w:szCs w:val="24"/>
        </w:rPr>
        <w:t>For managers, I reckon the main thing is that you can't just focus on one or two of these functions. You need to think about all five and make sure they work together. And you ne</w:t>
      </w:r>
      <w:r w:rsidRPr="001925EF">
        <w:rPr>
          <w:rFonts w:cs="Times New Roman"/>
          <w:szCs w:val="24"/>
        </w:rPr>
        <w:t>ed to adapt how you do them based on your company. There's no universal formula but the framework is useful.</w:t>
      </w:r>
    </w:p>
    <w:p w:rsidR="008837CF" w:rsidRPr="001925EF" w:rsidRDefault="00467538" w:rsidP="001925EF">
      <w:pPr>
        <w:spacing w:line="276" w:lineRule="auto"/>
        <w:jc w:val="both"/>
        <w:rPr>
          <w:rFonts w:cs="Times New Roman"/>
          <w:szCs w:val="24"/>
        </w:rPr>
      </w:pPr>
      <w:r w:rsidRPr="001925EF">
        <w:rPr>
          <w:rFonts w:cs="Times New Roman"/>
          <w:szCs w:val="24"/>
        </w:rPr>
        <w:t>Overall, the management functions that Fayol came up with are still relevant. Maybe they're more important now because business is so complex. Comp</w:t>
      </w:r>
      <w:r w:rsidRPr="001925EF">
        <w:rPr>
          <w:rFonts w:cs="Times New Roman"/>
          <w:szCs w:val="24"/>
        </w:rPr>
        <w:t>anies that are good at all five functions seem to be the ones that actually succeed. That's what these companies show.</w:t>
      </w:r>
    </w:p>
    <w:p w:rsidR="008837CF" w:rsidRPr="001925EF" w:rsidRDefault="00467538" w:rsidP="001925EF">
      <w:pPr>
        <w:spacing w:line="276" w:lineRule="auto"/>
        <w:jc w:val="both"/>
        <w:rPr>
          <w:rFonts w:cs="Times New Roman"/>
          <w:szCs w:val="24"/>
        </w:rPr>
      </w:pPr>
      <w:r w:rsidRPr="001925EF">
        <w:rPr>
          <w:rFonts w:cs="Times New Roman"/>
          <w:szCs w:val="24"/>
        </w:rPr>
        <w:br w:type="page"/>
      </w:r>
    </w:p>
    <w:p w:rsidR="008837CF" w:rsidRPr="001925EF" w:rsidRDefault="00467538" w:rsidP="001925EF">
      <w:pPr>
        <w:spacing w:line="276" w:lineRule="auto"/>
        <w:jc w:val="both"/>
        <w:rPr>
          <w:rFonts w:cs="Times New Roman"/>
          <w:szCs w:val="24"/>
        </w:rPr>
      </w:pPr>
      <w:r w:rsidRPr="001925EF">
        <w:rPr>
          <w:rFonts w:cs="Times New Roman"/>
          <w:b/>
          <w:szCs w:val="24"/>
        </w:rPr>
        <w:lastRenderedPageBreak/>
        <w:t>8. References</w:t>
      </w:r>
    </w:p>
    <w:p w:rsidR="008837CF" w:rsidRPr="001925EF" w:rsidRDefault="00467538" w:rsidP="001925EF">
      <w:pPr>
        <w:spacing w:line="276" w:lineRule="auto"/>
        <w:ind w:left="720"/>
        <w:jc w:val="both"/>
        <w:rPr>
          <w:rFonts w:cs="Times New Roman"/>
          <w:szCs w:val="24"/>
        </w:rPr>
      </w:pPr>
      <w:r w:rsidRPr="001925EF">
        <w:rPr>
          <w:rFonts w:cs="Times New Roman"/>
          <w:szCs w:val="24"/>
        </w:rPr>
        <w:t>Fayol, H. (1949). General and Industrial Management. Pitman Publishing.</w:t>
      </w:r>
      <w:r w:rsidRPr="001925EF">
        <w:rPr>
          <w:rFonts w:cs="Times New Roman"/>
          <w:szCs w:val="24"/>
        </w:rPr>
        <w:br/>
        <w:t>Retrieved from: https://archive.org/details/Fayol</w:t>
      </w:r>
      <w:r w:rsidRPr="001925EF">
        <w:rPr>
          <w:rFonts w:cs="Times New Roman"/>
          <w:szCs w:val="24"/>
        </w:rPr>
        <w:t>_Henry_General_And_Industrial_Management_1949</w:t>
      </w:r>
    </w:p>
    <w:p w:rsidR="008837CF" w:rsidRPr="001925EF" w:rsidRDefault="00467538" w:rsidP="001925EF">
      <w:pPr>
        <w:spacing w:line="276" w:lineRule="auto"/>
        <w:ind w:left="720"/>
        <w:jc w:val="both"/>
        <w:rPr>
          <w:rFonts w:cs="Times New Roman"/>
          <w:szCs w:val="24"/>
        </w:rPr>
      </w:pPr>
      <w:r w:rsidRPr="001925EF">
        <w:rPr>
          <w:rFonts w:cs="Times New Roman"/>
          <w:szCs w:val="24"/>
        </w:rPr>
        <w:t>Mintzberg, H. (1979). The Structuring of Organisations: A Synthesis of the Research. Prentice Hall.</w:t>
      </w:r>
      <w:r w:rsidRPr="001925EF">
        <w:rPr>
          <w:rFonts w:cs="Times New Roman"/>
          <w:szCs w:val="24"/>
        </w:rPr>
        <w:br/>
        <w:t>Retrieved from: https://scholar.google.com/scholar?q=mintzberg+structuring+organisations+1979</w:t>
      </w:r>
    </w:p>
    <w:p w:rsidR="008837CF" w:rsidRPr="001925EF" w:rsidRDefault="00467538" w:rsidP="001925EF">
      <w:pPr>
        <w:spacing w:line="276" w:lineRule="auto"/>
        <w:ind w:left="720"/>
        <w:jc w:val="both"/>
        <w:rPr>
          <w:rFonts w:cs="Times New Roman"/>
          <w:szCs w:val="24"/>
        </w:rPr>
      </w:pPr>
      <w:r w:rsidRPr="001925EF">
        <w:rPr>
          <w:rFonts w:cs="Times New Roman"/>
          <w:szCs w:val="24"/>
        </w:rPr>
        <w:t>Pfeffer, J. (199</w:t>
      </w:r>
      <w:r w:rsidRPr="001925EF">
        <w:rPr>
          <w:rFonts w:cs="Times New Roman"/>
          <w:szCs w:val="24"/>
        </w:rPr>
        <w:t>8). The Human Equation: Building Profits by Putting People First. Harvard Business School Press.</w:t>
      </w:r>
      <w:r w:rsidRPr="001925EF">
        <w:rPr>
          <w:rFonts w:cs="Times New Roman"/>
          <w:szCs w:val="24"/>
        </w:rPr>
        <w:br/>
        <w:t>Retrieved from: https://hbsp.harvard.edu/product/90007-HBK-ENG</w:t>
      </w:r>
    </w:p>
    <w:p w:rsidR="008837CF" w:rsidRPr="001925EF" w:rsidRDefault="00467538" w:rsidP="001925EF">
      <w:pPr>
        <w:spacing w:line="276" w:lineRule="auto"/>
        <w:ind w:left="720"/>
        <w:jc w:val="both"/>
        <w:rPr>
          <w:rFonts w:cs="Times New Roman"/>
          <w:szCs w:val="24"/>
        </w:rPr>
      </w:pPr>
      <w:r w:rsidRPr="001925EF">
        <w:rPr>
          <w:rFonts w:cs="Times New Roman"/>
          <w:szCs w:val="24"/>
        </w:rPr>
        <w:t>Steiner, G. A. (1979). Strategic Planning: What Every Manager Must Know. Free Press.</w:t>
      </w:r>
      <w:r w:rsidRPr="001925EF">
        <w:rPr>
          <w:rFonts w:cs="Times New Roman"/>
          <w:szCs w:val="24"/>
        </w:rPr>
        <w:br/>
        <w:t xml:space="preserve">Retrieved </w:t>
      </w:r>
      <w:r w:rsidRPr="001925EF">
        <w:rPr>
          <w:rFonts w:cs="Times New Roman"/>
          <w:szCs w:val="24"/>
        </w:rPr>
        <w:t>from: https://books.google.co.uk/books?id=5WUEAAAAMBAJ</w:t>
      </w:r>
    </w:p>
    <w:p w:rsidR="008837CF" w:rsidRPr="001925EF" w:rsidRDefault="00467538" w:rsidP="001925EF">
      <w:pPr>
        <w:spacing w:line="276" w:lineRule="auto"/>
        <w:ind w:left="720"/>
        <w:jc w:val="both"/>
        <w:rPr>
          <w:rFonts w:cs="Times New Roman"/>
          <w:szCs w:val="24"/>
        </w:rPr>
      </w:pPr>
      <w:r w:rsidRPr="001925EF">
        <w:rPr>
          <w:rFonts w:cs="Times New Roman"/>
          <w:szCs w:val="24"/>
        </w:rPr>
        <w:t>Kotter, J. P. (1996). Leading Change. Harvard Business School Press.</w:t>
      </w:r>
      <w:r w:rsidRPr="001925EF">
        <w:rPr>
          <w:rFonts w:cs="Times New Roman"/>
          <w:szCs w:val="24"/>
        </w:rPr>
        <w:br/>
        <w:t>Retrieved from: https://hbsp.harvard.edu/product/3143-HBK-ENG</w:t>
      </w:r>
    </w:p>
    <w:p w:rsidR="008837CF" w:rsidRPr="001925EF" w:rsidRDefault="00467538" w:rsidP="001925EF">
      <w:pPr>
        <w:spacing w:line="276" w:lineRule="auto"/>
        <w:ind w:left="720"/>
        <w:jc w:val="both"/>
        <w:rPr>
          <w:rFonts w:cs="Times New Roman"/>
          <w:szCs w:val="24"/>
        </w:rPr>
      </w:pPr>
      <w:r w:rsidRPr="001925EF">
        <w:rPr>
          <w:rFonts w:cs="Times New Roman"/>
          <w:szCs w:val="24"/>
        </w:rPr>
        <w:t>Hammer, M. &amp; Champy, J. (1993). Reengineering the Corporation: A Manif</w:t>
      </w:r>
      <w:r w:rsidRPr="001925EF">
        <w:rPr>
          <w:rFonts w:cs="Times New Roman"/>
          <w:szCs w:val="24"/>
        </w:rPr>
        <w:t>esto for Business Revolution. HarperBusiness.</w:t>
      </w:r>
      <w:r w:rsidRPr="001925EF">
        <w:rPr>
          <w:rFonts w:cs="Times New Roman"/>
          <w:szCs w:val="24"/>
        </w:rPr>
        <w:br/>
        <w:t>Retrieved from: https://books.google.co.uk/books?id=h0W5uNEeCvUC</w:t>
      </w:r>
    </w:p>
    <w:p w:rsidR="008837CF" w:rsidRPr="001925EF" w:rsidRDefault="00467538" w:rsidP="001925EF">
      <w:pPr>
        <w:spacing w:line="276" w:lineRule="auto"/>
        <w:ind w:left="720"/>
        <w:jc w:val="both"/>
        <w:rPr>
          <w:rFonts w:cs="Times New Roman"/>
          <w:szCs w:val="24"/>
        </w:rPr>
      </w:pPr>
      <w:r w:rsidRPr="001925EF">
        <w:rPr>
          <w:rFonts w:cs="Times New Roman"/>
          <w:szCs w:val="24"/>
        </w:rPr>
        <w:t>Robbins, S. P. &amp; Judge, T. A. (2019). Organisational Behaviour (18th ed.). Pearson Education.</w:t>
      </w:r>
      <w:r w:rsidRPr="001925EF">
        <w:rPr>
          <w:rFonts w:cs="Times New Roman"/>
          <w:szCs w:val="24"/>
        </w:rPr>
        <w:br/>
        <w:t>Retrieved from: https://www.pearson.com/en-gb/subje</w:t>
      </w:r>
      <w:r w:rsidRPr="001925EF">
        <w:rPr>
          <w:rFonts w:cs="Times New Roman"/>
          <w:szCs w:val="24"/>
        </w:rPr>
        <w:t>ct-catalog/p/organizational-behavior/P100000696T1.html</w:t>
      </w:r>
    </w:p>
    <w:p w:rsidR="008837CF" w:rsidRPr="001925EF" w:rsidRDefault="00467538" w:rsidP="001925EF">
      <w:pPr>
        <w:spacing w:line="276" w:lineRule="auto"/>
        <w:ind w:left="720"/>
        <w:jc w:val="both"/>
        <w:rPr>
          <w:rFonts w:cs="Times New Roman"/>
          <w:szCs w:val="24"/>
        </w:rPr>
      </w:pPr>
      <w:r w:rsidRPr="001925EF">
        <w:rPr>
          <w:rFonts w:cs="Times New Roman"/>
          <w:szCs w:val="24"/>
        </w:rPr>
        <w:t>Drucker, P. F. (1954). The Practice of Management. HarperCollins Publishers.</w:t>
      </w:r>
      <w:r w:rsidRPr="001925EF">
        <w:rPr>
          <w:rFonts w:cs="Times New Roman"/>
          <w:szCs w:val="24"/>
        </w:rPr>
        <w:br/>
        <w:t>Retrieved from: https://archive.org/details/practiceofmanage00druck</w:t>
      </w:r>
    </w:p>
    <w:p w:rsidR="008837CF" w:rsidRPr="001925EF" w:rsidRDefault="00467538" w:rsidP="001925EF">
      <w:pPr>
        <w:spacing w:line="276" w:lineRule="auto"/>
        <w:ind w:left="720"/>
        <w:jc w:val="both"/>
        <w:rPr>
          <w:rFonts w:cs="Times New Roman"/>
          <w:szCs w:val="24"/>
        </w:rPr>
      </w:pPr>
      <w:r w:rsidRPr="001925EF">
        <w:rPr>
          <w:rFonts w:cs="Times New Roman"/>
          <w:szCs w:val="24"/>
        </w:rPr>
        <w:t>Apple Inc. (2024). Annual Report 10-K. SEC Filing.</w:t>
      </w:r>
      <w:r w:rsidRPr="001925EF">
        <w:rPr>
          <w:rFonts w:cs="Times New Roman"/>
          <w:szCs w:val="24"/>
        </w:rPr>
        <w:br/>
        <w:t>Retri</w:t>
      </w:r>
      <w:r w:rsidRPr="001925EF">
        <w:rPr>
          <w:rFonts w:cs="Times New Roman"/>
          <w:szCs w:val="24"/>
        </w:rPr>
        <w:t>eved from: https://investor.apple.com/sec-filings/content/000119312524069620/d917762d10k.htm</w:t>
      </w:r>
    </w:p>
    <w:p w:rsidR="008837CF" w:rsidRPr="001925EF" w:rsidRDefault="00467538" w:rsidP="001925EF">
      <w:pPr>
        <w:spacing w:line="276" w:lineRule="auto"/>
        <w:ind w:left="720"/>
        <w:jc w:val="both"/>
        <w:rPr>
          <w:rFonts w:cs="Times New Roman"/>
          <w:szCs w:val="24"/>
        </w:rPr>
      </w:pPr>
      <w:r w:rsidRPr="001925EF">
        <w:rPr>
          <w:rFonts w:cs="Times New Roman"/>
          <w:szCs w:val="24"/>
        </w:rPr>
        <w:t>Amazon.com Inc. (2024). Annual Report 10-K. SEC Filing.</w:t>
      </w:r>
      <w:r w:rsidRPr="001925EF">
        <w:rPr>
          <w:rFonts w:cs="Times New Roman"/>
          <w:szCs w:val="24"/>
        </w:rPr>
        <w:br/>
        <w:t>Retrieved from: https://www.sec.gov/cgi-bin/browse-edgar?action=getcompany&amp;CIK=1018724&amp;type=10-K</w:t>
      </w:r>
    </w:p>
    <w:p w:rsidR="008837CF" w:rsidRPr="001925EF" w:rsidRDefault="00467538" w:rsidP="001925EF">
      <w:pPr>
        <w:spacing w:line="276" w:lineRule="auto"/>
        <w:ind w:left="720"/>
        <w:jc w:val="both"/>
        <w:rPr>
          <w:rFonts w:cs="Times New Roman"/>
          <w:szCs w:val="24"/>
        </w:rPr>
      </w:pPr>
      <w:r w:rsidRPr="001925EF">
        <w:rPr>
          <w:rFonts w:cs="Times New Roman"/>
          <w:szCs w:val="24"/>
        </w:rPr>
        <w:lastRenderedPageBreak/>
        <w:t>Toyota Mot</w:t>
      </w:r>
      <w:r w:rsidRPr="001925EF">
        <w:rPr>
          <w:rFonts w:cs="Times New Roman"/>
          <w:szCs w:val="24"/>
        </w:rPr>
        <w:t>or Corporation. (2024). Corporate Governance and Sustainability Report.</w:t>
      </w:r>
      <w:r w:rsidRPr="001925EF">
        <w:rPr>
          <w:rFonts w:cs="Times New Roman"/>
          <w:szCs w:val="24"/>
        </w:rPr>
        <w:br/>
        <w:t>Retrieved from: https://global.toyota/en/company/ir/</w:t>
      </w:r>
    </w:p>
    <w:p w:rsidR="008837CF" w:rsidRPr="001925EF" w:rsidRDefault="00467538" w:rsidP="001925EF">
      <w:pPr>
        <w:spacing w:line="276" w:lineRule="auto"/>
        <w:jc w:val="both"/>
        <w:rPr>
          <w:rFonts w:cs="Times New Roman"/>
          <w:szCs w:val="24"/>
        </w:rPr>
      </w:pPr>
      <w:r w:rsidRPr="001925EF">
        <w:rPr>
          <w:rFonts w:cs="Times New Roman"/>
          <w:szCs w:val="24"/>
        </w:rPr>
        <w:br w:type="page"/>
      </w:r>
    </w:p>
    <w:p w:rsidR="008837CF" w:rsidRPr="001925EF" w:rsidRDefault="00467538" w:rsidP="001925EF">
      <w:pPr>
        <w:spacing w:line="276" w:lineRule="auto"/>
        <w:jc w:val="both"/>
        <w:rPr>
          <w:rFonts w:cs="Times New Roman"/>
          <w:szCs w:val="24"/>
        </w:rPr>
      </w:pPr>
      <w:r w:rsidRPr="001925EF">
        <w:rPr>
          <w:rFonts w:cs="Times New Roman"/>
          <w:b/>
          <w:szCs w:val="24"/>
        </w:rPr>
        <w:lastRenderedPageBreak/>
        <w:t>9. Appendices</w:t>
      </w:r>
    </w:p>
    <w:p w:rsidR="008837CF" w:rsidRPr="001925EF" w:rsidRDefault="00467538" w:rsidP="001925EF">
      <w:pPr>
        <w:spacing w:line="276" w:lineRule="auto"/>
        <w:jc w:val="both"/>
        <w:rPr>
          <w:rFonts w:cs="Times New Roman"/>
          <w:szCs w:val="24"/>
        </w:rPr>
      </w:pPr>
      <w:r w:rsidRPr="001925EF">
        <w:rPr>
          <w:rFonts w:cs="Times New Roman"/>
          <w:b/>
          <w:szCs w:val="24"/>
        </w:rPr>
        <w:t>Appendix A: The Companies</w:t>
      </w:r>
    </w:p>
    <w:p w:rsidR="008837CF" w:rsidRPr="001925EF" w:rsidRDefault="00467538" w:rsidP="001925EF">
      <w:pPr>
        <w:spacing w:line="276" w:lineRule="auto"/>
        <w:rPr>
          <w:rFonts w:cs="Times New Roman"/>
          <w:szCs w:val="24"/>
        </w:rPr>
      </w:pPr>
      <w:r w:rsidRPr="001925EF">
        <w:rPr>
          <w:rFonts w:cs="Times New Roman"/>
          <w:szCs w:val="24"/>
        </w:rPr>
        <w:t>Apple Inc.</w:t>
      </w:r>
      <w:r w:rsidRPr="001925EF">
        <w:rPr>
          <w:rFonts w:cs="Times New Roman"/>
          <w:szCs w:val="24"/>
        </w:rPr>
        <w:br/>
        <w:t xml:space="preserve">Apple was started in 1976 by Steve Jobs, Steve Wozniak and Ronald Wayne. It's </w:t>
      </w:r>
      <w:r w:rsidRPr="001925EF">
        <w:rPr>
          <w:rFonts w:cs="Times New Roman"/>
          <w:szCs w:val="24"/>
        </w:rPr>
        <w:t>a technology company that makes computers, phones, tablets and software. Based in California. The company started struggling in the 1990s and Jobs came back and basically saved it so that's when things got interesting for management.</w:t>
      </w:r>
      <w:r w:rsidRPr="001925EF">
        <w:rPr>
          <w:rFonts w:cs="Times New Roman"/>
          <w:szCs w:val="24"/>
        </w:rPr>
        <w:br/>
      </w:r>
      <w:r w:rsidRPr="001925EF">
        <w:rPr>
          <w:rFonts w:cs="Times New Roman"/>
          <w:szCs w:val="24"/>
        </w:rPr>
        <w:br/>
        <w:t>Apple's approach is i</w:t>
      </w:r>
      <w:r w:rsidRPr="001925EF">
        <w:rPr>
          <w:rFonts w:cs="Times New Roman"/>
          <w:szCs w:val="24"/>
        </w:rPr>
        <w:t>nteresting because they care loads about like integrated product design. Hardware and software teams work really closely together which is important for making sure everything works together properly. They hire selectively, only people who fit what they're</w:t>
      </w:r>
      <w:r w:rsidRPr="001925EF">
        <w:rPr>
          <w:rFonts w:cs="Times New Roman"/>
          <w:szCs w:val="24"/>
        </w:rPr>
        <w:t xml:space="preserve"> trying to do. They care massively about quality and making sure the user experience is good. The structure is pretty centralised which makes sense given what they're trying to achieve.</w:t>
      </w:r>
      <w:r w:rsidRPr="001925EF">
        <w:rPr>
          <w:rFonts w:cs="Times New Roman"/>
          <w:szCs w:val="24"/>
        </w:rPr>
        <w:br/>
      </w:r>
      <w:r w:rsidRPr="001925EF">
        <w:rPr>
          <w:rFonts w:cs="Times New Roman"/>
          <w:szCs w:val="24"/>
        </w:rPr>
        <w:br/>
        <w:t>Amazon Inc.</w:t>
      </w:r>
      <w:r w:rsidRPr="001925EF">
        <w:rPr>
          <w:rFonts w:cs="Times New Roman"/>
          <w:szCs w:val="24"/>
        </w:rPr>
        <w:br/>
        <w:t>Amazon was founded in 1994 by Jeff Bezos as an online boo</w:t>
      </w:r>
      <w:r w:rsidRPr="001925EF">
        <w:rPr>
          <w:rFonts w:cs="Times New Roman"/>
          <w:szCs w:val="24"/>
        </w:rPr>
        <w:t>kstore but expanded into basically everything. Retail, cloud computing, streaming, loads of stuff. Based in Seattle.</w:t>
      </w:r>
      <w:r w:rsidRPr="001925EF">
        <w:rPr>
          <w:rFonts w:cs="Times New Roman"/>
          <w:szCs w:val="24"/>
        </w:rPr>
        <w:br/>
      </w:r>
      <w:r w:rsidRPr="001925EF">
        <w:rPr>
          <w:rFonts w:cs="Times New Roman"/>
          <w:szCs w:val="24"/>
        </w:rPr>
        <w:br/>
        <w:t>What's interesting about Amazon is that Bezos was really clear about strategic direction and thinking long-term. He was happy to lose mone</w:t>
      </w:r>
      <w:r w:rsidRPr="001925EF">
        <w:rPr>
          <w:rFonts w:cs="Times New Roman"/>
          <w:szCs w:val="24"/>
        </w:rPr>
        <w:t>y short-term for long-term position which seems crazy but worked out. They scale operations massively. They have leadership principles that guide hiring and decisions. Everything gets measured with metrics and dashboards. They use data for making decisions</w:t>
      </w:r>
      <w:r w:rsidRPr="001925EF">
        <w:rPr>
          <w:rFonts w:cs="Times New Roman"/>
          <w:szCs w:val="24"/>
        </w:rPr>
        <w:t>.</w:t>
      </w:r>
      <w:r w:rsidRPr="001925EF">
        <w:rPr>
          <w:rFonts w:cs="Times New Roman"/>
          <w:szCs w:val="24"/>
        </w:rPr>
        <w:br/>
      </w:r>
      <w:r w:rsidRPr="001925EF">
        <w:rPr>
          <w:rFonts w:cs="Times New Roman"/>
          <w:szCs w:val="24"/>
        </w:rPr>
        <w:br/>
        <w:t>Toyota Motor Corporation</w:t>
      </w:r>
      <w:r w:rsidRPr="001925EF">
        <w:rPr>
          <w:rFonts w:cs="Times New Roman"/>
          <w:szCs w:val="24"/>
        </w:rPr>
        <w:br/>
        <w:t>Toyota makes cars and was founded in 1937 in Japan. They're famous for quality and manufacturing being really good. The research looks at them from the 1960s onwards.</w:t>
      </w:r>
      <w:r w:rsidRPr="001925EF">
        <w:rPr>
          <w:rFonts w:cs="Times New Roman"/>
          <w:szCs w:val="24"/>
        </w:rPr>
        <w:br/>
      </w:r>
      <w:r w:rsidRPr="001925EF">
        <w:rPr>
          <w:rFonts w:cs="Times New Roman"/>
          <w:szCs w:val="24"/>
        </w:rPr>
        <w:br/>
        <w:t>Toyota's management is interesting because they emphasise li</w:t>
      </w:r>
      <w:r w:rsidRPr="001925EF">
        <w:rPr>
          <w:rFonts w:cs="Times New Roman"/>
          <w:szCs w:val="24"/>
        </w:rPr>
        <w:t>ke developing employees and long-term relationships. The structure is hierarchical but people work together. Quality control is really sophisticated with systems like Jidoka and Kaizen. What's different is that continuous improvement isn't something manage</w:t>
      </w:r>
      <w:r w:rsidRPr="001925EF">
        <w:rPr>
          <w:rFonts w:cs="Times New Roman"/>
          <w:szCs w:val="24"/>
        </w:rPr>
        <w:t>ment does, it's something everyone does. It's like part of the culture.</w:t>
      </w:r>
    </w:p>
    <w:p w:rsidR="008837CF" w:rsidRPr="001925EF" w:rsidRDefault="008837CF" w:rsidP="001925EF">
      <w:pPr>
        <w:spacing w:line="276" w:lineRule="auto"/>
        <w:jc w:val="both"/>
        <w:rPr>
          <w:rFonts w:cs="Times New Roman"/>
          <w:szCs w:val="24"/>
        </w:rPr>
      </w:pPr>
    </w:p>
    <w:p w:rsidR="008837CF" w:rsidRPr="001925EF" w:rsidRDefault="00467538" w:rsidP="001925EF">
      <w:pPr>
        <w:spacing w:line="276" w:lineRule="auto"/>
        <w:jc w:val="both"/>
        <w:rPr>
          <w:rFonts w:cs="Times New Roman"/>
          <w:szCs w:val="24"/>
        </w:rPr>
      </w:pPr>
      <w:r w:rsidRPr="001925EF">
        <w:rPr>
          <w:rFonts w:cs="Times New Roman"/>
          <w:b/>
          <w:szCs w:val="24"/>
        </w:rPr>
        <w:t>Appendix B: What Each Function Does</w:t>
      </w:r>
    </w:p>
    <w:p w:rsidR="008837CF" w:rsidRPr="001925EF" w:rsidRDefault="00467538" w:rsidP="00467538">
      <w:pPr>
        <w:spacing w:line="276" w:lineRule="auto"/>
        <w:rPr>
          <w:rFonts w:cs="Times New Roman"/>
          <w:szCs w:val="24"/>
        </w:rPr>
      </w:pPr>
      <w:r w:rsidRPr="001925EF">
        <w:rPr>
          <w:rFonts w:cs="Times New Roman"/>
          <w:szCs w:val="24"/>
        </w:rPr>
        <w:lastRenderedPageBreak/>
        <w:t>Planning</w:t>
      </w:r>
      <w:r w:rsidRPr="001925EF">
        <w:rPr>
          <w:rFonts w:cs="Times New Roman"/>
          <w:szCs w:val="24"/>
        </w:rPr>
        <w:br/>
        <w:t>Setting objectives and figuring out how to achieve them. Assessing what's possible and setting direction. Without this you don't know wher</w:t>
      </w:r>
      <w:r w:rsidRPr="001925EF">
        <w:rPr>
          <w:rFonts w:cs="Times New Roman"/>
          <w:szCs w:val="24"/>
        </w:rPr>
        <w:t>e you're going.</w:t>
      </w:r>
      <w:r w:rsidRPr="001925EF">
        <w:rPr>
          <w:rFonts w:cs="Times New Roman"/>
          <w:szCs w:val="24"/>
        </w:rPr>
        <w:br/>
      </w:r>
      <w:r w:rsidRPr="001925EF">
        <w:rPr>
          <w:rFonts w:cs="Times New Roman"/>
          <w:szCs w:val="24"/>
        </w:rPr>
        <w:br/>
        <w:t>Organising</w:t>
      </w:r>
      <w:r w:rsidRPr="001925EF">
        <w:rPr>
          <w:rFonts w:cs="Times New Roman"/>
          <w:szCs w:val="24"/>
        </w:rPr>
        <w:br/>
        <w:t>Creating structure and systems that implement the plan. Dividing work, coordination, reporting relationships. The structural side.</w:t>
      </w:r>
      <w:r w:rsidRPr="001925EF">
        <w:rPr>
          <w:rFonts w:cs="Times New Roman"/>
          <w:szCs w:val="24"/>
        </w:rPr>
        <w:br/>
      </w:r>
      <w:r w:rsidRPr="001925EF">
        <w:rPr>
          <w:rFonts w:cs="Times New Roman"/>
          <w:szCs w:val="24"/>
        </w:rPr>
        <w:br/>
        <w:t>Staffing</w:t>
      </w:r>
      <w:r w:rsidRPr="001925EF">
        <w:rPr>
          <w:rFonts w:cs="Times New Roman"/>
          <w:szCs w:val="24"/>
        </w:rPr>
        <w:br/>
        <w:t>Hiring right people and developing them. Training, performance management, career devel</w:t>
      </w:r>
      <w:r w:rsidRPr="001925EF">
        <w:rPr>
          <w:rFonts w:cs="Times New Roman"/>
          <w:szCs w:val="24"/>
        </w:rPr>
        <w:t>opment. People matter loads.</w:t>
      </w:r>
      <w:r w:rsidRPr="001925EF">
        <w:rPr>
          <w:rFonts w:cs="Times New Roman"/>
          <w:szCs w:val="24"/>
        </w:rPr>
        <w:br/>
      </w:r>
      <w:r w:rsidRPr="001925EF">
        <w:rPr>
          <w:rFonts w:cs="Times New Roman"/>
          <w:szCs w:val="24"/>
        </w:rPr>
        <w:br/>
        <w:t>Directing</w:t>
      </w:r>
      <w:r w:rsidRPr="001925EF">
        <w:rPr>
          <w:rFonts w:cs="Times New Roman"/>
          <w:szCs w:val="24"/>
        </w:rPr>
        <w:br/>
        <w:t>Getting people to actually do the work and work towards goals. Leadership, motivation, communication. Making sure people understand and want to achieve the objectives.</w:t>
      </w:r>
      <w:r w:rsidRPr="001925EF">
        <w:rPr>
          <w:rFonts w:cs="Times New Roman"/>
          <w:szCs w:val="24"/>
        </w:rPr>
        <w:br/>
      </w:r>
      <w:r w:rsidRPr="001925EF">
        <w:rPr>
          <w:rFonts w:cs="Times New Roman"/>
          <w:szCs w:val="24"/>
        </w:rPr>
        <w:br/>
        <w:t>Controlling</w:t>
      </w:r>
      <w:r w:rsidRPr="001925EF">
        <w:rPr>
          <w:rFonts w:cs="Times New Roman"/>
          <w:szCs w:val="24"/>
        </w:rPr>
        <w:br/>
        <w:t>Checking whether things are going t</w:t>
      </w:r>
      <w:r w:rsidRPr="001925EF">
        <w:rPr>
          <w:rFonts w:cs="Times New Roman"/>
          <w:szCs w:val="24"/>
        </w:rPr>
        <w:t>o plan. Monitoring, identifying problems, fixing them. Learning from mistakes.</w:t>
      </w:r>
    </w:p>
    <w:p w:rsidR="008837CF" w:rsidRPr="001925EF" w:rsidRDefault="008837CF" w:rsidP="001925EF">
      <w:pPr>
        <w:spacing w:line="276" w:lineRule="auto"/>
        <w:jc w:val="both"/>
        <w:rPr>
          <w:rFonts w:cs="Times New Roman"/>
          <w:szCs w:val="24"/>
        </w:rPr>
      </w:pPr>
    </w:p>
    <w:p w:rsidR="008837CF" w:rsidRPr="001925EF" w:rsidRDefault="00467538" w:rsidP="001925EF">
      <w:pPr>
        <w:spacing w:line="276" w:lineRule="auto"/>
        <w:jc w:val="both"/>
        <w:rPr>
          <w:rFonts w:cs="Times New Roman"/>
          <w:szCs w:val="24"/>
        </w:rPr>
      </w:pPr>
      <w:r w:rsidRPr="001925EF">
        <w:rPr>
          <w:rFonts w:cs="Times New Roman"/>
          <w:b/>
          <w:szCs w:val="24"/>
        </w:rPr>
        <w:t>Appendix C: Theories Used in This Report</w:t>
      </w:r>
    </w:p>
    <w:p w:rsidR="008837CF" w:rsidRPr="001925EF" w:rsidRDefault="00467538" w:rsidP="00467538">
      <w:pPr>
        <w:spacing w:line="276" w:lineRule="auto"/>
        <w:rPr>
          <w:rFonts w:cs="Times New Roman"/>
          <w:szCs w:val="24"/>
        </w:rPr>
      </w:pPr>
      <w:r w:rsidRPr="001925EF">
        <w:rPr>
          <w:rFonts w:cs="Times New Roman"/>
          <w:szCs w:val="24"/>
        </w:rPr>
        <w:t>Fayol's Work (1949)</w:t>
      </w:r>
      <w:r w:rsidRPr="001925EF">
        <w:rPr>
          <w:rFonts w:cs="Times New Roman"/>
          <w:szCs w:val="24"/>
        </w:rPr>
        <w:br/>
        <w:t>The foundation of the five functions. Fayol argued that management could be learned and taught. These five function</w:t>
      </w:r>
      <w:r w:rsidRPr="001925EF">
        <w:rPr>
          <w:rFonts w:cs="Times New Roman"/>
          <w:szCs w:val="24"/>
        </w:rPr>
        <w:t>s apply to all organisations.</w:t>
      </w:r>
      <w:r w:rsidRPr="001925EF">
        <w:rPr>
          <w:rFonts w:cs="Times New Roman"/>
          <w:szCs w:val="24"/>
        </w:rPr>
        <w:br/>
      </w:r>
      <w:r w:rsidRPr="001925EF">
        <w:rPr>
          <w:rFonts w:cs="Times New Roman"/>
          <w:szCs w:val="24"/>
        </w:rPr>
        <w:br/>
        <w:t>Mintzberg's Structures (1979)</w:t>
      </w:r>
      <w:r w:rsidRPr="001925EF">
        <w:rPr>
          <w:rFonts w:cs="Times New Roman"/>
          <w:szCs w:val="24"/>
        </w:rPr>
        <w:br/>
        <w:t>Different types of organisation structures suit different purposes. No universal best structure. Functional, divisional, matrix all have pros and cons.</w:t>
      </w:r>
      <w:r w:rsidRPr="001925EF">
        <w:rPr>
          <w:rFonts w:cs="Times New Roman"/>
          <w:szCs w:val="24"/>
        </w:rPr>
        <w:br/>
      </w:r>
      <w:r w:rsidRPr="001925EF">
        <w:rPr>
          <w:rFonts w:cs="Times New Roman"/>
          <w:szCs w:val="24"/>
        </w:rPr>
        <w:br/>
        <w:t>Contingency Theory</w:t>
      </w:r>
      <w:r w:rsidRPr="001925EF">
        <w:rPr>
          <w:rFonts w:cs="Times New Roman"/>
          <w:szCs w:val="24"/>
        </w:rPr>
        <w:br/>
        <w:t>How organisations shoul</w:t>
      </w:r>
      <w:r w:rsidRPr="001925EF">
        <w:rPr>
          <w:rFonts w:cs="Times New Roman"/>
          <w:szCs w:val="24"/>
        </w:rPr>
        <w:t>d be structured depends on what they're trying to do and their environment. No one right way.</w:t>
      </w:r>
      <w:r w:rsidRPr="001925EF">
        <w:rPr>
          <w:rFonts w:cs="Times New Roman"/>
          <w:szCs w:val="24"/>
        </w:rPr>
        <w:br/>
      </w:r>
      <w:r w:rsidRPr="001925EF">
        <w:rPr>
          <w:rFonts w:cs="Times New Roman"/>
          <w:szCs w:val="24"/>
        </w:rPr>
        <w:br/>
        <w:t>Human Relations / Behavioural Approaches</w:t>
      </w:r>
      <w:r w:rsidRPr="001925EF">
        <w:rPr>
          <w:rFonts w:cs="Times New Roman"/>
          <w:szCs w:val="24"/>
        </w:rPr>
        <w:br/>
        <w:t>People aren't just like robots. They have needs, motivations and social stuff. Good management has to account for this.</w:t>
      </w:r>
      <w:r w:rsidRPr="001925EF">
        <w:rPr>
          <w:rFonts w:cs="Times New Roman"/>
          <w:szCs w:val="24"/>
        </w:rPr>
        <w:br/>
      </w:r>
      <w:r w:rsidRPr="001925EF">
        <w:rPr>
          <w:rFonts w:cs="Times New Roman"/>
          <w:szCs w:val="24"/>
        </w:rPr>
        <w:br/>
        <w:t>Systems Thinking</w:t>
      </w:r>
      <w:r w:rsidRPr="001925EF">
        <w:rPr>
          <w:rFonts w:cs="Times New Roman"/>
          <w:szCs w:val="24"/>
        </w:rPr>
        <w:br/>
        <w:t xml:space="preserve">Organisations are systems where everything connects. Change one thing and it affects </w:t>
      </w:r>
      <w:r w:rsidRPr="001925EF">
        <w:rPr>
          <w:rFonts w:cs="Times New Roman"/>
          <w:szCs w:val="24"/>
        </w:rPr>
        <w:lastRenderedPageBreak/>
        <w:t>other things.</w:t>
      </w:r>
      <w:r w:rsidRPr="001925EF">
        <w:rPr>
          <w:rFonts w:cs="Times New Roman"/>
          <w:szCs w:val="24"/>
        </w:rPr>
        <w:br/>
      </w:r>
      <w:r w:rsidRPr="001925EF">
        <w:rPr>
          <w:rFonts w:cs="Times New Roman"/>
          <w:szCs w:val="24"/>
        </w:rPr>
        <w:br/>
        <w:t>Kaizen / Continuous Improvement</w:t>
      </w:r>
      <w:r w:rsidRPr="001925EF">
        <w:rPr>
          <w:rFonts w:cs="Times New Roman"/>
          <w:szCs w:val="24"/>
        </w:rPr>
        <w:br/>
        <w:t>Constant incremental improvement involving everyone. Problems are opportunities to learn.</w:t>
      </w:r>
    </w:p>
    <w:sectPr w:rsidR="008837CF" w:rsidRPr="001925E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925EF"/>
    <w:rsid w:val="0029639D"/>
    <w:rsid w:val="00326F90"/>
    <w:rsid w:val="00467538"/>
    <w:rsid w:val="008837C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AFE73E"/>
  <w14:defaultImageDpi w14:val="300"/>
  <w15:docId w15:val="{0D46132F-F079-4522-B50D-28677AA0A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4CCA4-A8EE-4667-9057-71B397E5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3088</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Sameer thapa</cp:lastModifiedBy>
  <cp:revision>2</cp:revision>
  <dcterms:created xsi:type="dcterms:W3CDTF">2026-05-23T07:03:00Z</dcterms:created>
  <dcterms:modified xsi:type="dcterms:W3CDTF">2026-05-23T07:03:00Z</dcterms:modified>
  <cp:category/>
</cp:coreProperties>
</file>