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3F20D" w14:textId="77777777" w:rsidR="0086611A" w:rsidRDefault="00000000">
      <w:pPr>
        <w:jc w:val="center"/>
      </w:pPr>
      <w:r>
        <w:br/>
      </w:r>
      <w:r>
        <w:br/>
      </w:r>
      <w:r>
        <w:br/>
      </w:r>
      <w:r>
        <w:rPr>
          <w:b/>
          <w:sz w:val="32"/>
        </w:rPr>
        <w:t>Role of Management Functions in Organizational Success</w:t>
      </w:r>
    </w:p>
    <w:p w14:paraId="7CC9991D" w14:textId="77777777" w:rsidR="0086611A" w:rsidRDefault="00000000">
      <w:pPr>
        <w:jc w:val="center"/>
      </w:pPr>
      <w:r>
        <w:t>M05: Business Organization and Management</w:t>
      </w:r>
    </w:p>
    <w:p w14:paraId="5D03D6CF" w14:textId="77777777" w:rsidR="0086611A" w:rsidRDefault="00000000">
      <w:pPr>
        <w:jc w:val="center"/>
      </w:pPr>
      <w:r>
        <w:t>Option 1</w:t>
      </w:r>
    </w:p>
    <w:p w14:paraId="7754A4FA" w14:textId="77777777" w:rsidR="0086611A" w:rsidRDefault="00000000">
      <w:pPr>
        <w:jc w:val="center"/>
      </w:pPr>
      <w:r>
        <w:t>Detailed Project Report</w:t>
      </w:r>
    </w:p>
    <w:p w14:paraId="054A0C9A" w14:textId="77777777" w:rsidR="0086611A" w:rsidRDefault="00000000">
      <w:pPr>
        <w:jc w:val="center"/>
      </w:pPr>
      <w:r>
        <w:t>Submission Deadline: 24 May 2026</w:t>
      </w:r>
    </w:p>
    <w:p w14:paraId="6C70B6F9" w14:textId="77777777" w:rsidR="0086611A" w:rsidRDefault="00000000">
      <w:r>
        <w:br w:type="page"/>
      </w:r>
    </w:p>
    <w:p w14:paraId="3B286359" w14:textId="77777777" w:rsidR="0086611A" w:rsidRDefault="00000000">
      <w:pPr>
        <w:jc w:val="center"/>
      </w:pPr>
      <w:r>
        <w:rPr>
          <w:b/>
          <w:sz w:val="28"/>
        </w:rPr>
        <w:lastRenderedPageBreak/>
        <w:t>Table of Contents</w:t>
      </w:r>
    </w:p>
    <w:p w14:paraId="17780E99" w14:textId="77777777" w:rsidR="0086611A" w:rsidRDefault="00000000">
      <w:r>
        <w:t>1. Abstract</w:t>
      </w:r>
    </w:p>
    <w:p w14:paraId="73D4BF12" w14:textId="77777777" w:rsidR="0086611A" w:rsidRDefault="00000000">
      <w:r>
        <w:t>2. Introduction</w:t>
      </w:r>
    </w:p>
    <w:p w14:paraId="43B31E49" w14:textId="77777777" w:rsidR="0086611A" w:rsidRDefault="00000000">
      <w:r>
        <w:t>3. Literature Review</w:t>
      </w:r>
    </w:p>
    <w:p w14:paraId="499D9D07" w14:textId="77777777" w:rsidR="0086611A" w:rsidRDefault="00000000">
      <w:r>
        <w:t>4. Methodology</w:t>
      </w:r>
    </w:p>
    <w:p w14:paraId="3E9DEC76" w14:textId="77777777" w:rsidR="0086611A" w:rsidRDefault="00000000">
      <w:r>
        <w:t>5. Findings</w:t>
      </w:r>
    </w:p>
    <w:p w14:paraId="4B853951" w14:textId="77777777" w:rsidR="0086611A" w:rsidRDefault="00000000">
      <w:r>
        <w:t>6. Discussion</w:t>
      </w:r>
    </w:p>
    <w:p w14:paraId="50F4B915" w14:textId="77777777" w:rsidR="0086611A" w:rsidRDefault="00000000">
      <w:r>
        <w:t>7. Conclusion</w:t>
      </w:r>
    </w:p>
    <w:p w14:paraId="576D409B" w14:textId="77777777" w:rsidR="0086611A" w:rsidRDefault="00000000">
      <w:r>
        <w:t>8. References</w:t>
      </w:r>
    </w:p>
    <w:p w14:paraId="15545C51" w14:textId="77777777" w:rsidR="0086611A" w:rsidRDefault="00000000">
      <w:r>
        <w:t>9. Appendices</w:t>
      </w:r>
    </w:p>
    <w:p w14:paraId="60665961" w14:textId="77777777" w:rsidR="0086611A" w:rsidRDefault="00000000">
      <w:r>
        <w:br w:type="page"/>
      </w:r>
    </w:p>
    <w:p w14:paraId="517FC2CB" w14:textId="77777777" w:rsidR="0086611A" w:rsidRDefault="00000000">
      <w:pPr>
        <w:pStyle w:val="Heading1"/>
      </w:pPr>
      <w:r>
        <w:lastRenderedPageBreak/>
        <w:t>Abstract</w:t>
      </w:r>
    </w:p>
    <w:p w14:paraId="457722AE" w14:textId="77777777" w:rsidR="00E2383D" w:rsidRPr="00E2383D" w:rsidRDefault="00E2383D" w:rsidP="00E2383D">
      <w:pPr>
        <w:ind w:firstLine="720"/>
      </w:pPr>
      <w:r w:rsidRPr="00E2383D">
        <w:t>This report discusses the role of planning, organizing, staffing, directing and controlling in making organizations successful. The main idea is that the functions of management should not be regarded as distinct administrative practices. They constitute a complex managerial cycle where organizations set goals, resource allocation, mobilization, monitoring performance and learning outcomes. The report is based on qualitative desk based approach and is informed by classical management theory, strategic management, leadership research and modern day examples of companies. The examples include Toyota, Amazon, Microsoft and Unilever to demonstrate the way in which management functions work in practice. The results show that planning generates strategic clarity, organizing transforms plans into workable forms, staffing develops capability, directing generates motivation and coordination, and controlling provides accountability and continual improvement. The report also however, concludes that these functions only enhance performance when managers make them contextual. Over planning may make things less flexible, over organizing may slow down decision making, bad staffing may undermine strategy implementation, autocratic leadership may harm autonomy and tight control systems may promote short term behaviour. The report concludes that effective management can best be viewed as a people centred process that is evidence based and balanced in nature and that links business goals to operational implementation and long term organizational learning.</w:t>
      </w:r>
    </w:p>
    <w:p w14:paraId="067A5331" w14:textId="77777777" w:rsidR="00E2383D" w:rsidRPr="00E2383D" w:rsidRDefault="00E2383D" w:rsidP="00E2383D">
      <w:pPr>
        <w:rPr>
          <w:b/>
          <w:bCs/>
        </w:rPr>
      </w:pPr>
      <w:r w:rsidRPr="00E2383D">
        <w:rPr>
          <w:b/>
          <w:bCs/>
        </w:rPr>
        <w:t>Introduction</w:t>
      </w:r>
    </w:p>
    <w:p w14:paraId="1DD63A72" w14:textId="77777777" w:rsidR="00E2383D" w:rsidRPr="00E2383D" w:rsidRDefault="00E2383D" w:rsidP="00E2383D">
      <w:pPr>
        <w:ind w:firstLine="720"/>
      </w:pPr>
      <w:r w:rsidRPr="00E2383D">
        <w:t xml:space="preserve">Business organizations are in competitive environments, changing technologies, uncertainty in labour markets and increasing stakeholder expectations. In this climate, the success of an organization is not only determined by the presence of appealing products or finances, but also the quality of management. Management is the way in which individuals </w:t>
      </w:r>
      <w:r w:rsidRPr="00E2383D">
        <w:lastRenderedPageBreak/>
        <w:t>organize resources, decide and reach mutual objectives. Classical authors like Fayol (1949) introduced management as a collection of functions, and subsequent scholars like Mintzberg (1973) believed that managers also played interpersonal, informational and decisional roles in dynamic circumstances. Both perspectives are handy since contemporary managers need to balance disciplined procedures with expedient judgement.</w:t>
      </w:r>
    </w:p>
    <w:p w14:paraId="3E8CF15E" w14:textId="77777777" w:rsidR="00E2383D" w:rsidRPr="00E2383D" w:rsidRDefault="00E2383D" w:rsidP="00E2383D">
      <w:pPr>
        <w:ind w:firstLine="720"/>
      </w:pPr>
      <w:r w:rsidRPr="00E2383D">
        <w:t>The 5 functions that will be looked into during this report are the planning, organizing, staffing, directing and controlling. Planning identifies objectives and course of actions. Structuring role, reporting, and flow of resources. Staffing is used to make sure that the organization has individuals who possess the right skills, values and motivation. Directing entails leadership, communication, motivation and coordination. Controlling compares the actual results with the expected results and aids in corrective action. These functions can be observed in small businesses, multinational corporations, public agencies and social enterprises but their form varies according to their size and industry.</w:t>
      </w:r>
    </w:p>
    <w:p w14:paraId="401487B4" w14:textId="77777777" w:rsidR="00E2383D" w:rsidRPr="00E2383D" w:rsidRDefault="00E2383D" w:rsidP="00E2383D">
      <w:pPr>
        <w:ind w:firstLine="720"/>
      </w:pPr>
      <w:r w:rsidRPr="00E2383D">
        <w:t>This report seeks to elaborate on how core management functions can lead to organizational success. The report touches on 4 objectives. To begin with, it defines every management function and its theory. Second, it discusses how managers use these functions to achieve business objectives. Third, it examines the correlation between good management and organizational performance. Fourth, it provides actual examples of companies to illustrate how performance can be facilitated by management functions when they are aligned to strategy and culture.</w:t>
      </w:r>
    </w:p>
    <w:p w14:paraId="6EA6D516" w14:textId="77777777" w:rsidR="00E2383D" w:rsidRPr="00E2383D" w:rsidRDefault="00E2383D" w:rsidP="00E2383D">
      <w:pPr>
        <w:ind w:firstLine="720"/>
      </w:pPr>
      <w:r w:rsidRPr="00E2383D">
        <w:t xml:space="preserve">The report maintains that management functions are important since they decrease uncertainty and transform resources into action. However, they do not come automatically as a guarantee of success. A business may develop elaborate strategies and still fail because it </w:t>
      </w:r>
      <w:r w:rsidRPr="00E2383D">
        <w:lastRenderedPageBreak/>
        <w:t>disregards workers, clients or evolving market forces. Performance controls may be effective but a company may still perform poorly as a result of measures that promote gaming or fear. Thus, this report is critical. It justifies the worth of each of the functions, yet it also takes into account its shortcomings and under what circumstances it can help achieve sustainable performance.</w:t>
      </w:r>
    </w:p>
    <w:p w14:paraId="11499EE3" w14:textId="77777777" w:rsidR="00E2383D" w:rsidRPr="00E2383D" w:rsidRDefault="00E2383D" w:rsidP="00E2383D">
      <w:pPr>
        <w:ind w:firstLine="720"/>
      </w:pPr>
      <w:r w:rsidRPr="00E2383D">
        <w:t>The management function structure is also beneficial as it connects the strategic and operational levels. The top managers provide overall direction, middle managers convert that direction into departmental priorities and front line managers organize day-to-day work. This relationship plays a role in expanding organizations where informal coordination fails. With size, managers require more explicit planning, delegation, staffing, communication and review routines. The functions thus serve as a functional interface between business intent and day-to-day operations.</w:t>
      </w:r>
    </w:p>
    <w:p w14:paraId="50612189" w14:textId="77777777" w:rsidR="00E2383D" w:rsidRPr="00E2383D" w:rsidRDefault="00E2383D" w:rsidP="00E2383D">
      <w:pPr>
        <w:rPr>
          <w:b/>
          <w:bCs/>
        </w:rPr>
      </w:pPr>
      <w:r w:rsidRPr="00E2383D">
        <w:rPr>
          <w:b/>
          <w:bCs/>
        </w:rPr>
        <w:t>Literature Review</w:t>
      </w:r>
    </w:p>
    <w:p w14:paraId="39507204" w14:textId="77777777" w:rsidR="00E2383D" w:rsidRPr="00E2383D" w:rsidRDefault="00E2383D" w:rsidP="00E2383D">
      <w:pPr>
        <w:ind w:firstLine="720"/>
      </w:pPr>
      <w:r w:rsidRPr="00E2383D">
        <w:t>Fayol (1949) is most often identified with the functional view of management, who identified planning, organizing, command, coordination and control as the main managerial functions. Even though the language has evolved, the reasoning is still powerful. Management functions offer a perspective of how organizations transform intention to performance. A different yet related approach was provided by Taylor (1911) who stressed task analysis, standardisation and efficiency. His scientific management theory has been largely criticised as being too mechanical in its treatment of workers but it nonetheless had an impact on modern operations management, work measurement and process improvement. Collectively, the classical authors demonstrate that organizations require structure, role definition and disciplined performance.</w:t>
      </w:r>
    </w:p>
    <w:p w14:paraId="5E32D6D9" w14:textId="77777777" w:rsidR="00E2383D" w:rsidRPr="00E2383D" w:rsidRDefault="00E2383D" w:rsidP="00E2383D">
      <w:pPr>
        <w:ind w:firstLine="720"/>
      </w:pPr>
      <w:r w:rsidRPr="00E2383D">
        <w:lastRenderedPageBreak/>
        <w:t>The first function is planning as it establishes the intent and course of action. Strategic planning is a process that connects organizational objectives to the external opportunities and internal resources. According to Porter (1985), competitive advantage hinges on the ability to select a position that generates value to customers and can not be easily imitated by competitors. Barney (1991) contributed that the sustained advantage relies on valuable, rare, inimitable and organized resources. These arguments demonstrate that planning is not a mere budgeting exercise. It involves managers being aware of markets, customers, capabilities and risks. Nevertheless, planning can be rendered useless through being too strict. Modern organizations require systems of planning that enable review, learning and adapting.</w:t>
      </w:r>
    </w:p>
    <w:p w14:paraId="5F69230A" w14:textId="77777777" w:rsidR="00E2383D" w:rsidRPr="00E2383D" w:rsidRDefault="00E2383D" w:rsidP="00E2383D">
      <w:pPr>
        <w:ind w:firstLine="720"/>
      </w:pPr>
      <w:r w:rsidRPr="00E2383D">
        <w:t>Organizing refers to the planning of work. The theory of bureaucracy by Weber which was translated and subsequently discussed in the organizational theory emphasized the hierarchy, rules and formal authority as a means of attaining predictability (Weber, 1947). Formal structure may enhance accountability, decrease duplication and define decision rights. However, too much bureaucracy can stall innovation and create a gap between the managers and the employees. Burns and Stalker (1961) thus made a distinction between mechanistic structures which are appropriate in a stable environment and organic structures which are appropriate in an uncertain environment. This contingency logic proposes that there is no single design of organization, but the organization should be in line with the nature of work, strategy and environmental turbulence.</w:t>
      </w:r>
    </w:p>
    <w:p w14:paraId="5F721929" w14:textId="77777777" w:rsidR="00E2383D" w:rsidRPr="00E2383D" w:rsidRDefault="00E2383D" w:rsidP="00E2383D">
      <w:pPr>
        <w:ind w:firstLine="720"/>
      </w:pPr>
      <w:r w:rsidRPr="00E2383D">
        <w:t xml:space="preserve">The relationship between staffing and human resource management and organizational capability is close. Drucker (1954) believed that managers needed to convert human strength into productivity. The concept is supported by resource based theory, which considers skills, knowledge and organizational routines as sources of advantage (Barney, 1991). Staffing </w:t>
      </w:r>
      <w:r w:rsidRPr="00E2383D">
        <w:lastRenderedPageBreak/>
        <w:t>encompasses recruitment, selection, training, performance management and succession planning. It influences the ability of the organization to implement strategy. Staffing is also a determinant of culture since decisions on hiring and promotion are an indication of the behaviours that are appreciated. When managers staff short term technical fit and disregard ethics, learning capacity or teamwork, organizational performance can be impaired despite good formal plans.</w:t>
      </w:r>
    </w:p>
    <w:p w14:paraId="373C34A1" w14:textId="77777777" w:rsidR="00E2383D" w:rsidRPr="00E2383D" w:rsidRDefault="00E2383D" w:rsidP="00E2383D">
      <w:pPr>
        <w:ind w:firstLine="720"/>
      </w:pPr>
      <w:r w:rsidRPr="00E2383D">
        <w:t>Directing encompasses leadership, motivation, communication and coordination. McGregor (1960) compared the assumptions of Theory X, which assumes that employees require strict control, to Theory Y, which assumes that employees can be responsible and self directed. This is still applicable since the current knowledge work may need independence, learning and problem solving. Another distinction that Kotter (1996) made between management and leadership is that management offers order whereas leadership offers direction and commitment in change. Directing involves more than simply giving instructions. It is the process of developing meaning, conveying priorities, settling conflict and empowering individuals to make contributions towards goals.</w:t>
      </w:r>
    </w:p>
    <w:p w14:paraId="1BBBCC32" w14:textId="77777777" w:rsidR="00E2383D" w:rsidRPr="00E2383D" w:rsidRDefault="00E2383D" w:rsidP="00E2383D">
      <w:pPr>
        <w:ind w:firstLine="720"/>
      </w:pPr>
      <w:r w:rsidRPr="00E2383D">
        <w:t>The process of measuring performance, comparing it with standards and taking corrective action is known as controlling. The conventional control was based on budgets, rules and supervision. Nonetheless, Kaplan and Norton (1996) stated that organizations should have balanced performance measures that include financial outcomes, customers, internal processes, and learning and growth. This is a broader perspective since financial indicators tend to be lagging indicators. When managers are left to manage costs alone, they could destroy quality, innovation or employee morale. A balanced set of metrics, timely information and a learning orientation is essential to effective control.</w:t>
      </w:r>
    </w:p>
    <w:p w14:paraId="0E956D7D" w14:textId="77777777" w:rsidR="00E2383D" w:rsidRPr="00E2383D" w:rsidRDefault="00E2383D" w:rsidP="00E2383D">
      <w:pPr>
        <w:ind w:firstLine="720"/>
      </w:pPr>
      <w:r w:rsidRPr="00E2383D">
        <w:lastRenderedPageBreak/>
        <w:t>Managerial roles have also been used to analyze the relationship between the management functions and the performance. Mintzberg (1973) discovered that managers seldom operate in functional sequences. They deal with interruptions, negotiate, exchange information and make quick decisions. This does not render the functions irrelevant. Rather, it demonstrates that functions are analytical categories, whereas day-to-day management is messy and integrated. A manager can be planning when laying out quarterly priorities, organizing when redesigning a team, staffing when coaching a replacement, directing when communicating purpose and controlling when reviewing indicators. The usefulness of the functional framework is that it makes managers not overlook any critical component of the management cycle.</w:t>
      </w:r>
    </w:p>
    <w:p w14:paraId="1596074A" w14:textId="77777777" w:rsidR="00E2383D" w:rsidRPr="00E2383D" w:rsidRDefault="00E2383D" w:rsidP="00E2383D">
      <w:pPr>
        <w:ind w:firstLine="720"/>
      </w:pPr>
      <w:r w:rsidRPr="00E2383D">
        <w:t>The literature, in general, indicates that management functions are associated with success when they are balanced with strategy, people and context. Classical theory explains the need for discipline. Fit is explained by contingency theory. The resource based theory is the reason why capabilities and people are relevant. The theory of leadership justifies the need of direction and commitment. The performance management theory justifies the importance of measurement and feedback. Such a mixed literature helps to have a moderate opinion. Organizational success is not produced by one function alone. It arises when managers relate all functions into a consistent system that helps to facilitate goals, performance and learning.</w:t>
      </w:r>
    </w:p>
    <w:p w14:paraId="37A2622C" w14:textId="77777777" w:rsidR="00E2383D" w:rsidRPr="00E2383D" w:rsidRDefault="00E2383D" w:rsidP="00E2383D">
      <w:pPr>
        <w:ind w:firstLine="720"/>
      </w:pPr>
      <w:r w:rsidRPr="00E2383D">
        <w:t xml:space="preserve">Another input is made by strategy implementation research. The failure of strategic plans is not necessarily due to the weakness of the initial idea, but the inability of the organization to translate the idea into abilities, duties and actions. Planning establishes purpose, organizing and staffing establish the ability to provide it. Porter (1985) maintained that competitive advantage is the ability of activities to fit together in a unique manner. This implies that managers need to think in cross-functional terms instead of considering planning as a distinct senior management </w:t>
      </w:r>
      <w:r w:rsidRPr="00E2383D">
        <w:lastRenderedPageBreak/>
        <w:t>process. An operational design, training, supplier coordination and cost controls are needed in a cost leadership strategy, such as example. Innovation routines, customer insight, skilled employees and quality measures are needed in a differentiation strategy.</w:t>
      </w:r>
    </w:p>
    <w:p w14:paraId="6B9D05FA" w14:textId="77777777" w:rsidR="00E2383D" w:rsidRPr="00E2383D" w:rsidRDefault="00E2383D" w:rsidP="00E2383D">
      <w:pPr>
        <w:ind w:firstLine="720"/>
      </w:pPr>
      <w:r w:rsidRPr="00E2383D">
        <w:t>It is also revealed in the literature on control that behaviour is shaped by measurement. Kaplan and Norton (1996) criticized the limited application of financial indicators since managers require information on both future capability and past performance. This plays a crucial role in staffing and directing since employees will act on what is measured and rewarded. When managers say that it is important to serve customers but only reward speed, the employees can decrease the quality of care. When innovation is appreciated and errors are severely punished, then employees are likely to avoid experimentation. The design of control systems should not therefore be a stand-alone audit activity but rather a component of the broader management system.</w:t>
      </w:r>
    </w:p>
    <w:p w14:paraId="01FB396A" w14:textId="77777777" w:rsidR="00E2383D" w:rsidRPr="00E2383D" w:rsidRDefault="00E2383D" w:rsidP="00E2383D">
      <w:pPr>
        <w:rPr>
          <w:b/>
          <w:bCs/>
        </w:rPr>
      </w:pPr>
      <w:r w:rsidRPr="00E2383D">
        <w:rPr>
          <w:b/>
          <w:bCs/>
        </w:rPr>
        <w:t>Methodology</w:t>
      </w:r>
    </w:p>
    <w:p w14:paraId="1DD65913" w14:textId="77777777" w:rsidR="00E2383D" w:rsidRPr="00E2383D" w:rsidRDefault="00E2383D" w:rsidP="00E2383D">
      <w:pPr>
        <w:ind w:firstLine="720"/>
      </w:pPr>
      <w:r w:rsidRPr="00E2383D">
        <w:t>This report uses a qualitative desk based methodology. It is a conceptual, not an experimental topic, and thus the best method to be used is the review of academic management literature and its application to real organizational examples. The methodology will answer the question of how the role of management functions can lead to organizational success and in what circumstances they can produce greater performance.</w:t>
      </w:r>
    </w:p>
    <w:p w14:paraId="4323DEE8" w14:textId="77777777" w:rsidR="00E2383D" w:rsidRPr="00E2383D" w:rsidRDefault="00E2383D" w:rsidP="00E2383D">
      <w:pPr>
        <w:ind w:firstLine="720"/>
      </w:pPr>
      <w:r w:rsidRPr="00E2383D">
        <w:t xml:space="preserve">The initial step was to determine pertinent theories. The classical theory of management was incorporated since it directly describes the functions of management. They were added due to the strategic management and resource based theory which explain the impact of planning and capability on the competitive advantage. The leadership and motivation theory were also incorporated since the directing and staffing are dependent on the commitment of employees. </w:t>
      </w:r>
      <w:r w:rsidRPr="00E2383D">
        <w:lastRenderedPageBreak/>
        <w:t>The literature on performance management was incorporated since managing performance needs measurement and feedback. This combination enabled the report to transcend definition and discuss the interaction of the functions.</w:t>
      </w:r>
    </w:p>
    <w:p w14:paraId="522B532E" w14:textId="77777777" w:rsidR="00E2383D" w:rsidRPr="00E2383D" w:rsidRDefault="00E2383D" w:rsidP="00E2383D">
      <w:pPr>
        <w:ind w:firstLine="720"/>
      </w:pPr>
      <w:r w:rsidRPr="00E2383D">
        <w:t>The second step was the selection of real world examples. Toyota was chosen due to the fact that Toyota Production System exhibits planning, organizing and controlling in the form of just in time, jidoka and continuous improvement. Amazon was chosen due to its leadership principles that demonstrate how directing and decision making can be integrated into culture. Microsoft was chosen since its change under a growth mentality demonstrates the connections between leadership, staffing and strategy. Unilever was chosen due to its portfolio and sustainability oriented strategy where planning and performance governance is demonstrated. These are not the cases that were selected to show that these organizations are flawless. They were chosen as they offer observable instances of management functions in practice on a large scale.</w:t>
      </w:r>
    </w:p>
    <w:p w14:paraId="6322F0F0" w14:textId="77777777" w:rsidR="00E2383D" w:rsidRPr="00E2383D" w:rsidRDefault="00E2383D" w:rsidP="00E2383D">
      <w:pPr>
        <w:ind w:firstLine="720"/>
      </w:pPr>
      <w:r w:rsidRPr="00E2383D">
        <w:t>The thematic synthesis was applied in the analysis. Theory and practice evidence was sorted into the 5 functions of planning, organizing, staffing, directing and controlling. In each of the functions, the report addressed 3 issues; the way the function operates, the way it helps the business achieve its goals and the constraints that the managers have to deal with. This assisted in avoiding a descriptive account and stimulated critical analysis.</w:t>
      </w:r>
    </w:p>
    <w:p w14:paraId="4E82103D" w14:textId="77777777" w:rsidR="00E2383D" w:rsidRPr="00E2383D" w:rsidRDefault="00E2383D" w:rsidP="00E2383D">
      <w:pPr>
        <w:ind w:firstLine="720"/>
      </w:pPr>
      <w:r w:rsidRPr="00E2383D">
        <w:t xml:space="preserve">There are limitations to the methodology. It is based on secondary information and thus will not be able to measure the internal quality of management directly. Favourable accounts of practice may be provided in company reports and on official websites. To alleviate this shortcoming, the report presents examples of companies with known academic theory and </w:t>
      </w:r>
      <w:r w:rsidRPr="00E2383D">
        <w:lastRenderedPageBreak/>
        <w:t>explains risks and benefits. It is not aimed to rank the chosen organizations, but to refer to them as examples to learn how management functions contribute to the success of an organization.</w:t>
      </w:r>
    </w:p>
    <w:p w14:paraId="6EB5C0F6" w14:textId="77777777" w:rsidR="00E2383D" w:rsidRPr="00E2383D" w:rsidRDefault="00E2383D" w:rsidP="00E2383D">
      <w:pPr>
        <w:ind w:firstLine="720"/>
      </w:pPr>
      <w:r w:rsidRPr="00E2383D">
        <w:t>Triangulation between theory and practice was used to enhance credibility. The functions were defined and assessed based on the academic literature, and the examples of companies were utilized to determine whether the functions in question are present in the modern organizational environment. Negative possibilities, including inflexible planning, bureaucratic organization, ineffective staffing, ineffective leadership and dysfunctional controls were also taken into account in the analysis. This was significant since the assignment demands critical analysis and not a mere description. The report thus considers management functions as helpful but conditional instruments.</w:t>
      </w:r>
    </w:p>
    <w:p w14:paraId="4DB87E2D" w14:textId="77777777" w:rsidR="00E2383D" w:rsidRPr="00E2383D" w:rsidRDefault="00E2383D" w:rsidP="00E2383D">
      <w:pPr>
        <w:rPr>
          <w:b/>
          <w:bCs/>
        </w:rPr>
      </w:pPr>
      <w:r w:rsidRPr="00E2383D">
        <w:rPr>
          <w:b/>
          <w:bCs/>
        </w:rPr>
        <w:t>Findings</w:t>
      </w:r>
    </w:p>
    <w:p w14:paraId="39CD51E6" w14:textId="77777777" w:rsidR="00E2383D" w:rsidRPr="00E2383D" w:rsidRDefault="00E2383D" w:rsidP="00E2383D">
      <w:pPr>
        <w:ind w:firstLine="720"/>
      </w:pPr>
      <w:r w:rsidRPr="00E2383D">
        <w:t>The initial conclusion is that planning helps in achieving organizational success by establishing clarity on direction, priorities and resource allocation. Managers can act in a haphazard manner without planning how to solve the problem. Proper planning enables the top management to establish goals, market definition, budgetary allocation and sequencing of activities. As an illustration, Microsoft presents its business under key segments like Productivity and Business Processes, Intelligent Cloud and More Personal Computing, which allows managers to resource and assess performance across various businesses (Microsoft, 2025). This demonstrates the connection between planning and strategic focus and internal accountability. Planning also assists organizations to deal with uncertainty by determining risks and coming up with alternative actions.</w:t>
      </w:r>
    </w:p>
    <w:p w14:paraId="14CBBE52" w14:textId="77777777" w:rsidR="00E2383D" w:rsidRPr="00E2383D" w:rsidRDefault="00E2383D" w:rsidP="00E2383D">
      <w:pPr>
        <w:ind w:firstLine="720"/>
      </w:pPr>
      <w:r w:rsidRPr="00E2383D">
        <w:t xml:space="preserve">Nevertheless, it is also indicated that planning should be flexible. Detailed plans may soon become obsolete in turbulent environments. A tech firm can make a 3 year plan of a </w:t>
      </w:r>
      <w:r w:rsidRPr="00E2383D">
        <w:lastRenderedPageBreak/>
        <w:t>product, yet artificial intelligence, regulation or consumer behaviour can evolve quicker than anticipated. Thus, performance can be supported by planning that involves setting clear goals and reviewing them periodically. Planning vs. flexibility is not the best, but disciplined flexibility. Managers must establish direction and give teams the freedom to change approaches as new information emerges.</w:t>
      </w:r>
    </w:p>
    <w:p w14:paraId="67511A7E" w14:textId="77777777" w:rsidR="00E2383D" w:rsidRPr="00E2383D" w:rsidRDefault="00E2383D" w:rsidP="00E2383D">
      <w:pPr>
        <w:ind w:firstLine="720"/>
      </w:pPr>
      <w:r w:rsidRPr="00E2383D">
        <w:t>The second finding is that organizing converts strategy into a workable system of roles, processes and authority. Structure affects who is communicating with whom, where decisions are made and how fast resources flow. Toyota demonstrates the significance of flow, quality and problem solving organization of production. According to Toyota, the Toyota Production System was founded on just in time and jidoka, in which the issues are brought to light and the process can be halted by abnormality (Toyota Motor Corporation, n.d.). It is an organizing reasoning, as well as an operations method. It plans work in such a way that wastes, delay and defects are more readily recognized.</w:t>
      </w:r>
    </w:p>
    <w:p w14:paraId="2D723149" w14:textId="77777777" w:rsidR="00E2383D" w:rsidRPr="00E2383D" w:rsidRDefault="00E2383D" w:rsidP="00E2383D">
      <w:pPr>
        <w:ind w:firstLine="720"/>
      </w:pPr>
      <w:r w:rsidRPr="00E2383D">
        <w:t>The issue of organization is also important in big diversified companies. A multinational organization might require divisions or business units to concentrate on various products and markets. The benefit is accountability and responsiveness. The weakness lies in the fact that divisions may overlap resources or internal competition. This implies that managers need to come up with coordination mechanisms like shared services, cross functional teams and common values. When structure helps to make responsibility clear without alienating people, it enhances performance.</w:t>
      </w:r>
    </w:p>
    <w:p w14:paraId="10D98B60" w14:textId="77777777" w:rsidR="00E2383D" w:rsidRPr="00E2383D" w:rsidRDefault="00E2383D" w:rsidP="00E2383D">
      <w:pPr>
        <w:ind w:firstLine="720"/>
      </w:pPr>
      <w:r w:rsidRPr="00E2383D">
        <w:t xml:space="preserve">The third conclusion is that staffing is a key channel via which strategy is transformed into capability. Plans do not work because organizations lack individuals to implement them. Staffing involves attracting talent, hiring individuals, training them, performance management </w:t>
      </w:r>
      <w:r w:rsidRPr="00E2383D">
        <w:lastRenderedPageBreak/>
        <w:t>and developing future leaders. The leadership principles at Amazon give an example of how staffing and culture are related. Amazon explains that its leadership principles are applied in the context of new ideas and problem-solving, and the initial principle is customer obsession (Amazon, n.d.). This implies that there is a preferred mode of thinking that is associated with recruitment, performance expectations and promotion.</w:t>
      </w:r>
    </w:p>
    <w:p w14:paraId="04C48ACA" w14:textId="77777777" w:rsidR="00E2383D" w:rsidRPr="00E2383D" w:rsidRDefault="00E2383D" w:rsidP="00E2383D">
      <w:pPr>
        <w:ind w:firstLine="720"/>
      </w:pPr>
      <w:r w:rsidRPr="00E2383D">
        <w:t>Innovation and resilience are also affected by staffing. The example of Microsoft with its focus on the learning and growth mindset can be given. Growth mindset helps in staffing decisions since it embraces curiosity, teamwork and flexibility as opposed to mere expertise. This is significant in those industries where skills are becoming outdated very fast. However, staffing may pose performance issues when organizations focus too much on cultural fit and not enough on diversity of thought. Proper staffing must thus be an integration of fit and inclusion, technical ability and learning potential, and performance expectations and employee development.</w:t>
      </w:r>
    </w:p>
    <w:p w14:paraId="030D219B" w14:textId="77777777" w:rsidR="00E2383D" w:rsidRPr="00E2383D" w:rsidRDefault="00E2383D" w:rsidP="00E2383D">
      <w:pPr>
        <w:ind w:firstLine="720"/>
      </w:pPr>
      <w:r w:rsidRPr="00E2383D">
        <w:t>The fourth observation is that directing is a success factor as it helps in getting people on track with goals. Direction encompasses leadership communication, motivation, coaching and coordination. Directing is used by managers to convert abstract objectives into day-to-day priorities. An example of direction by context instead of close control is Netflix. According to Netflix, the company wants to inspire and enable employees instead of managing them, since people can be more effective when they are not restricted in making decisions regarding their work (Netflix, 2024). This demonstrates a directing style that is appropriate with the skilled knowledge workers.</w:t>
      </w:r>
    </w:p>
    <w:p w14:paraId="29CEEFF5" w14:textId="77777777" w:rsidR="00E2383D" w:rsidRPr="00E2383D" w:rsidRDefault="00E2383D" w:rsidP="00E2383D">
      <w:pPr>
        <w:ind w:firstLine="720"/>
      </w:pPr>
      <w:r w:rsidRPr="00E2383D">
        <w:t xml:space="preserve">At the same time, directing is not simply empowerment. Employees require boundaries, feedback and information. Liberty not clarified may cause misunderstanding. Directing can work </w:t>
      </w:r>
      <w:r w:rsidRPr="00E2383D">
        <w:lastRenderedPageBreak/>
        <w:t>well when managers have a purpose, establish decision rights and eliminate barriers. It is less strong when leaders employ slogans without systems. Thus, credibility is the key to a good directing. When management actions are in line with the values stated, employees will tend to follow direction.</w:t>
      </w:r>
    </w:p>
    <w:p w14:paraId="02D849C6" w14:textId="77777777" w:rsidR="00E2383D" w:rsidRPr="00E2383D" w:rsidRDefault="00E2383D" w:rsidP="00E2383D">
      <w:pPr>
        <w:ind w:firstLine="720"/>
      </w:pPr>
      <w:r w:rsidRPr="00E2383D">
        <w:t>The fifth observation is that controlling promotes organizational success through giving feedback and accountability. Controls assist managers to understand whether plans are being met, whether resources are being utilized effectively and whether corrective action is necessary. The same can be seen in the approach of Toyota since the performance can be seen due to the visual control and problem stopping mechanisms. Balanced scorecards also indicate that the control should extend beyond financial results (Kaplan and Norton, 1996). An effective control system comprises of cost, quality, customer, process and learning indicators.</w:t>
      </w:r>
    </w:p>
    <w:p w14:paraId="3E92EB26" w14:textId="77777777" w:rsidR="00E2383D" w:rsidRPr="00E2383D" w:rsidRDefault="00E2383D" w:rsidP="00E2383D">
      <w:pPr>
        <w:ind w:firstLine="720"/>
      </w:pPr>
      <w:r w:rsidRPr="00E2383D">
        <w:t>The drawback is that control may be dysfunctional. In case the employees are evaluated based on the short term goals, they might not care about learning, safety or customer relationships. In case the controls are overly detailed, they may diminish autonomy and creativity. Control is thus a success factor when it helps in the learning process and not blame. The general conclusion is that management functions complement one another. Planning sets goals, organising constructs the system, staffing develops capability, directing energises behaviour and controlling generates feedback. When these functions are considered as a cycle and not as distinct tasks, organizational performance is enhanced.</w:t>
      </w:r>
    </w:p>
    <w:p w14:paraId="2553EFD1" w14:textId="77777777" w:rsidR="00E2383D" w:rsidRPr="00E2383D" w:rsidRDefault="00E2383D" w:rsidP="00E2383D">
      <w:pPr>
        <w:ind w:firstLine="720"/>
      </w:pPr>
      <w:r w:rsidRPr="00E2383D">
        <w:t xml:space="preserve">The results also show that management functions enhance performance by aligning with the expectations of the stakeholders. Customers want to have quality that is reliable, employees want to be treated fairly, owners want returns, regulators want compliance and communities want responsible conduct. Planning assists managers to recognize these expectations. Organizing </w:t>
      </w:r>
      <w:r w:rsidRPr="00E2383D">
        <w:lastRenderedPageBreak/>
        <w:t>clarifies the person to be in charge of meeting them. Staffing also makes sure that individuals are competent enough to be responsible. Directing conveys the importance of stakeholder commitments. Checking on compliance of commitments. This is a wider perspective that is significant since internal efficiency is not enough to determine organizational success. A firm that achieves financial goals at the expense of trust, safety or reputation could be short term successful.</w:t>
      </w:r>
    </w:p>
    <w:p w14:paraId="2023FBB2" w14:textId="77777777" w:rsidR="00E2383D" w:rsidRPr="00E2383D" w:rsidRDefault="00E2383D" w:rsidP="00E2383D">
      <w:pPr>
        <w:rPr>
          <w:b/>
          <w:bCs/>
        </w:rPr>
      </w:pPr>
      <w:r w:rsidRPr="00E2383D">
        <w:rPr>
          <w:b/>
          <w:bCs/>
        </w:rPr>
        <w:t>Discussion</w:t>
      </w:r>
    </w:p>
    <w:p w14:paraId="1F7B9C2E" w14:textId="77777777" w:rsidR="00E2383D" w:rsidRPr="00E2383D" w:rsidRDefault="00E2383D" w:rsidP="00E2383D">
      <w:pPr>
        <w:ind w:firstLine="720"/>
      </w:pPr>
      <w:r w:rsidRPr="00E2383D">
        <w:t>The results indicate that the management functions are still very relevant but their value is determined by integration and context. A strictly classical interpretation would lead to an idea that managers can succeed through a predetermined order of planning, organizing, staffing, directing and controlling. Practically, management is more complicated. The study by Mintzberg (1973) is a reminder that managers operate in a disjointed manner in terms of conversations, negotiations and decisions. As such, functional model is most appropriate as a field of making sure completeness. It assists managers to verify the alignment of goals, resources, people, leadership and feedback.</w:t>
      </w:r>
    </w:p>
    <w:p w14:paraId="6423533F" w14:textId="77777777" w:rsidR="00E2383D" w:rsidRPr="00E2383D" w:rsidRDefault="00E2383D" w:rsidP="00E2383D">
      <w:pPr>
        <w:ind w:firstLine="720"/>
      </w:pPr>
      <w:r w:rsidRPr="00E2383D">
        <w:t>The best contribution of the management functions is that they bring coherence to the organization. Most failures are not due to the lack of ideas in the organizations but because the ideas are not executed well. An organization can strategize innovation and structure around inflexible approval lines. It can invest in talent and fret people by fear. It can have high performance goals but have controls that gauge the wrong results. In such instances, there are individual functions which do not support one another. Fit between functions is needed to be successful.</w:t>
      </w:r>
    </w:p>
    <w:p w14:paraId="3A3D7D1E" w14:textId="77777777" w:rsidR="00E2383D" w:rsidRPr="00E2383D" w:rsidRDefault="00E2383D" w:rsidP="00E2383D">
      <w:pPr>
        <w:ind w:firstLine="720"/>
      </w:pPr>
      <w:r w:rsidRPr="00E2383D">
        <w:lastRenderedPageBreak/>
        <w:t>A conflict between control and adaptability is also mentioned in the discussion. Classical management inclines to appreciate order, predictability and efficiency. The contemporary business world demands rapidity, experimenting and learning. It is not to get rid of management functions, but to modernize them. Scenario thinking and review points should be included in planning. Organization must minimize unwarranted hierarchy and accountability. Learning capability should be the focus of staffing. Directing ought to be a mixture of intent and independence. Balanced indicators should be used in controlling and improvement should be encouraged.</w:t>
      </w:r>
    </w:p>
    <w:p w14:paraId="63F5AA95" w14:textId="77777777" w:rsidR="00E2383D" w:rsidRPr="00E2383D" w:rsidRDefault="00E2383D" w:rsidP="00E2383D">
      <w:pPr>
        <w:ind w:firstLine="720"/>
      </w:pPr>
      <w:r w:rsidRPr="00E2383D">
        <w:t>This interpretation is supported by real world examples. The management system of Toyota is a blend of process discipline and continuous improvement. The principles of Amazon demonstrate how decision behaviour can be oriented towards directing and staffing. The interaction of planning and leadership can be seen in the segment reporting and cultural transformation of Microsoft. Netflix exemplifies the benefits and threats of high autonomy. All these examples are not to be copied in a mechanic way since every organization is functioning in a certain context. The moral of the story is that the management functions should be strategically, technologically, and workforce skills and environmental uncertainty based.</w:t>
      </w:r>
    </w:p>
    <w:p w14:paraId="629E094B" w14:textId="77777777" w:rsidR="00E2383D" w:rsidRPr="00E2383D" w:rsidRDefault="00E2383D" w:rsidP="00E2383D">
      <w:pPr>
        <w:ind w:firstLine="720"/>
      </w:pPr>
      <w:r w:rsidRPr="00E2383D">
        <w:t xml:space="preserve">Problems can also be replicated by management functions in a critical perspective. Planning can be centralizing. Organizing can form silos. Bias may be strengthened through staffing. Directing can turn to manipulation. Controlling can foster compliance and not commitment. Managers thus require moral judgment and awareness of the stakeholders. Profit should not be the only measure of organizational success. It ought to embrace customer value, employee welfare, innovation, legal compliance and long term sustainability. Good management </w:t>
      </w:r>
      <w:r w:rsidRPr="00E2383D">
        <w:lastRenderedPageBreak/>
        <w:t>is thus moral and technical. It involves equipment, yet accountability regarding the way that equipment influences individuals and performance.</w:t>
      </w:r>
    </w:p>
    <w:p w14:paraId="63D7630D" w14:textId="77777777" w:rsidR="00E2383D" w:rsidRPr="00E2383D" w:rsidRDefault="00E2383D" w:rsidP="00E2383D">
      <w:pPr>
        <w:ind w:firstLine="720"/>
      </w:pPr>
      <w:r w:rsidRPr="00E2383D">
        <w:t>The other implication is that digital technology does not eliminate the performance of the management functions, but it alters the way they are done. Analytics and scenario tools can now be used to plan. Platform teams, remote work and digital workflows may be involved in organizing. Reskilling may be necessary to keep staff members up-to-date as technical knowledge becomes obsolete. Directing can be based on virtual communication and distributed leadership. Control can be through dashboards and real time indicators. Such changes make managerial judgement more significant since the more data one has, the better they may not necessarily manage. Managers must still make decisions about information that is important, how it is to be interpreted and how individuals will react to the information.</w:t>
      </w:r>
    </w:p>
    <w:p w14:paraId="58FFDDA3" w14:textId="77777777" w:rsidR="00E2383D" w:rsidRPr="00E2383D" w:rsidRDefault="00E2383D" w:rsidP="00E2383D">
      <w:pPr>
        <w:ind w:firstLine="720"/>
      </w:pPr>
      <w:r w:rsidRPr="00E2383D">
        <w:t>Smaller organizations also apply to the analysis. Small companies might lack formal departments or elaborate control system yet they carry out the same roles. An owner manager forecasts cash flow, sets working schedules, recruits or trains employees, supervises employees and monitors customer satisfaction. With the expansion of the firm, the informal practices often have to be formalized. The risk is that founders either go unstructured or add too much control too fast. The functional model assists managers to introduce discipline in a gradual manner and maintain responsiveness.</w:t>
      </w:r>
    </w:p>
    <w:p w14:paraId="6AE68FFA" w14:textId="77777777" w:rsidR="00E2383D" w:rsidRPr="00E2383D" w:rsidRDefault="00E2383D" w:rsidP="00E2383D">
      <w:pPr>
        <w:ind w:firstLine="720"/>
      </w:pPr>
      <w:r w:rsidRPr="00E2383D">
        <w:t xml:space="preserve">Management functions are also closely related to risk management. Lack of planning leads to a higher strategic risk as the organization can invest in the wrong priorities. Lack of organization leads to higher operational risk as there is lack of clarity in the tasks and responsibilities. Staffing is poor, which is a risk to human capital since employees might not be capable or committed. Weak directing exposes individuals to behavioural risks since they might </w:t>
      </w:r>
      <w:r w:rsidRPr="00E2383D">
        <w:lastRenderedPageBreak/>
        <w:t>not comprehend priorities or ethical guidelines. Ineffective controlling enhances compliance and performance risk since issues go unnoticed. This implies that the management functions must be considered as performance tools, as well as, safeguards against preventable failure.</w:t>
      </w:r>
    </w:p>
    <w:p w14:paraId="2A2E5AE4" w14:textId="77777777" w:rsidR="00E2383D" w:rsidRPr="00E2383D" w:rsidRDefault="00E2383D" w:rsidP="00E2383D">
      <w:pPr>
        <w:rPr>
          <w:b/>
          <w:bCs/>
        </w:rPr>
      </w:pPr>
      <w:r w:rsidRPr="00E2383D">
        <w:rPr>
          <w:b/>
          <w:bCs/>
        </w:rPr>
        <w:t>Conclusion</w:t>
      </w:r>
    </w:p>
    <w:p w14:paraId="4F61940D" w14:textId="77777777" w:rsidR="00E2383D" w:rsidRPr="00E2383D" w:rsidRDefault="00E2383D" w:rsidP="00E2383D">
      <w:pPr>
        <w:ind w:firstLine="720"/>
      </w:pPr>
      <w:r w:rsidRPr="00E2383D">
        <w:t>This report has discussed the importance of planning, organizing, staffing, directing and controlling in the success of an organization. The analysis indicates that these functions are still useful since they describe the key functions in which the managers transform the resources into outputs. Planning sets the direction and priorities. Organizing provides structures and processes. Staffing develops the human capacity to be executed. Directing is a way of aligning effort using leadership, communication and motivation. The purpose of controlling is to give feedback on performance and to aid in correction.</w:t>
      </w:r>
    </w:p>
    <w:p w14:paraId="6D798B8A" w14:textId="77777777" w:rsidR="00E2383D" w:rsidRPr="00E2383D" w:rsidRDefault="00E2383D" w:rsidP="00E2383D">
      <w:pPr>
        <w:ind w:firstLine="720"/>
      </w:pPr>
      <w:r w:rsidRPr="00E2383D">
        <w:t>The report also concludes that when the functions are combined, they are most powerful. It is difficult to have a good plan without competent individuals. An effective structure which lacks direction can result in routine and not commitment. A non-learning control system can be counterproductive and cause fear. When the managers relate the functions into an ongoing cycle of goal setting, resource alignment, capability building, leadership and feedback, organizational performance is enhanced.</w:t>
      </w:r>
    </w:p>
    <w:p w14:paraId="6AEB1EA6" w14:textId="77777777" w:rsidR="00E2383D" w:rsidRPr="00E2383D" w:rsidRDefault="00E2383D" w:rsidP="00E2383D">
      <w:pPr>
        <w:ind w:firstLine="720"/>
      </w:pPr>
      <w:r w:rsidRPr="00E2383D">
        <w:t>The company illustrations indicate that effective organizations do not utilize management functions in the same manner. Toyota emphasises process discipline and continuous improvement. Amazon relies on leadership concepts to make decisions and behaviour. Microsoft integrates strategic segment management and cultural renewal. Netflix is based on empowerment and context. These illustrations demonstrate that the functions of management should be industry, strategy and workforce capability adapted.</w:t>
      </w:r>
    </w:p>
    <w:p w14:paraId="5903A756" w14:textId="77777777" w:rsidR="00E2383D" w:rsidRPr="00E2383D" w:rsidRDefault="00E2383D" w:rsidP="00E2383D">
      <w:pPr>
        <w:ind w:firstLine="720"/>
      </w:pPr>
      <w:r w:rsidRPr="00E2383D">
        <w:lastRenderedPageBreak/>
        <w:t>Generally, good management is not a checklist. It is a moderated practice that integrates analysis, structure, people centred leadership and ethical control. When managers apply the functions strategically, re-examine them and coordinate them with the value creation in the long term, organizations are more likely to prosper.</w:t>
      </w:r>
    </w:p>
    <w:p w14:paraId="7C3770C5" w14:textId="77777777" w:rsidR="00E2383D" w:rsidRPr="00E2383D" w:rsidRDefault="00E2383D" w:rsidP="00E2383D">
      <w:pPr>
        <w:ind w:firstLine="720"/>
      </w:pPr>
      <w:r w:rsidRPr="00E2383D">
        <w:t>This is why managers are encouraged to revisit the 5 functions on a regular basis, instead of thinking that the design that was used previously will work. The most powerful organizations are those that maintain their plans realistic, their structures clear, their staffing future oriented, their leadership credible and their controls balanced. This transforms management into an on-going learning process and not a one time administrative activity.</w:t>
      </w:r>
    </w:p>
    <w:p w14:paraId="507BC359" w14:textId="77777777" w:rsidR="00E2383D" w:rsidRDefault="00E2383D" w:rsidP="00E2383D">
      <w:pPr>
        <w:ind w:firstLine="720"/>
        <w:rPr>
          <w:b/>
          <w:bCs/>
        </w:rPr>
      </w:pPr>
      <w:r w:rsidRPr="00E2383D">
        <w:t>Practically speaking, there are 5 questions that managers should pose. Do the objectives look clear and realistic? Does the organization have a design to deliver them? Are individuals equipped with the appropriate skills and support? Is there credible communication of priorities by leaders? Do performance measures promote the appropriate behaviour? These questions summarise the functional approach and render it applicable in the hands of managers in other organizational settings.</w:t>
      </w:r>
    </w:p>
    <w:p w14:paraId="639217E3" w14:textId="77777777" w:rsidR="00E2383D" w:rsidRDefault="00E2383D" w:rsidP="00E2383D">
      <w:pPr>
        <w:ind w:firstLine="720"/>
        <w:rPr>
          <w:b/>
          <w:bCs/>
        </w:rPr>
      </w:pPr>
    </w:p>
    <w:p w14:paraId="25A1EA64" w14:textId="77777777" w:rsidR="00E2383D" w:rsidRDefault="00E2383D" w:rsidP="00E2383D">
      <w:pPr>
        <w:ind w:firstLine="720"/>
        <w:rPr>
          <w:b/>
          <w:bCs/>
        </w:rPr>
      </w:pPr>
    </w:p>
    <w:p w14:paraId="416F3FF3" w14:textId="77777777" w:rsidR="00E2383D" w:rsidRDefault="00E2383D" w:rsidP="00E2383D">
      <w:pPr>
        <w:ind w:firstLine="720"/>
        <w:rPr>
          <w:b/>
          <w:bCs/>
        </w:rPr>
      </w:pPr>
    </w:p>
    <w:p w14:paraId="7E0D5184" w14:textId="77777777" w:rsidR="00E2383D" w:rsidRDefault="00E2383D" w:rsidP="00E2383D">
      <w:pPr>
        <w:pStyle w:val="Heading1"/>
        <w:rPr>
          <w:rFonts w:ascii="Times New Roman" w:eastAsia="Times New Roman" w:hAnsi="Times New Roman" w:cstheme="minorBidi"/>
          <w:b w:val="0"/>
          <w:bCs w:val="0"/>
          <w:sz w:val="24"/>
          <w:szCs w:val="22"/>
        </w:rPr>
      </w:pPr>
    </w:p>
    <w:p w14:paraId="31B8364F" w14:textId="77777777" w:rsidR="00E2383D" w:rsidRDefault="00E2383D" w:rsidP="00E2383D"/>
    <w:p w14:paraId="6C6CE756" w14:textId="77777777" w:rsidR="00E2383D" w:rsidRPr="00E2383D" w:rsidRDefault="00E2383D" w:rsidP="00E2383D"/>
    <w:p w14:paraId="2FDF5E9D" w14:textId="29E9812D" w:rsidR="0086611A" w:rsidRDefault="00000000" w:rsidP="00E2383D">
      <w:pPr>
        <w:pStyle w:val="Heading1"/>
      </w:pPr>
      <w:r>
        <w:lastRenderedPageBreak/>
        <w:t>References</w:t>
      </w:r>
    </w:p>
    <w:p w14:paraId="273D7CE9" w14:textId="77777777" w:rsidR="0086611A" w:rsidRDefault="00000000">
      <w:pPr>
        <w:ind w:left="720" w:hanging="720"/>
      </w:pPr>
      <w:r>
        <w:t>Amazon. (n.d.). Leadership principles. https://www.amazon.jobs/content/en/our-workplace/leadership-principles</w:t>
      </w:r>
    </w:p>
    <w:p w14:paraId="7CEDC23E" w14:textId="77777777" w:rsidR="0086611A" w:rsidRDefault="00000000">
      <w:pPr>
        <w:ind w:left="720" w:hanging="720"/>
      </w:pPr>
      <w:r>
        <w:t>Barney, J. (1991). Firm resources and sustained competitive advantage. Journal of Management, 17(1), 99-120. https://doi.org/10.1177/014920639101700108</w:t>
      </w:r>
    </w:p>
    <w:p w14:paraId="4841CF4A" w14:textId="77777777" w:rsidR="0086611A" w:rsidRDefault="00000000">
      <w:pPr>
        <w:ind w:left="720" w:hanging="720"/>
      </w:pPr>
      <w:r>
        <w:t>Burns, T., &amp; Stalker, G. M. (1961). The management of innovation. Tavistock.</w:t>
      </w:r>
    </w:p>
    <w:p w14:paraId="1FBA3302" w14:textId="77777777" w:rsidR="0086611A" w:rsidRDefault="00000000">
      <w:pPr>
        <w:ind w:left="720" w:hanging="720"/>
      </w:pPr>
      <w:r>
        <w:t>Drucker, P. F. (1954). The practice of management. Harper &amp; Row.</w:t>
      </w:r>
    </w:p>
    <w:p w14:paraId="4543A77F" w14:textId="77777777" w:rsidR="0086611A" w:rsidRDefault="00000000">
      <w:pPr>
        <w:ind w:left="720" w:hanging="720"/>
      </w:pPr>
      <w:r>
        <w:t>Fayol, H. (1949). General and industrial management. Pitman.</w:t>
      </w:r>
    </w:p>
    <w:p w14:paraId="4F7D8FD3" w14:textId="77777777" w:rsidR="0086611A" w:rsidRDefault="00000000">
      <w:pPr>
        <w:ind w:left="720" w:hanging="720"/>
      </w:pPr>
      <w:r>
        <w:t>Kaplan, R. S., &amp; Norton, D. P. (1996). The balanced scorecard: Translating strategy into action. Harvard Business School Press.</w:t>
      </w:r>
    </w:p>
    <w:p w14:paraId="1F035F95" w14:textId="77777777" w:rsidR="0086611A" w:rsidRDefault="00000000">
      <w:pPr>
        <w:ind w:left="720" w:hanging="720"/>
      </w:pPr>
      <w:r>
        <w:t>Kotter, J. P. (1996). Leading change. Harvard Business School Press.</w:t>
      </w:r>
    </w:p>
    <w:p w14:paraId="5F768702" w14:textId="77777777" w:rsidR="0086611A" w:rsidRDefault="00000000">
      <w:pPr>
        <w:ind w:left="720" w:hanging="720"/>
      </w:pPr>
      <w:r>
        <w:t>McGregor, D. (1960). The human side of enterprise. McGraw Hill.</w:t>
      </w:r>
    </w:p>
    <w:p w14:paraId="61263430" w14:textId="77777777" w:rsidR="0086611A" w:rsidRDefault="00000000">
      <w:pPr>
        <w:ind w:left="720" w:hanging="720"/>
      </w:pPr>
      <w:r>
        <w:t>Microsoft. (2025). Microsoft annual report 2025. https://www.microsoft.com/investor/reports/ar25/index.html</w:t>
      </w:r>
    </w:p>
    <w:p w14:paraId="11ACF4D3" w14:textId="77777777" w:rsidR="0086611A" w:rsidRDefault="00000000">
      <w:pPr>
        <w:ind w:left="720" w:hanging="720"/>
      </w:pPr>
      <w:r>
        <w:t>Mintzberg, H. (1973). The nature of managerial work. Harper &amp; Row.</w:t>
      </w:r>
    </w:p>
    <w:p w14:paraId="3338FEE5" w14:textId="77777777" w:rsidR="0086611A" w:rsidRDefault="00000000">
      <w:pPr>
        <w:ind w:left="720" w:hanging="720"/>
      </w:pPr>
      <w:r>
        <w:t>Netflix. (2024). Sharing our latest culture memo. https://about.netflix.com/news/sharing-our-latest-culture-memo</w:t>
      </w:r>
    </w:p>
    <w:p w14:paraId="2C977288" w14:textId="77777777" w:rsidR="0086611A" w:rsidRDefault="00000000">
      <w:pPr>
        <w:ind w:left="720" w:hanging="720"/>
      </w:pPr>
      <w:r>
        <w:t>Porter, M. E. (1985). Competitive advantage: Creating and sustaining superior performance. Free Press.</w:t>
      </w:r>
    </w:p>
    <w:p w14:paraId="49118EFE" w14:textId="77777777" w:rsidR="0086611A" w:rsidRDefault="00000000">
      <w:pPr>
        <w:ind w:left="720" w:hanging="720"/>
      </w:pPr>
      <w:r>
        <w:t>Taylor, F. W. (1911). The principles of scientific management. Harper &amp; Brothers.</w:t>
      </w:r>
    </w:p>
    <w:p w14:paraId="41A779F8" w14:textId="77777777" w:rsidR="0086611A" w:rsidRDefault="00000000">
      <w:pPr>
        <w:ind w:left="720" w:hanging="720"/>
      </w:pPr>
      <w:r>
        <w:t>Toyota Motor Corporation. (n.d.). Toyota Production System. https://global.toyota/en/company/vision-and-philosophy/production-system/</w:t>
      </w:r>
    </w:p>
    <w:p w14:paraId="50FEF4D0" w14:textId="77777777" w:rsidR="0086611A" w:rsidRDefault="00000000">
      <w:pPr>
        <w:ind w:left="720" w:hanging="720"/>
      </w:pPr>
      <w:r>
        <w:t>Weber, M. (1947). The theory of social and economic organization. Oxford University Press.</w:t>
      </w:r>
    </w:p>
    <w:p w14:paraId="5FFEB38A" w14:textId="28F3AD1B" w:rsidR="0086611A" w:rsidRDefault="00000000" w:rsidP="00E2383D">
      <w:r>
        <w:br w:type="page"/>
      </w:r>
      <w:r>
        <w:rPr>
          <w:b/>
        </w:rPr>
        <w:lastRenderedPageBreak/>
        <w:t>Appendices</w:t>
      </w:r>
    </w:p>
    <w:p w14:paraId="493A951E" w14:textId="77777777" w:rsidR="0086611A" w:rsidRDefault="00000000">
      <w:pPr>
        <w:pStyle w:val="Heading2"/>
      </w:pPr>
      <w:r>
        <w:t>Appendix A: Management function analysis matrix</w:t>
      </w:r>
    </w:p>
    <w:tbl>
      <w:tblPr>
        <w:tblStyle w:val="TableGrid"/>
        <w:tblW w:w="0" w:type="auto"/>
        <w:jc w:val="center"/>
        <w:tblLook w:val="04A0" w:firstRow="1" w:lastRow="0" w:firstColumn="1" w:lastColumn="0" w:noHBand="0" w:noVBand="1"/>
      </w:tblPr>
      <w:tblGrid>
        <w:gridCol w:w="3120"/>
        <w:gridCol w:w="3120"/>
        <w:gridCol w:w="3120"/>
      </w:tblGrid>
      <w:tr w:rsidR="0086611A" w14:paraId="4BCE3364" w14:textId="77777777">
        <w:trPr>
          <w:jc w:val="center"/>
        </w:trPr>
        <w:tc>
          <w:tcPr>
            <w:tcW w:w="3120" w:type="dxa"/>
          </w:tcPr>
          <w:p w14:paraId="67776D86" w14:textId="77777777" w:rsidR="0086611A" w:rsidRDefault="00000000">
            <w:r>
              <w:rPr>
                <w:b/>
                <w:sz w:val="22"/>
              </w:rPr>
              <w:t>Management function</w:t>
            </w:r>
          </w:p>
        </w:tc>
        <w:tc>
          <w:tcPr>
            <w:tcW w:w="3120" w:type="dxa"/>
          </w:tcPr>
          <w:p w14:paraId="6BB18E69" w14:textId="77777777" w:rsidR="0086611A" w:rsidRDefault="00000000">
            <w:r>
              <w:rPr>
                <w:b/>
                <w:sz w:val="22"/>
              </w:rPr>
              <w:t>Main contribution</w:t>
            </w:r>
          </w:p>
        </w:tc>
        <w:tc>
          <w:tcPr>
            <w:tcW w:w="3120" w:type="dxa"/>
          </w:tcPr>
          <w:p w14:paraId="15B13F18" w14:textId="77777777" w:rsidR="0086611A" w:rsidRDefault="00000000">
            <w:r>
              <w:rPr>
                <w:b/>
                <w:sz w:val="22"/>
              </w:rPr>
              <w:t>Key risk if poorly applied</w:t>
            </w:r>
          </w:p>
        </w:tc>
      </w:tr>
      <w:tr w:rsidR="0086611A" w14:paraId="1B15112F" w14:textId="77777777">
        <w:trPr>
          <w:jc w:val="center"/>
        </w:trPr>
        <w:tc>
          <w:tcPr>
            <w:tcW w:w="3120" w:type="dxa"/>
          </w:tcPr>
          <w:p w14:paraId="40965B98" w14:textId="77777777" w:rsidR="0086611A" w:rsidRDefault="00000000">
            <w:r>
              <w:rPr>
                <w:sz w:val="22"/>
              </w:rPr>
              <w:t>Planning</w:t>
            </w:r>
          </w:p>
        </w:tc>
        <w:tc>
          <w:tcPr>
            <w:tcW w:w="3120" w:type="dxa"/>
          </w:tcPr>
          <w:p w14:paraId="6344AF02" w14:textId="77777777" w:rsidR="0086611A" w:rsidRDefault="00000000">
            <w:r>
              <w:rPr>
                <w:sz w:val="22"/>
              </w:rPr>
              <w:t>Sets objectives, priorities, resource allocation and strategic direction.</w:t>
            </w:r>
          </w:p>
        </w:tc>
        <w:tc>
          <w:tcPr>
            <w:tcW w:w="3120" w:type="dxa"/>
          </w:tcPr>
          <w:p w14:paraId="5CFAC2EE" w14:textId="77777777" w:rsidR="0086611A" w:rsidRDefault="00000000">
            <w:r>
              <w:rPr>
                <w:sz w:val="22"/>
              </w:rPr>
              <w:t>Can become rigid or detached from market realities.</w:t>
            </w:r>
          </w:p>
        </w:tc>
      </w:tr>
      <w:tr w:rsidR="0086611A" w14:paraId="5D3CE78C" w14:textId="77777777">
        <w:trPr>
          <w:jc w:val="center"/>
        </w:trPr>
        <w:tc>
          <w:tcPr>
            <w:tcW w:w="3120" w:type="dxa"/>
          </w:tcPr>
          <w:p w14:paraId="1241010F" w14:textId="77777777" w:rsidR="0086611A" w:rsidRDefault="00000000">
            <w:r>
              <w:rPr>
                <w:sz w:val="22"/>
              </w:rPr>
              <w:t>Organizing</w:t>
            </w:r>
          </w:p>
        </w:tc>
        <w:tc>
          <w:tcPr>
            <w:tcW w:w="3120" w:type="dxa"/>
          </w:tcPr>
          <w:p w14:paraId="62D24CC7" w14:textId="77777777" w:rsidR="0086611A" w:rsidRDefault="00000000">
            <w:r>
              <w:rPr>
                <w:sz w:val="22"/>
              </w:rPr>
              <w:t>Designs roles, structures, processes and coordination mechanisms.</w:t>
            </w:r>
          </w:p>
        </w:tc>
        <w:tc>
          <w:tcPr>
            <w:tcW w:w="3120" w:type="dxa"/>
          </w:tcPr>
          <w:p w14:paraId="38D84E34" w14:textId="77777777" w:rsidR="0086611A" w:rsidRDefault="00000000">
            <w:r>
              <w:rPr>
                <w:sz w:val="22"/>
              </w:rPr>
              <w:t>Can create silos, bureaucracy and slow decisions.</w:t>
            </w:r>
          </w:p>
        </w:tc>
      </w:tr>
      <w:tr w:rsidR="0086611A" w14:paraId="6406DFE7" w14:textId="77777777">
        <w:trPr>
          <w:jc w:val="center"/>
        </w:trPr>
        <w:tc>
          <w:tcPr>
            <w:tcW w:w="3120" w:type="dxa"/>
          </w:tcPr>
          <w:p w14:paraId="048BCAB8" w14:textId="77777777" w:rsidR="0086611A" w:rsidRDefault="00000000">
            <w:r>
              <w:rPr>
                <w:sz w:val="22"/>
              </w:rPr>
              <w:t>Staffing</w:t>
            </w:r>
          </w:p>
        </w:tc>
        <w:tc>
          <w:tcPr>
            <w:tcW w:w="3120" w:type="dxa"/>
          </w:tcPr>
          <w:p w14:paraId="01EC94B1" w14:textId="77777777" w:rsidR="0086611A" w:rsidRDefault="00000000">
            <w:r>
              <w:rPr>
                <w:sz w:val="22"/>
              </w:rPr>
              <w:t>Builds skills, capability, culture and succession strength.</w:t>
            </w:r>
          </w:p>
        </w:tc>
        <w:tc>
          <w:tcPr>
            <w:tcW w:w="3120" w:type="dxa"/>
          </w:tcPr>
          <w:p w14:paraId="6C110558" w14:textId="77777777" w:rsidR="0086611A" w:rsidRDefault="00000000">
            <w:r>
              <w:rPr>
                <w:sz w:val="22"/>
              </w:rPr>
              <w:t>Can reinforce bias or create poor person role fit.</w:t>
            </w:r>
          </w:p>
        </w:tc>
      </w:tr>
      <w:tr w:rsidR="0086611A" w14:paraId="6C939E08" w14:textId="77777777">
        <w:trPr>
          <w:jc w:val="center"/>
        </w:trPr>
        <w:tc>
          <w:tcPr>
            <w:tcW w:w="3120" w:type="dxa"/>
          </w:tcPr>
          <w:p w14:paraId="76C89714" w14:textId="77777777" w:rsidR="0086611A" w:rsidRDefault="00000000">
            <w:r>
              <w:rPr>
                <w:sz w:val="22"/>
              </w:rPr>
              <w:t>Directing</w:t>
            </w:r>
          </w:p>
        </w:tc>
        <w:tc>
          <w:tcPr>
            <w:tcW w:w="3120" w:type="dxa"/>
          </w:tcPr>
          <w:p w14:paraId="0858C544" w14:textId="77777777" w:rsidR="0086611A" w:rsidRDefault="00000000">
            <w:r>
              <w:rPr>
                <w:sz w:val="22"/>
              </w:rPr>
              <w:t>Motivates people, communicates goals and coordinates action.</w:t>
            </w:r>
          </w:p>
        </w:tc>
        <w:tc>
          <w:tcPr>
            <w:tcW w:w="3120" w:type="dxa"/>
          </w:tcPr>
          <w:p w14:paraId="509483DD" w14:textId="77777777" w:rsidR="0086611A" w:rsidRDefault="00000000">
            <w:r>
              <w:rPr>
                <w:sz w:val="22"/>
              </w:rPr>
              <w:t>Can become authoritarian or unclear if values and actions conflict.</w:t>
            </w:r>
          </w:p>
        </w:tc>
      </w:tr>
      <w:tr w:rsidR="0086611A" w14:paraId="2CB2BC04" w14:textId="77777777">
        <w:trPr>
          <w:jc w:val="center"/>
        </w:trPr>
        <w:tc>
          <w:tcPr>
            <w:tcW w:w="3120" w:type="dxa"/>
          </w:tcPr>
          <w:p w14:paraId="7622968F" w14:textId="77777777" w:rsidR="0086611A" w:rsidRDefault="00000000">
            <w:r>
              <w:rPr>
                <w:sz w:val="22"/>
              </w:rPr>
              <w:t>Controlling</w:t>
            </w:r>
          </w:p>
        </w:tc>
        <w:tc>
          <w:tcPr>
            <w:tcW w:w="3120" w:type="dxa"/>
          </w:tcPr>
          <w:p w14:paraId="27F6DD51" w14:textId="77777777" w:rsidR="0086611A" w:rsidRDefault="00000000">
            <w:r>
              <w:rPr>
                <w:sz w:val="22"/>
              </w:rPr>
              <w:t>Measures results, identifies gaps and supports corrective action.</w:t>
            </w:r>
          </w:p>
        </w:tc>
        <w:tc>
          <w:tcPr>
            <w:tcW w:w="3120" w:type="dxa"/>
          </w:tcPr>
          <w:p w14:paraId="44953F85" w14:textId="77777777" w:rsidR="0086611A" w:rsidRDefault="00000000">
            <w:r>
              <w:rPr>
                <w:sz w:val="22"/>
              </w:rPr>
              <w:t>Can encourage short termism, gaming or fear.</w:t>
            </w:r>
          </w:p>
        </w:tc>
      </w:tr>
    </w:tbl>
    <w:p w14:paraId="5FE3B21A" w14:textId="77777777" w:rsidR="0049009C" w:rsidRDefault="0049009C"/>
    <w:sectPr w:rsidR="0049009C"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64D38" w14:textId="77777777" w:rsidR="0049009C" w:rsidRDefault="0049009C">
      <w:pPr>
        <w:spacing w:line="240" w:lineRule="auto"/>
      </w:pPr>
      <w:r>
        <w:separator/>
      </w:r>
    </w:p>
  </w:endnote>
  <w:endnote w:type="continuationSeparator" w:id="0">
    <w:p w14:paraId="77043A33" w14:textId="77777777" w:rsidR="0049009C" w:rsidRDefault="004900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BC085" w14:textId="77777777" w:rsidR="0086611A" w:rsidRDefault="00000000">
    <w:pPr>
      <w:pStyle w:val="Footer"/>
      <w:jc w:val="center"/>
    </w:pPr>
    <w:r>
      <w:t xml:space="preserve">Page </w:t>
    </w:r>
    <w:r>
      <w:fldChar w:fldCharType="begin"/>
    </w:r>
    <w:r>
      <w:instrText>PAGE</w:instrText>
    </w:r>
    <w:r w:rsidR="00E2383D">
      <w:fldChar w:fldCharType="separate"/>
    </w:r>
    <w:r w:rsidR="00E2383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8AF38" w14:textId="77777777" w:rsidR="0049009C" w:rsidRDefault="0049009C">
      <w:pPr>
        <w:spacing w:line="240" w:lineRule="auto"/>
      </w:pPr>
      <w:r>
        <w:separator/>
      </w:r>
    </w:p>
  </w:footnote>
  <w:footnote w:type="continuationSeparator" w:id="0">
    <w:p w14:paraId="49183068" w14:textId="77777777" w:rsidR="0049009C" w:rsidRDefault="004900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90975855">
    <w:abstractNumId w:val="8"/>
  </w:num>
  <w:num w:numId="2" w16cid:durableId="987904306">
    <w:abstractNumId w:val="6"/>
  </w:num>
  <w:num w:numId="3" w16cid:durableId="1496721022">
    <w:abstractNumId w:val="5"/>
  </w:num>
  <w:num w:numId="4" w16cid:durableId="1092748974">
    <w:abstractNumId w:val="4"/>
  </w:num>
  <w:num w:numId="5" w16cid:durableId="791049637">
    <w:abstractNumId w:val="7"/>
  </w:num>
  <w:num w:numId="6" w16cid:durableId="984049370">
    <w:abstractNumId w:val="3"/>
  </w:num>
  <w:num w:numId="7" w16cid:durableId="411777054">
    <w:abstractNumId w:val="2"/>
  </w:num>
  <w:num w:numId="8" w16cid:durableId="395662412">
    <w:abstractNumId w:val="1"/>
  </w:num>
  <w:num w:numId="9" w16cid:durableId="702247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9009C"/>
    <w:rsid w:val="00660CD0"/>
    <w:rsid w:val="0086611A"/>
    <w:rsid w:val="00AA1D8D"/>
    <w:rsid w:val="00B47730"/>
    <w:rsid w:val="00CB0664"/>
    <w:rsid w:val="00E2383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5D4994"/>
  <w14:defaultImageDpi w14:val="300"/>
  <w15:docId w15:val="{BE0A8303-EEF6-43C0-A41D-080758D6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5168</Words>
  <Characters>29460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34559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2026-05-19T08:18:00Z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0b791b85-2716-471b-9043-1b254199e577</vt:lpwstr>
  </property>
</Properties>
</file>