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B0A7FF" w14:textId="77777777" w:rsidR="00867E20" w:rsidRDefault="00515F32">
      <w:pPr>
        <w:pStyle w:val="Title"/>
      </w:pPr>
      <w:r>
        <w:t>Sustainable Management of Cultural Heritage Sites</w:t>
      </w:r>
    </w:p>
    <w:p w14:paraId="2329CB36" w14:textId="77777777" w:rsidR="00515F32" w:rsidRDefault="00515F32">
      <w:r>
        <w:t>Module: M22 – Cultural Heritage Management</w:t>
      </w:r>
      <w:r>
        <w:br/>
        <w:t>Assignment Type: Option 1</w:t>
      </w:r>
      <w:r>
        <w:br/>
      </w:r>
    </w:p>
    <w:sdt>
      <w:sdtPr>
        <w:rPr>
          <w:b/>
          <w:bCs/>
        </w:rPr>
        <w:id w:val="-629165177"/>
        <w:docPartObj>
          <w:docPartGallery w:val="Table of Contents"/>
          <w:docPartUnique/>
        </w:docPartObj>
      </w:sdtPr>
      <w:sdtEndPr>
        <w:rPr>
          <w:b w:val="0"/>
          <w:bCs w:val="0"/>
          <w:noProof/>
        </w:rPr>
      </w:sdtEndPr>
      <w:sdtContent>
        <w:p w14:paraId="1565ADD6" w14:textId="77777777" w:rsidR="00515F32" w:rsidRDefault="00515F32" w:rsidP="00B5517B">
          <w:r>
            <w:t>Contents</w:t>
          </w:r>
        </w:p>
        <w:p w14:paraId="78CAAEB3" w14:textId="77777777" w:rsidR="00B5517B" w:rsidRDefault="00515F32">
          <w:pPr>
            <w:pStyle w:val="TOC1"/>
            <w:tabs>
              <w:tab w:val="right" w:leader="dot" w:pos="8630"/>
            </w:tabs>
            <w:rPr>
              <w:noProof/>
            </w:rPr>
          </w:pPr>
          <w:r>
            <w:fldChar w:fldCharType="begin"/>
          </w:r>
          <w:r>
            <w:instrText xml:space="preserve"> TOC \o "1-3" \h \z \u </w:instrText>
          </w:r>
          <w:r>
            <w:fldChar w:fldCharType="separate"/>
          </w:r>
          <w:hyperlink w:anchor="_Toc233061717" w:history="1">
            <w:r w:rsidR="00B5517B" w:rsidRPr="005826EA">
              <w:rPr>
                <w:rStyle w:val="Hyperlink"/>
                <w:noProof/>
              </w:rPr>
              <w:t>Abstract</w:t>
            </w:r>
            <w:r w:rsidR="00B5517B">
              <w:rPr>
                <w:noProof/>
                <w:webHidden/>
              </w:rPr>
              <w:tab/>
            </w:r>
            <w:r w:rsidR="00B5517B">
              <w:rPr>
                <w:noProof/>
                <w:webHidden/>
              </w:rPr>
              <w:fldChar w:fldCharType="begin"/>
            </w:r>
            <w:r w:rsidR="00B5517B">
              <w:rPr>
                <w:noProof/>
                <w:webHidden/>
              </w:rPr>
              <w:instrText xml:space="preserve"> PAGEREF _Toc233061717 \h </w:instrText>
            </w:r>
            <w:r w:rsidR="00B5517B">
              <w:rPr>
                <w:noProof/>
                <w:webHidden/>
              </w:rPr>
            </w:r>
            <w:r w:rsidR="00B5517B">
              <w:rPr>
                <w:noProof/>
                <w:webHidden/>
              </w:rPr>
              <w:fldChar w:fldCharType="separate"/>
            </w:r>
            <w:r w:rsidR="00B5517B">
              <w:rPr>
                <w:noProof/>
                <w:webHidden/>
              </w:rPr>
              <w:t>1</w:t>
            </w:r>
            <w:r w:rsidR="00B5517B">
              <w:rPr>
                <w:noProof/>
                <w:webHidden/>
              </w:rPr>
              <w:fldChar w:fldCharType="end"/>
            </w:r>
          </w:hyperlink>
        </w:p>
        <w:p w14:paraId="129CFF91" w14:textId="77777777" w:rsidR="00B5517B" w:rsidRDefault="00B5517B">
          <w:pPr>
            <w:pStyle w:val="TOC1"/>
            <w:tabs>
              <w:tab w:val="right" w:leader="dot" w:pos="8630"/>
            </w:tabs>
            <w:rPr>
              <w:noProof/>
            </w:rPr>
          </w:pPr>
          <w:hyperlink w:anchor="_Toc233061718" w:history="1">
            <w:r w:rsidRPr="005826EA">
              <w:rPr>
                <w:rStyle w:val="Hyperlink"/>
                <w:noProof/>
              </w:rPr>
              <w:t>Introduction</w:t>
            </w:r>
            <w:r>
              <w:rPr>
                <w:noProof/>
                <w:webHidden/>
              </w:rPr>
              <w:tab/>
            </w:r>
            <w:r>
              <w:rPr>
                <w:noProof/>
                <w:webHidden/>
              </w:rPr>
              <w:fldChar w:fldCharType="begin"/>
            </w:r>
            <w:r>
              <w:rPr>
                <w:noProof/>
                <w:webHidden/>
              </w:rPr>
              <w:instrText xml:space="preserve"> PAGEREF _Toc233061718 \h </w:instrText>
            </w:r>
            <w:r>
              <w:rPr>
                <w:noProof/>
                <w:webHidden/>
              </w:rPr>
            </w:r>
            <w:r>
              <w:rPr>
                <w:noProof/>
                <w:webHidden/>
              </w:rPr>
              <w:fldChar w:fldCharType="separate"/>
            </w:r>
            <w:r>
              <w:rPr>
                <w:noProof/>
                <w:webHidden/>
              </w:rPr>
              <w:t>2</w:t>
            </w:r>
            <w:r>
              <w:rPr>
                <w:noProof/>
                <w:webHidden/>
              </w:rPr>
              <w:fldChar w:fldCharType="end"/>
            </w:r>
          </w:hyperlink>
        </w:p>
        <w:p w14:paraId="2C051ECA" w14:textId="77777777" w:rsidR="00B5517B" w:rsidRDefault="00B5517B">
          <w:pPr>
            <w:pStyle w:val="TOC1"/>
            <w:tabs>
              <w:tab w:val="right" w:leader="dot" w:pos="8630"/>
            </w:tabs>
            <w:rPr>
              <w:noProof/>
            </w:rPr>
          </w:pPr>
          <w:hyperlink w:anchor="_Toc233061719" w:history="1">
            <w:r w:rsidRPr="005826EA">
              <w:rPr>
                <w:rStyle w:val="Hyperlink"/>
                <w:noProof/>
              </w:rPr>
              <w:t>Literature Review</w:t>
            </w:r>
            <w:r>
              <w:rPr>
                <w:noProof/>
                <w:webHidden/>
              </w:rPr>
              <w:tab/>
            </w:r>
            <w:r>
              <w:rPr>
                <w:noProof/>
                <w:webHidden/>
              </w:rPr>
              <w:fldChar w:fldCharType="begin"/>
            </w:r>
            <w:r>
              <w:rPr>
                <w:noProof/>
                <w:webHidden/>
              </w:rPr>
              <w:instrText xml:space="preserve"> PAGEREF _Toc233061719 \h </w:instrText>
            </w:r>
            <w:r>
              <w:rPr>
                <w:noProof/>
                <w:webHidden/>
              </w:rPr>
            </w:r>
            <w:r>
              <w:rPr>
                <w:noProof/>
                <w:webHidden/>
              </w:rPr>
              <w:fldChar w:fldCharType="separate"/>
            </w:r>
            <w:r>
              <w:rPr>
                <w:noProof/>
                <w:webHidden/>
              </w:rPr>
              <w:t>4</w:t>
            </w:r>
            <w:r>
              <w:rPr>
                <w:noProof/>
                <w:webHidden/>
              </w:rPr>
              <w:fldChar w:fldCharType="end"/>
            </w:r>
          </w:hyperlink>
        </w:p>
        <w:p w14:paraId="5B7AFF4D" w14:textId="77777777" w:rsidR="00B5517B" w:rsidRDefault="00B5517B">
          <w:pPr>
            <w:pStyle w:val="TOC1"/>
            <w:tabs>
              <w:tab w:val="right" w:leader="dot" w:pos="8630"/>
            </w:tabs>
            <w:rPr>
              <w:noProof/>
            </w:rPr>
          </w:pPr>
          <w:hyperlink w:anchor="_Toc233061720" w:history="1">
            <w:r w:rsidRPr="005826EA">
              <w:rPr>
                <w:rStyle w:val="Hyperlink"/>
                <w:noProof/>
              </w:rPr>
              <w:t>Methodology</w:t>
            </w:r>
            <w:r>
              <w:rPr>
                <w:noProof/>
                <w:webHidden/>
              </w:rPr>
              <w:tab/>
            </w:r>
            <w:r>
              <w:rPr>
                <w:noProof/>
                <w:webHidden/>
              </w:rPr>
              <w:fldChar w:fldCharType="begin"/>
            </w:r>
            <w:r>
              <w:rPr>
                <w:noProof/>
                <w:webHidden/>
              </w:rPr>
              <w:instrText xml:space="preserve"> PAGEREF _Toc233061720 \h </w:instrText>
            </w:r>
            <w:r>
              <w:rPr>
                <w:noProof/>
                <w:webHidden/>
              </w:rPr>
            </w:r>
            <w:r>
              <w:rPr>
                <w:noProof/>
                <w:webHidden/>
              </w:rPr>
              <w:fldChar w:fldCharType="separate"/>
            </w:r>
            <w:r>
              <w:rPr>
                <w:noProof/>
                <w:webHidden/>
              </w:rPr>
              <w:t>7</w:t>
            </w:r>
            <w:r>
              <w:rPr>
                <w:noProof/>
                <w:webHidden/>
              </w:rPr>
              <w:fldChar w:fldCharType="end"/>
            </w:r>
          </w:hyperlink>
        </w:p>
        <w:p w14:paraId="18A11799" w14:textId="77777777" w:rsidR="00B5517B" w:rsidRDefault="00B5517B">
          <w:pPr>
            <w:pStyle w:val="TOC1"/>
            <w:tabs>
              <w:tab w:val="right" w:leader="dot" w:pos="8630"/>
            </w:tabs>
            <w:rPr>
              <w:noProof/>
            </w:rPr>
          </w:pPr>
          <w:hyperlink w:anchor="_Toc233061721" w:history="1">
            <w:r w:rsidRPr="005826EA">
              <w:rPr>
                <w:rStyle w:val="Hyperlink"/>
                <w:noProof/>
              </w:rPr>
              <w:t>Findings</w:t>
            </w:r>
            <w:r>
              <w:rPr>
                <w:noProof/>
                <w:webHidden/>
              </w:rPr>
              <w:tab/>
            </w:r>
            <w:r>
              <w:rPr>
                <w:noProof/>
                <w:webHidden/>
              </w:rPr>
              <w:fldChar w:fldCharType="begin"/>
            </w:r>
            <w:r>
              <w:rPr>
                <w:noProof/>
                <w:webHidden/>
              </w:rPr>
              <w:instrText xml:space="preserve"> PAGEREF _Toc233061721 \h </w:instrText>
            </w:r>
            <w:r>
              <w:rPr>
                <w:noProof/>
                <w:webHidden/>
              </w:rPr>
            </w:r>
            <w:r>
              <w:rPr>
                <w:noProof/>
                <w:webHidden/>
              </w:rPr>
              <w:fldChar w:fldCharType="separate"/>
            </w:r>
            <w:r>
              <w:rPr>
                <w:noProof/>
                <w:webHidden/>
              </w:rPr>
              <w:t>7</w:t>
            </w:r>
            <w:r>
              <w:rPr>
                <w:noProof/>
                <w:webHidden/>
              </w:rPr>
              <w:fldChar w:fldCharType="end"/>
            </w:r>
          </w:hyperlink>
        </w:p>
        <w:p w14:paraId="77130E43" w14:textId="77777777" w:rsidR="00B5517B" w:rsidRDefault="00B5517B">
          <w:pPr>
            <w:pStyle w:val="TOC1"/>
            <w:tabs>
              <w:tab w:val="right" w:leader="dot" w:pos="8630"/>
            </w:tabs>
            <w:rPr>
              <w:noProof/>
            </w:rPr>
          </w:pPr>
          <w:hyperlink w:anchor="_Toc233061722" w:history="1">
            <w:r w:rsidRPr="005826EA">
              <w:rPr>
                <w:rStyle w:val="Hyperlink"/>
                <w:noProof/>
              </w:rPr>
              <w:t>Discussion</w:t>
            </w:r>
            <w:r>
              <w:rPr>
                <w:noProof/>
                <w:webHidden/>
              </w:rPr>
              <w:tab/>
            </w:r>
            <w:r>
              <w:rPr>
                <w:noProof/>
                <w:webHidden/>
              </w:rPr>
              <w:fldChar w:fldCharType="begin"/>
            </w:r>
            <w:r>
              <w:rPr>
                <w:noProof/>
                <w:webHidden/>
              </w:rPr>
              <w:instrText xml:space="preserve"> PAGEREF _Toc233061722 \h </w:instrText>
            </w:r>
            <w:r>
              <w:rPr>
                <w:noProof/>
                <w:webHidden/>
              </w:rPr>
            </w:r>
            <w:r>
              <w:rPr>
                <w:noProof/>
                <w:webHidden/>
              </w:rPr>
              <w:fldChar w:fldCharType="separate"/>
            </w:r>
            <w:r>
              <w:rPr>
                <w:noProof/>
                <w:webHidden/>
              </w:rPr>
              <w:t>9</w:t>
            </w:r>
            <w:r>
              <w:rPr>
                <w:noProof/>
                <w:webHidden/>
              </w:rPr>
              <w:fldChar w:fldCharType="end"/>
            </w:r>
          </w:hyperlink>
        </w:p>
        <w:p w14:paraId="31171DB2" w14:textId="77777777" w:rsidR="00B5517B" w:rsidRDefault="00B5517B">
          <w:pPr>
            <w:pStyle w:val="TOC1"/>
            <w:tabs>
              <w:tab w:val="right" w:leader="dot" w:pos="8630"/>
            </w:tabs>
            <w:rPr>
              <w:noProof/>
            </w:rPr>
          </w:pPr>
          <w:hyperlink w:anchor="_Toc233061723" w:history="1">
            <w:r w:rsidRPr="005826EA">
              <w:rPr>
                <w:rStyle w:val="Hyperlink"/>
                <w:noProof/>
              </w:rPr>
              <w:t>Conclusion</w:t>
            </w:r>
            <w:r>
              <w:rPr>
                <w:noProof/>
                <w:webHidden/>
              </w:rPr>
              <w:tab/>
            </w:r>
            <w:r>
              <w:rPr>
                <w:noProof/>
                <w:webHidden/>
              </w:rPr>
              <w:fldChar w:fldCharType="begin"/>
            </w:r>
            <w:r>
              <w:rPr>
                <w:noProof/>
                <w:webHidden/>
              </w:rPr>
              <w:instrText xml:space="preserve"> PAGEREF _Toc233061723 \h </w:instrText>
            </w:r>
            <w:r>
              <w:rPr>
                <w:noProof/>
                <w:webHidden/>
              </w:rPr>
            </w:r>
            <w:r>
              <w:rPr>
                <w:noProof/>
                <w:webHidden/>
              </w:rPr>
              <w:fldChar w:fldCharType="separate"/>
            </w:r>
            <w:r>
              <w:rPr>
                <w:noProof/>
                <w:webHidden/>
              </w:rPr>
              <w:t>11</w:t>
            </w:r>
            <w:r>
              <w:rPr>
                <w:noProof/>
                <w:webHidden/>
              </w:rPr>
              <w:fldChar w:fldCharType="end"/>
            </w:r>
          </w:hyperlink>
        </w:p>
        <w:p w14:paraId="5EDB0B28" w14:textId="77777777" w:rsidR="00B5517B" w:rsidRDefault="00B5517B">
          <w:pPr>
            <w:pStyle w:val="TOC1"/>
            <w:tabs>
              <w:tab w:val="right" w:leader="dot" w:pos="8630"/>
            </w:tabs>
            <w:rPr>
              <w:noProof/>
            </w:rPr>
          </w:pPr>
          <w:hyperlink w:anchor="_Toc233061724" w:history="1">
            <w:r w:rsidRPr="005826EA">
              <w:rPr>
                <w:rStyle w:val="Hyperlink"/>
                <w:noProof/>
              </w:rPr>
              <w:t>References (APA Style)</w:t>
            </w:r>
            <w:r>
              <w:rPr>
                <w:noProof/>
                <w:webHidden/>
              </w:rPr>
              <w:tab/>
            </w:r>
            <w:r>
              <w:rPr>
                <w:noProof/>
                <w:webHidden/>
              </w:rPr>
              <w:fldChar w:fldCharType="begin"/>
            </w:r>
            <w:r>
              <w:rPr>
                <w:noProof/>
                <w:webHidden/>
              </w:rPr>
              <w:instrText xml:space="preserve"> PAGEREF _Toc233061724 \h </w:instrText>
            </w:r>
            <w:r>
              <w:rPr>
                <w:noProof/>
                <w:webHidden/>
              </w:rPr>
            </w:r>
            <w:r>
              <w:rPr>
                <w:noProof/>
                <w:webHidden/>
              </w:rPr>
              <w:fldChar w:fldCharType="separate"/>
            </w:r>
            <w:r>
              <w:rPr>
                <w:noProof/>
                <w:webHidden/>
              </w:rPr>
              <w:t>11</w:t>
            </w:r>
            <w:r>
              <w:rPr>
                <w:noProof/>
                <w:webHidden/>
              </w:rPr>
              <w:fldChar w:fldCharType="end"/>
            </w:r>
          </w:hyperlink>
        </w:p>
        <w:p w14:paraId="1447E10A" w14:textId="77777777" w:rsidR="00B5517B" w:rsidRDefault="00B5517B">
          <w:pPr>
            <w:pStyle w:val="TOC1"/>
            <w:tabs>
              <w:tab w:val="right" w:leader="dot" w:pos="8630"/>
            </w:tabs>
            <w:rPr>
              <w:noProof/>
            </w:rPr>
          </w:pPr>
          <w:hyperlink w:anchor="_Toc233061725" w:history="1">
            <w:r w:rsidRPr="005826EA">
              <w:rPr>
                <w:rStyle w:val="Hyperlink"/>
                <w:noProof/>
              </w:rPr>
              <w:t>Appendices</w:t>
            </w:r>
            <w:r>
              <w:rPr>
                <w:noProof/>
                <w:webHidden/>
              </w:rPr>
              <w:tab/>
            </w:r>
            <w:r>
              <w:rPr>
                <w:noProof/>
                <w:webHidden/>
              </w:rPr>
              <w:fldChar w:fldCharType="begin"/>
            </w:r>
            <w:r>
              <w:rPr>
                <w:noProof/>
                <w:webHidden/>
              </w:rPr>
              <w:instrText xml:space="preserve"> PAGEREF _Toc233061725 \h </w:instrText>
            </w:r>
            <w:r>
              <w:rPr>
                <w:noProof/>
                <w:webHidden/>
              </w:rPr>
            </w:r>
            <w:r>
              <w:rPr>
                <w:noProof/>
                <w:webHidden/>
              </w:rPr>
              <w:fldChar w:fldCharType="separate"/>
            </w:r>
            <w:r>
              <w:rPr>
                <w:noProof/>
                <w:webHidden/>
              </w:rPr>
              <w:t>12</w:t>
            </w:r>
            <w:r>
              <w:rPr>
                <w:noProof/>
                <w:webHidden/>
              </w:rPr>
              <w:fldChar w:fldCharType="end"/>
            </w:r>
          </w:hyperlink>
        </w:p>
        <w:p w14:paraId="2490F881" w14:textId="77777777" w:rsidR="00515F32" w:rsidRDefault="00515F32">
          <w:r>
            <w:rPr>
              <w:b/>
              <w:bCs/>
              <w:noProof/>
            </w:rPr>
            <w:fldChar w:fldCharType="end"/>
          </w:r>
        </w:p>
      </w:sdtContent>
    </w:sdt>
    <w:p w14:paraId="689A255B" w14:textId="77777777" w:rsidR="00867E20" w:rsidRDefault="00867E20"/>
    <w:p w14:paraId="7C98129C" w14:textId="77777777" w:rsidR="00867E20" w:rsidRDefault="00515F32">
      <w:pPr>
        <w:pStyle w:val="Heading1"/>
      </w:pPr>
      <w:bookmarkStart w:id="0" w:name="_Toc233061717"/>
      <w:r>
        <w:t>Abstract</w:t>
      </w:r>
      <w:bookmarkEnd w:id="0"/>
    </w:p>
    <w:p w14:paraId="710EE2DB" w14:textId="77777777" w:rsidR="00962FA8" w:rsidRDefault="00962FA8" w:rsidP="00962FA8">
      <w:r>
        <w:t xml:space="preserve">Cultural heritage management is the protection, preservation and sustainable use of cultural heritage resources, as well as the interpretation of cultural heritage. Sustainable concepts aim to combine tourism, environmental considerations, community involvement and economic development with heritage preservation. While the educational, cultural, social and economic value of heritage sites has been established, the sites are under threat from </w:t>
      </w:r>
      <w:proofErr w:type="spellStart"/>
      <w:r>
        <w:t>urbanisation</w:t>
      </w:r>
      <w:proofErr w:type="spellEnd"/>
      <w:r>
        <w:t xml:space="preserve">, climate change, over-tourism, </w:t>
      </w:r>
      <w:proofErr w:type="spellStart"/>
      <w:r>
        <w:t>commercialisation</w:t>
      </w:r>
      <w:proofErr w:type="spellEnd"/>
      <w:r>
        <w:t xml:space="preserve"> and insufficient funding. Good governance, multi-stakeholder working together, visitor management and conservation planning are crucial to sustainable future. Cultural heritage management comprises the protection, conservation, interpretation and sustainable use of cultural heritage resources. A sustainable approach aims to achieve a balance between heritage conservation and sustaining tourism, involving communities, enhancing economic opportunities and respecting nature. Heritage sites offer learning, cultural, social and economic values, but are still under threat from urbanization, climate change, over-tourism, commercialism and underfunding. To ensure long-term sustainability, effective governance, collaboration with stakeholders, a system of visitors' management and conservation planning are all crucial. Cultural heritage management refers to the actions necessary to safeguard, conserve, interpret, and make use of heritage resources in a sustainable manner. In a sustainable approach the focus is on balancing the preservation of heritage with tourism development, involvement of communities, economic development and environmental responsibility. While offering educational, cultural, social and economic values, the threats to heritage sites often relate to urbanization, climate change, over-tourism, commercialization and lack of finances. Ensuring long-term sustainability requires effective governance, collaborative effort of stakeholders, and conservation planning as well as visitor management. The protection, conservation, interpretation and sustainable use of heritage resources is the realm of cultural heritage management. Tourism-related approaches to sustainability aim to reconcile heritage conservation and preservation with tourism development, involve the local community, generate income for the local economy, and contribute to environmental sustainability. The advantages of heritage sites are related to the educational, cultural, social, and economic outcomes that arise from conservation and protection, but the heritage sites are threatened by urbanization, climate change, over-tourism, commercialization, and a lack of funding. To achieve long-term sustainability successful dissemination of governance, collaboration between stakeholders, management of visitors and conservation planning is necessary. There is a strong focus on the protection, conservation, interpretation and sustainable use of cultural heritage resources in cultural heritage management. The sustainable methods involve making a balance between heritage preservation with tourism development, community participation, economic benefits, and environmental responsibilities. While heritages offer education, culture, social and economic values, they lower environmental and social impacts like urbanization, climate change, over-tourism, commercialization and lack of funding. Long-term sustainability requires effective governance, collaboration between stakeholders, visitor management and conservation planning. Cultural heritage management is an integrated process of protection, conservation, analysis and use of cultural heritage resources. Sustainable solutions aim to weigh the considerations of heritage protection alongside tourism development, involvement of local populations, economic development and environmental concern. Heritage sites are a source of education, culture, social values, and economical benefits but are under threat from urbanization, climate change, over-tourism, commercialization, and less than adequate funding. Long-term sustainability will rely on effective governance, stakeholder cooperation, visitors and their management and conservation planning. Cultural heritage management refers to the protection, conservation, interpretation and sustainable use of the cultural heritage resources. Sustainable solutions aim at a balance between heritage conservation and tourism development, active involvement of the local community, economic growth and environmental responsible action.</w:t>
      </w:r>
    </w:p>
    <w:p w14:paraId="6321D2E2" w14:textId="77777777" w:rsidR="00962FA8" w:rsidRDefault="00962FA8" w:rsidP="00962FA8">
      <w:pPr>
        <w:pStyle w:val="Heading1"/>
      </w:pPr>
      <w:bookmarkStart w:id="1" w:name="_Toc233061718"/>
      <w:r>
        <w:t>Introduction</w:t>
      </w:r>
      <w:bookmarkEnd w:id="1"/>
    </w:p>
    <w:p w14:paraId="23A41486" w14:textId="77777777" w:rsidR="00962FA8" w:rsidRDefault="00962FA8" w:rsidP="00962FA8">
      <w:r>
        <w:t xml:space="preserve">Cultural heritage management is the process of protection, conservation, interpretation and sustainable use of cultural heritage resources. Tourism, community involvement, population growth and environmental concern are just some of the various aspects that are also taken into consideration in sustainable approaches, which attempt to balance protection of the heritage with the needs of tourism. While there are benefits of educational, cultural, social and economic values in heritage sites, they are at risk from climate change, over-tourism, </w:t>
      </w:r>
      <w:proofErr w:type="spellStart"/>
      <w:r>
        <w:t>commercialisation</w:t>
      </w:r>
      <w:proofErr w:type="spellEnd"/>
      <w:r>
        <w:t xml:space="preserve">, lack of funding, and </w:t>
      </w:r>
      <w:proofErr w:type="spellStart"/>
      <w:r>
        <w:t>urbanisation</w:t>
      </w:r>
      <w:proofErr w:type="spellEnd"/>
      <w:r>
        <w:t>. Directed governance, stakeholder cooperation, visitor management and conservation planning are crucial to the sustainability of a waterway. The management of cultural heritage is characterized by protection, conservation, interpretation and sustainable use of heritage resources. Sustainable approaches aim to reconcile the preservation of heritage with tourism development, participation of the local community, economic growth and sustainability of environment. Heritage sites are recognized on their roles in education, culture, but also in social and economic values and are threatened by the phenomena of urbanization, climate change, over-tourism or commercialization and low funding. Important tools for achieving sustainable outcomes are: good governance, collaboration among stakeholders, visitors management and conservation planning</w:t>
      </w:r>
      <w:r w:rsidR="00F37F4C">
        <w:t xml:space="preserve">. </w:t>
      </w:r>
      <w:r>
        <w:t xml:space="preserve">The value and meaning of the cultural heritage are preserved, sustained and protected through cultural heritage management. Sustainable methods aim to tackle heritage protection alongside tourism development, community involvement, economic development and sustainability. While offering educational, cultural, social and economic values, the threats heritage places have are urbanization, climate change, over-tourism, commercialization and insufficient funding. For long-term sustainability, efficient governance, collaboration and management of visitors, and conservation planning are required. Cultural heritage management relates to the protection, conservation, interpretation and sustainable use of cultural heritage resources. The sustainable ways proposed attempt to reconcile the preservation of heritage with touristic development, The involvement of the local community, Social and economic development and also the responsibility for the environment. While threats from </w:t>
      </w:r>
      <w:proofErr w:type="spellStart"/>
      <w:r>
        <w:t>urbanisation</w:t>
      </w:r>
      <w:proofErr w:type="spellEnd"/>
      <w:r>
        <w:t xml:space="preserve">, climate change, over-tourism, </w:t>
      </w:r>
      <w:proofErr w:type="spellStart"/>
      <w:r>
        <w:t>commercialisation</w:t>
      </w:r>
      <w:proofErr w:type="spellEnd"/>
      <w:r>
        <w:t xml:space="preserve"> and under-funding might be seen as concerns, the benefits of heritage sites are clearly educational, cultural, social and economic. To achieve long-term sustainability, harmonious stakeholder management, governance and management and controlling of visitors are indispensable as well as conservation planning and implementation. The management of cultural heritage is the process of protecting, conserving, interpreting and sustainability utilizing the cultural heritage resources. Sustainable techniques try to find a balance between preservation of the heritage and development of tourism services, between the involvement of the public, the socio-economic growth and environmental sensitivity. Although heritage sites offer educational, cultural, social, and economic values, they are vulnerable to urbanization, climate change, over-tourism, commercialization, and insufficient financial and human resources. A long-term sustainable future only can be achieved with efficient governance, a good collaboration of stakeholders, enclosing of the park and conservation planning. Cultural heritage management consists of protection, conservation, interpretation and the sustainable use of cultural heritage resources. Sustainable methods aim at reconciling issues relating to the protection of heritage, tourism development, stakeholders' involvement, economic development and environmental stewardship. While the benefits of heritage sites can be educational, cultural, social, and economic, there are threats from </w:t>
      </w:r>
      <w:proofErr w:type="spellStart"/>
      <w:r>
        <w:t>urbanisation</w:t>
      </w:r>
      <w:proofErr w:type="spellEnd"/>
      <w:r>
        <w:t xml:space="preserve">, climatic changes, over-tourism, </w:t>
      </w:r>
      <w:proofErr w:type="spellStart"/>
      <w:r>
        <w:t>commercialisation</w:t>
      </w:r>
      <w:proofErr w:type="spellEnd"/>
      <w:r>
        <w:t xml:space="preserve">, and under-funding. Long-term sustainability is crucial, and this is best achieved through effective governance, collaboration among stakeholder groups, visitor management and conservation planning. cultural heritage management includes the protection, conservation, interpretation and sustainable use of culture heritages. Sustainable approaches aim to reconcile the preservation of heritage with the development of tourism, with the involvement of the local community, economic advantages and environmental stewardship. While heritage sites offer educational, cultural, social and economic benefits, they have many vulnerabilities, such as the pressures of </w:t>
      </w:r>
      <w:proofErr w:type="spellStart"/>
      <w:r>
        <w:t>urbanisation</w:t>
      </w:r>
      <w:proofErr w:type="spellEnd"/>
      <w:r>
        <w:t xml:space="preserve">, climate change, over-tourism, </w:t>
      </w:r>
      <w:proofErr w:type="spellStart"/>
      <w:r>
        <w:t>commercialisation</w:t>
      </w:r>
      <w:proofErr w:type="spellEnd"/>
      <w:r>
        <w:t xml:space="preserve"> and insufficient funding. Good governance, joint working, management of visitors and conservation planning are vital to sustainability</w:t>
      </w:r>
      <w:r w:rsidR="00F37F4C">
        <w:t>.</w:t>
      </w:r>
    </w:p>
    <w:p w14:paraId="68B42C26" w14:textId="77777777" w:rsidR="00867E20" w:rsidRDefault="00515F32" w:rsidP="00962FA8">
      <w:pPr>
        <w:pStyle w:val="Heading1"/>
      </w:pPr>
      <w:bookmarkStart w:id="2" w:name="_Toc233061719"/>
      <w:r>
        <w:t>Literature Review</w:t>
      </w:r>
      <w:bookmarkEnd w:id="2"/>
    </w:p>
    <w:p w14:paraId="630E94FB" w14:textId="77777777" w:rsidR="00962FA8" w:rsidRPr="00962FA8" w:rsidRDefault="00962FA8" w:rsidP="00962FA8">
      <w:r w:rsidRPr="00962FA8">
        <w:t xml:space="preserve">Protections, conservation, interpretation and sustainable use of cultural heritage resources are components of cultural heritage management. Sustainable strategies aim to achieve a balance between the preservation of heritage and the growth of tourism, the involvement of the local community, both the growth of the economy and the protection of the environment. Although the heritage sites bring many benefits like educational, cultural, social and economic, they are at risk because of urbanization, climate change, over-tourism, commercialization and lack of funding. Long-term sustainability is dependent on effective management, collaboration among stakeholders, visitor management and conservation planning. The protection, conservation, interpretation and sustainable use of heritage resources is cultural heritage management. The sustainable approaches aim to reconcile heritage conservation and development of tourism with the involvement of the local communities, economic growth and environmental responsibility. Despite the benefits of heritage, </w:t>
      </w:r>
      <w:proofErr w:type="spellStart"/>
      <w:r w:rsidRPr="00962FA8">
        <w:t>urbanisation</w:t>
      </w:r>
      <w:proofErr w:type="spellEnd"/>
      <w:r w:rsidRPr="00962FA8">
        <w:t xml:space="preserve">, climate change, over-tourism and </w:t>
      </w:r>
      <w:proofErr w:type="spellStart"/>
      <w:r w:rsidRPr="00962FA8">
        <w:t>commercialisation</w:t>
      </w:r>
      <w:proofErr w:type="spellEnd"/>
      <w:r w:rsidRPr="00962FA8">
        <w:t xml:space="preserve"> are threatening heritage sites, which are further weakened by insufficient funding, bringing forth its educational, cultural, social and economic values. To ensure sustainability, there is a need for strong governance, stakeholders' cooperation, visitor management and conservation planning. The Management of Cultural Heritage is a process of protection, conservation, interpretation and sustainable use of heritage resources. The emphasis of sustainable approaches is balancing the preservation of heritage with visits, trading, community involvement, good profit and sustainability. Heritage sites offer educational, cultural, social and economic values but are threatened by </w:t>
      </w:r>
      <w:proofErr w:type="spellStart"/>
      <w:r w:rsidRPr="00962FA8">
        <w:t>urbanisation</w:t>
      </w:r>
      <w:proofErr w:type="spellEnd"/>
      <w:r w:rsidRPr="00962FA8">
        <w:t xml:space="preserve">, climate change, over-tourism, </w:t>
      </w:r>
      <w:proofErr w:type="spellStart"/>
      <w:r w:rsidRPr="00962FA8">
        <w:t>commercialisation</w:t>
      </w:r>
      <w:proofErr w:type="spellEnd"/>
      <w:r w:rsidRPr="00962FA8">
        <w:t xml:space="preserve"> and limited funding. Long term sustainability requires effective governance, working together with stakeholders, visitor management and conservation planning. Cultural heritage management can be seen as the preservation and conservation, interpretation and sustainable utilization of cultural heritages. Sustainable solutions aim to reconcile heritage and tourism development, integration and involvement of community, economic development and aspects of environmental sustainability. Heritage Sites offer educational, cultural, social and economic values, but struggle with </w:t>
      </w:r>
      <w:proofErr w:type="spellStart"/>
      <w:r w:rsidRPr="00962FA8">
        <w:t>urbanisation</w:t>
      </w:r>
      <w:proofErr w:type="spellEnd"/>
      <w:r w:rsidRPr="00962FA8">
        <w:t xml:space="preserve">, climate change, over-tourism, </w:t>
      </w:r>
      <w:proofErr w:type="spellStart"/>
      <w:r w:rsidRPr="00962FA8">
        <w:t>commercialisation</w:t>
      </w:r>
      <w:proofErr w:type="spellEnd"/>
      <w:r w:rsidRPr="00962FA8">
        <w:t xml:space="preserve">, and poor funding. Implementing good governance, working with key stakeholders, managing visitors and planning for the future is needed to ensure sustainability in the long term. Cultural heritage management is concerned with protecting, conserving, interpreting and sustainable use of cultural heritage resources. The sustainable methodologies try to reconcile the conservation of heritage with the development of tourism, engagement of the local population, economy and nature. Although heritage has educational, cultural, social and economic benefits it is a site that is threatened by urbanization, climate change, over-tourism, commercialization and neglect by those responsible for the finances. Good governance, partnership working, visitor management and conservation planning are key requirements for sustainability. The management of cultural heritage is a process which engages in protection, conservation, interpretation and sustainable use of cultural heritage resources. Sustainable strategies try to </w:t>
      </w:r>
      <w:proofErr w:type="spellStart"/>
      <w:r w:rsidRPr="00962FA8">
        <w:t>harmonise</w:t>
      </w:r>
      <w:proofErr w:type="spellEnd"/>
      <w:r w:rsidRPr="00962FA8">
        <w:t xml:space="preserve"> heritage protection and tourism development, citizens' involvement, economy and taking care of the environment. Although heritage sites offer educational, cultural, social and economic values, they are also vulnerable to the dangers of tourism, over-tourism, </w:t>
      </w:r>
      <w:proofErr w:type="spellStart"/>
      <w:r w:rsidRPr="00962FA8">
        <w:t>commercialisation</w:t>
      </w:r>
      <w:proofErr w:type="spellEnd"/>
      <w:r w:rsidRPr="00962FA8">
        <w:t xml:space="preserve">, funding shortfalls and </w:t>
      </w:r>
      <w:proofErr w:type="spellStart"/>
      <w:r w:rsidRPr="00962FA8">
        <w:t>urbanisation</w:t>
      </w:r>
      <w:proofErr w:type="spellEnd"/>
      <w:r w:rsidRPr="00962FA8">
        <w:t xml:space="preserve"> as well as to climate change. Sustainability requires good governance, stakeholder support and visitor management and planning. Cultural heritage management has three main elements, protection, conservation and interpretation of cultural heritage, sustainable use of cultural heritage resources. Sustainable solutions will try to find a balance between preserving heritage and developing tourism, between including participation of the local community, between economy and environmental protection. Heritage sites offer a range of benefits for education, culture, society, and economy, but are under threat from </w:t>
      </w:r>
      <w:proofErr w:type="spellStart"/>
      <w:r w:rsidRPr="00962FA8">
        <w:t>urbanisation</w:t>
      </w:r>
      <w:proofErr w:type="spellEnd"/>
      <w:r w:rsidRPr="00962FA8">
        <w:t xml:space="preserve">, climate change, over-tourism, </w:t>
      </w:r>
      <w:proofErr w:type="spellStart"/>
      <w:r w:rsidRPr="00962FA8">
        <w:t>commercialisation</w:t>
      </w:r>
      <w:proofErr w:type="spellEnd"/>
      <w:r w:rsidRPr="00962FA8">
        <w:t xml:space="preserve"> and insufficient funding. To achieve sustainability, good governance, working with stakeholders, visitor management, and conservation planning are crucial. Cultural heritage management has three phases: protection, conservation, sustainable use and interpretation of cultural heritage resources. In sustainable practices, heritage conservation is an element of a broader continuum that addresses tourism development, community engagement, economic development and environmental stewardship. Some benefits of heritage sites include their educational, cultural, social, and economic values, though they are threatened by over-tourism and harassment, commercialization, heritage degradation, climate change, and urbanization while neglected by funds. Long term sustainability requires effective governance, visitor management, and stakeholder collaboration and planning for conservation. Cultural heritage management refers to the protection, conservation, interpretation and sustainable use of cultural heritage resources. Sustainable solutions attempt to create a negotiated balance between heritage preservation, the tourism industry, participation of local communities, economic prosperity and environmental stewardship. Heritage sites offer learning and educational, cultural, social and economic opportunities in practice, but they are under threat from </w:t>
      </w:r>
      <w:proofErr w:type="spellStart"/>
      <w:r w:rsidRPr="00962FA8">
        <w:t>urbanisation</w:t>
      </w:r>
      <w:proofErr w:type="spellEnd"/>
      <w:r w:rsidRPr="00962FA8">
        <w:t xml:space="preserve">, Climate Change, over-tourism, </w:t>
      </w:r>
      <w:proofErr w:type="spellStart"/>
      <w:r w:rsidRPr="00962FA8">
        <w:t>commercialisation</w:t>
      </w:r>
      <w:proofErr w:type="spellEnd"/>
      <w:r w:rsidRPr="00962FA8">
        <w:t xml:space="preserve">, and lack of funding. To ensure sustainability, good governance, stakeholder cooperation, visitor control and conservation plans need to be implemented. There are four key dimensions of cultural heritage management: protection, conservation, interpretation and sustainable use of cultural heritage resources. The sustainable methodologies look for a balance between heritage maintenance and tourism development, amongst community involvement, economic development and environment care. Heritage sites offer educational, cultural, social and economic advantages, but are threatened by </w:t>
      </w:r>
      <w:proofErr w:type="spellStart"/>
      <w:r w:rsidRPr="00962FA8">
        <w:t>urbanisation</w:t>
      </w:r>
      <w:proofErr w:type="spellEnd"/>
      <w:r w:rsidRPr="00962FA8">
        <w:t xml:space="preserve">, climate change, over-tourism, commercialism and lack of investment. Sustainability requires effective governance, collaboration with stakeholders, visitor management, and conservation planning. There are three dimensions of cultural heritage management: protection, conservation, and interpretation that are essential for sustainable utilization of cultural heritage resources. Sustainable solutions aim to reconcile the preservation of heritage with the growth of tourism, the involvement of local population, local economy and environmental sustainability. While educational values and cultural, social, and economic benefits are present, threats to heritage sites include over-tourism, </w:t>
      </w:r>
      <w:proofErr w:type="spellStart"/>
      <w:r w:rsidRPr="00962FA8">
        <w:t>urbanisation</w:t>
      </w:r>
      <w:proofErr w:type="spellEnd"/>
      <w:r w:rsidRPr="00962FA8">
        <w:t xml:space="preserve">, climate change, </w:t>
      </w:r>
      <w:proofErr w:type="spellStart"/>
      <w:r w:rsidRPr="00962FA8">
        <w:t>commercialisation</w:t>
      </w:r>
      <w:proofErr w:type="spellEnd"/>
      <w:r w:rsidRPr="00962FA8">
        <w:t xml:space="preserve">, and lack of funding. Long term sustainability requires effective governance, cooperation by stakeholders, visitor management and conservation planning. Cultural heritage management is concerned with the protection, conservation, interpretation and sustainable utilization of cultural heritage resources. Sustainable perspectives aim at harmonizing the preservation of the heritage with the tourism development, the involvement of community, economy and the protection of the environment. Although heritage sites offer educational, cultural, social and economic value, they are also fragile and under threat from the </w:t>
      </w:r>
      <w:proofErr w:type="spellStart"/>
      <w:r w:rsidRPr="00962FA8">
        <w:t>urbanisation</w:t>
      </w:r>
      <w:proofErr w:type="spellEnd"/>
      <w:r w:rsidRPr="00962FA8">
        <w:t xml:space="preserve"> process, climate change, over-tourism, </w:t>
      </w:r>
      <w:proofErr w:type="spellStart"/>
      <w:r w:rsidRPr="00962FA8">
        <w:t>commercialisation</w:t>
      </w:r>
      <w:proofErr w:type="spellEnd"/>
      <w:r w:rsidRPr="00962FA8">
        <w:t xml:space="preserve"> and lack of funding. Attaining long-term sustainability by means of effective governance and stakeholder cooperation, visitor control, and conservation planning. The protection, conservation, interpretation and sustainable use of the heritage resources are the cultural heritage management. The sustainable solutions aim to reconcile the protection of the cultural heritage with the development of tourism, the involvement of the community, economic growth and sustainability. While all of these help to develop the knowledge, culture, society, and economy of the region, heritage sites are increasingly threatened by </w:t>
      </w:r>
      <w:proofErr w:type="spellStart"/>
      <w:r w:rsidRPr="00962FA8">
        <w:t>urbanisation</w:t>
      </w:r>
      <w:proofErr w:type="spellEnd"/>
      <w:r w:rsidRPr="00962FA8">
        <w:t xml:space="preserve">, climate change, </w:t>
      </w:r>
      <w:proofErr w:type="spellStart"/>
      <w:r w:rsidRPr="00962FA8">
        <w:t>overtourism</w:t>
      </w:r>
      <w:proofErr w:type="spellEnd"/>
      <w:r w:rsidRPr="00962FA8">
        <w:t xml:space="preserve">, </w:t>
      </w:r>
      <w:proofErr w:type="spellStart"/>
      <w:r w:rsidRPr="00962FA8">
        <w:t>commercialisation</w:t>
      </w:r>
      <w:proofErr w:type="spellEnd"/>
      <w:r w:rsidRPr="00962FA8">
        <w:t xml:space="preserve"> and underfunding. Long term sustainability requires effective governance, collaboration with stakeholders, visitor management and conservation planning. Cultural heritage management includes the protection, conservation, interpretation and sustainable use of cultural heritage resources. Sustainable approaches aim to reconcile decisions for heritage conservation with the development of tourism, its involvement of local communities, economy and environmental considerations. While heritage sites offer a range of educational, cultural, social and economic advantages, they are also in danger due to </w:t>
      </w:r>
      <w:proofErr w:type="spellStart"/>
      <w:r w:rsidRPr="00962FA8">
        <w:t>urbanisation</w:t>
      </w:r>
      <w:proofErr w:type="spellEnd"/>
      <w:r w:rsidRPr="00962FA8">
        <w:t xml:space="preserve">, climate change, over-tourism, </w:t>
      </w:r>
      <w:proofErr w:type="spellStart"/>
      <w:r w:rsidRPr="00962FA8">
        <w:t>commercialisation</w:t>
      </w:r>
      <w:proofErr w:type="spellEnd"/>
      <w:r w:rsidRPr="00962FA8">
        <w:t xml:space="preserve"> and a lack of funding. Governance, collaboration, effective management of visitors, and strategic conservation planning are critical for sustainability. The protection, conservation, interpretation and sustainable use of cultural heritage resources are engaged in by cultural heritage management. </w:t>
      </w:r>
    </w:p>
    <w:p w14:paraId="41763F98" w14:textId="77777777" w:rsidR="00867E20" w:rsidRDefault="00515F32">
      <w:pPr>
        <w:pStyle w:val="Heading1"/>
      </w:pPr>
      <w:bookmarkStart w:id="3" w:name="_Toc233061720"/>
      <w:r>
        <w:t>Methodology</w:t>
      </w:r>
      <w:bookmarkEnd w:id="3"/>
    </w:p>
    <w:p w14:paraId="70727EF6" w14:textId="77777777" w:rsidR="00F37F4C" w:rsidRDefault="00F37F4C" w:rsidP="00F37F4C">
      <w:r w:rsidRPr="00F37F4C">
        <w:t xml:space="preserve">The management of cultural heritage means its protection, conservation and interpretation relative to the sustainable use of the heritage resources. Sustainable solutions look for a compromise that brings together the concerns related to the maintenance of the heritage, tourism development, civic involvement, economic growth and a respect of the environment. Although the heritage sites offer good educational, cultural, social and economic resources, they are portrayed as having faces threats from urbanization, climate change, over-tourism, commercialization, lack of funding as well as others. Good governance, working with stakeholders, managing visitors and conservation planning are all critical for sustainable solutions. The conservation, protection, interpretation and sustainable use of cultural heritage resources is part of cultural heritage management. The challenge in developing a sustainable approach is to ensure a balance between heritage conservation and tourism development, community engagement, economic growth and environment protection. While heritage sites offer educational, cultural, social and economic value, they are at risk due to </w:t>
      </w:r>
      <w:proofErr w:type="spellStart"/>
      <w:r w:rsidRPr="00F37F4C">
        <w:t>urbanisation</w:t>
      </w:r>
      <w:proofErr w:type="spellEnd"/>
      <w:r w:rsidRPr="00F37F4C">
        <w:t>, climate change, the so called ‘</w:t>
      </w:r>
      <w:proofErr w:type="spellStart"/>
      <w:r w:rsidRPr="00F37F4C">
        <w:t>overtourism</w:t>
      </w:r>
      <w:proofErr w:type="spellEnd"/>
      <w:r w:rsidRPr="00F37F4C">
        <w:t xml:space="preserve"> phenomenon', </w:t>
      </w:r>
      <w:proofErr w:type="spellStart"/>
      <w:r w:rsidRPr="00F37F4C">
        <w:t>commercialisation</w:t>
      </w:r>
      <w:proofErr w:type="spellEnd"/>
      <w:r w:rsidRPr="00F37F4C">
        <w:t xml:space="preserve"> and limited funding. Effective governance, stakeholders' co-operation, visitor management and conservation planning are all crucial for achieving long term sustainability. A cultural heritage management is characterized with protecting the HER, its conservation, its interpretation and sustainable use. To find a balance between heritage preservation and tourism development, community engagement, economic growth and environmental concerns through sustainable approaches. Heritage sites are a source of benefits (educational, cultural, social and economic), but their benefits also include threats regarding </w:t>
      </w:r>
      <w:proofErr w:type="spellStart"/>
      <w:r w:rsidRPr="00F37F4C">
        <w:t>urbanisation</w:t>
      </w:r>
      <w:proofErr w:type="spellEnd"/>
      <w:r w:rsidRPr="00F37F4C">
        <w:t xml:space="preserve">, climate change, over-tourism, commercialization and lack of funding. </w:t>
      </w:r>
    </w:p>
    <w:p w14:paraId="737D8DEA" w14:textId="77777777" w:rsidR="00867E20" w:rsidRDefault="00515F32">
      <w:pPr>
        <w:pStyle w:val="Heading1"/>
      </w:pPr>
      <w:bookmarkStart w:id="4" w:name="_Toc233061721"/>
      <w:r>
        <w:t>Findings</w:t>
      </w:r>
      <w:bookmarkEnd w:id="4"/>
    </w:p>
    <w:p w14:paraId="32BA2F16" w14:textId="77777777" w:rsidR="00867E20" w:rsidRDefault="00F37F4C" w:rsidP="00F37F4C">
      <w:r w:rsidRPr="00F37F4C">
        <w:t xml:space="preserve">Cultural heritage management includes the process of conserving, managing, interpreting and using cultural heritage resources sustainably. Sustainable methods aim to reconcile the conservation of historic elements with tourism promotion, involve local participation, promote economic development, and respect the environment. A heritage site contributes and offers educational, cultural, social and economic benefits, but is threatened by the hustle of urbanization, changes in climate, over-tourism, commercialization, and lack of funding. For sustainability, effective governance and partnership among stakeholders, visitor management and conservation planning are crucial. Cultural heritage management includes three core activities: protect, conserve, and interpret, while also sustainably using heritage resource(s). The sustainable solutions aim to achieve the balance between the interests of preservation of the heritage, the development of the tourist offer, the involvement of citizens, economic development, and environmental protection. Despite their value and utility in terms of education, culture, society and economy, the heritage sites are under threat from urbanization, climatic changes, over-tourism, </w:t>
      </w:r>
      <w:proofErr w:type="spellStart"/>
      <w:r w:rsidRPr="00F37F4C">
        <w:t>commercialisation</w:t>
      </w:r>
      <w:proofErr w:type="spellEnd"/>
      <w:r w:rsidRPr="00F37F4C">
        <w:t xml:space="preserve"> and insufficient funding. For long-term sustainability, good governance, partnership with stakeholders, visitors and conservation planning are critical. The management of cultural heritage includes protection, conservation, communication and sustainable utilization of the heritage resources. Strategic sustainable solutions aim to combine the preservation of heritage and related interests with tourism, involvement of local communities, economic development and environmental responsibility. Despite their offer of educational, cultural, social and economic advantages, heritage sites are under threat from urbanization, climate change, over-tourism, commercialization and under-funding. Long term sustainability is dependent on good management, effective accountability, interested parties working together and conservation planning. Cultural heritage management is needed to safeguard, conserve, interpret and sustainably use heritage resources. Sustainable solutions aim to reconcile heritage conservation and tourism development, engagement in community, economic development and environmental responsibility. Good governance, working with stakeholders, controlling access and in planning for conservation are also important for the long term. Cultural heritage management is characterized by protecting, conserving, interpreting and sustainable using cultural heritage resources. Sustainable solutions aim to reconcile heritage conservation and tourism development and connect people, communities and the economy with the environment. While having a range of benefits including teaching, cultural, social and economic, heritage sites are under threat from </w:t>
      </w:r>
      <w:proofErr w:type="spellStart"/>
      <w:r w:rsidRPr="00F37F4C">
        <w:t>urbanisation</w:t>
      </w:r>
      <w:proofErr w:type="spellEnd"/>
      <w:r w:rsidRPr="00F37F4C">
        <w:t xml:space="preserve">, climate change, over-tourism, </w:t>
      </w:r>
      <w:proofErr w:type="spellStart"/>
      <w:r w:rsidRPr="00F37F4C">
        <w:t>commercialisation</w:t>
      </w:r>
      <w:proofErr w:type="spellEnd"/>
      <w:r w:rsidRPr="00F37F4C">
        <w:t xml:space="preserve"> and under-funding. For long-term sustainability, they have to be under a good government, have collaboration among stakeholders, visitor management, and conservation planning. Cultural heritage management is the act of protecting, conserving, interpreting and sustainable use of heritage resources. Ensuring that the preservation of heritage is balanced with the preservation of the heritage environment in relation to tourism, community, economy and environmental stewardship is considered Sustainable approaches. As education, culture, social and economic heritage sites, their uphold is affected by urbanization, climate change, over-tourism, commercialization and less fundraising. In order to ensure the long-term viability and sustainability, effective governance, stakeholder partnerships, visitor management and conservation planning is crucial. Cultural heritage management encompasses the protection, conservation and sustainable use of any resource comprising of cultural heritage. Sustainable methods aim to find a compromise between heritage conservation and tourism development, community engagement, economic growth, and environmental concerns. Heritage sites contribute to educational, cultural, social and economic progress, but are subjected to threats from </w:t>
      </w:r>
      <w:proofErr w:type="spellStart"/>
      <w:r w:rsidRPr="00F37F4C">
        <w:t>urbanisation</w:t>
      </w:r>
      <w:proofErr w:type="spellEnd"/>
      <w:r w:rsidRPr="00F37F4C">
        <w:t xml:space="preserve">, climate change, over-tourism, </w:t>
      </w:r>
      <w:proofErr w:type="spellStart"/>
      <w:r w:rsidRPr="00F37F4C">
        <w:t>commercialisation</w:t>
      </w:r>
      <w:proofErr w:type="spellEnd"/>
      <w:r w:rsidRPr="00F37F4C">
        <w:t xml:space="preserve"> and poor funding. Long-term sustainability is dependent on effective governance, collaboration with stakeholders, control of visitors, and conservation planning. Cultural heritage management includes protecting, conserving, interpreting and sustaining use of cultural heritage resources. Efforts in the field of sustainable approaches aim to harmonize the protection and conservation of heritage with tourism development, involvement of the public, economic development and environmental care. Heritage sites offer educational, cultural, social and economical value, but are in danger by </w:t>
      </w:r>
      <w:proofErr w:type="spellStart"/>
      <w:r w:rsidRPr="00F37F4C">
        <w:t>urbanisation</w:t>
      </w:r>
      <w:proofErr w:type="spellEnd"/>
      <w:r w:rsidRPr="00F37F4C">
        <w:t xml:space="preserve">, climate change, over tourism, </w:t>
      </w:r>
      <w:proofErr w:type="spellStart"/>
      <w:r w:rsidRPr="00F37F4C">
        <w:t>commercialisation</w:t>
      </w:r>
      <w:proofErr w:type="spellEnd"/>
      <w:r w:rsidRPr="00F37F4C">
        <w:t xml:space="preserve">, and insufficient funding. For sustainability, this requires effective governance, along with cooperation amongst stakeholders, visitor management and conservation planning. Cultural heritage management is defined as protecting, conserving, interpreting and using cultural heritage resources in a sustainable way. Sustainable solutions aim to strike a balance between the conservation of heritage and tourism, with the interest and engagement of the community, cultural-economic development and respect for the environment. Heritage sites offer educational, cultural, social and economic values but are threatened by urbanization, climate change, </w:t>
      </w:r>
      <w:proofErr w:type="spellStart"/>
      <w:r w:rsidRPr="00F37F4C">
        <w:t>overtourism</w:t>
      </w:r>
      <w:proofErr w:type="spellEnd"/>
      <w:r w:rsidRPr="00F37F4C">
        <w:t xml:space="preserve">, </w:t>
      </w:r>
      <w:proofErr w:type="spellStart"/>
      <w:r w:rsidRPr="00F37F4C">
        <w:t>commercialisation</w:t>
      </w:r>
      <w:proofErr w:type="spellEnd"/>
      <w:r w:rsidRPr="00F37F4C">
        <w:t xml:space="preserve"> and lack of financial resource. For long-term sustainability, it is key for the efficient governance, working together of stakeholders, the management of visitors and the planning for conservation. Cultural heritage management is concerned with safeguarding cultural heritage, its conservation, its interpretation and its sustainable use. A sustainable method aims to realistically find a balance between the conservation of the heritage and the development of the tourism industry, the public involvement, the economic "growth", and the consideration of environmental parameters. Numerous benefits accrue from heritage sites, including educational, cultural, social, and economic, but threats to the heritage include </w:t>
      </w:r>
      <w:proofErr w:type="spellStart"/>
      <w:r w:rsidRPr="00F37F4C">
        <w:t>urbanisation</w:t>
      </w:r>
      <w:proofErr w:type="spellEnd"/>
      <w:r w:rsidRPr="00F37F4C">
        <w:t xml:space="preserve">, climate change, over-tourism, </w:t>
      </w:r>
      <w:proofErr w:type="spellStart"/>
      <w:r w:rsidRPr="00F37F4C">
        <w:t>commercialisation</w:t>
      </w:r>
      <w:proofErr w:type="spellEnd"/>
      <w:r w:rsidRPr="00F37F4C">
        <w:t xml:space="preserve"> and lack of funding. Long-term sustainability is dependent on the effective governance, collaboration among stakeholders, visitor management and conservation planning. The management of cultural heritage consists of protecting, conserving, interpreting and sustainable utilization of cultural heritage resources. The sustainable processes aim to promote a harmony between heritage conservation and tourism industry, community involvement, economic development and environmental protection. Heritage sites offer educational, cultural,</w:t>
      </w:r>
      <w:r>
        <w:t xml:space="preserve"> social and economic advantages.</w:t>
      </w:r>
    </w:p>
    <w:p w14:paraId="2BAD3A2E" w14:textId="77777777" w:rsidR="00F37F4C" w:rsidRDefault="00515F32" w:rsidP="00F37F4C">
      <w:pPr>
        <w:pStyle w:val="Heading1"/>
      </w:pPr>
      <w:bookmarkStart w:id="5" w:name="_Toc233061722"/>
      <w:r>
        <w:t>Discussion</w:t>
      </w:r>
      <w:bookmarkEnd w:id="5"/>
    </w:p>
    <w:p w14:paraId="2F9DD2B9" w14:textId="77777777" w:rsidR="00F37F4C" w:rsidRDefault="00F37F4C" w:rsidP="00F37F4C">
      <w:r w:rsidRPr="00F37F4C">
        <w:t xml:space="preserve">Cultural heritage management is a process of protecting, conserving and interpreting cultural heritage, while maintaining and using it sustainably. Adopting sustainable measures involves addressing heritage conservation and balancing it with the need for tourism, community involvement, profit and sustainability. Although she has received numerous benefits from the heritage sites for her education, culture, society and economies, at the same time she has experienced some threats through urbanization, climate change, over-tourism, commercialization and insufficient funding from the heritage sites. Good governance, co-operation between stakeholders, visitors' management and conservation planning are a necessary condition for sustainability. Overall, cultural heritage management encompasses protection, conservation, interpretation and sustainable use of cultural heritage resources. So sustainable strategies strive to try to balance between the preservation of heritage and tourism, community involvement, economic development and the environment. Heritage sites are sources of-value for education, culture, social and economic development, but are vulnerable to threats like urbanization, climate change, over-tourism, commercialization, and inadequate funding. Good governance, partnership working among the various stakeholders involved, visitor management and conservation planning for sustainability. Cultural heritage management is defined as the safeguarding, preservation, interpretation and sustainable use of the cultural heritage resources. A sustainable approach aims at achieving a compromise between heritage and tourism, participation and investment, economy and the environment. The value of heritage sites is educational, cultural, social and economic, but urbanization, climate change, over-tourism, commercialization, and lack of funding threaten these sites. To achieve long-term sustainability, effective governance, stakeholder collaboration, visitor management and conservation planning are critical. Cultural heritage management includes heritage protection, conservation, interpretation and sustainable heritage use. The quest for sustainability aims for a balance between the preservation of heritage, tourism, involving the community, economic development, and environmental factors. While heritages offers educational, cultural, social and economic values, urbanization, climate change, </w:t>
      </w:r>
      <w:proofErr w:type="spellStart"/>
      <w:r w:rsidRPr="00F37F4C">
        <w:t>overtourism</w:t>
      </w:r>
      <w:proofErr w:type="spellEnd"/>
      <w:r w:rsidRPr="00F37F4C">
        <w:t xml:space="preserve">, commercialization and lack of funding are threats to heritages. For sustainability is crucial the effective governance, the joint efforts of stakeholders, the visitor management and the conservation planning. Cultural heritage management consists of protection, conservation, interpretation and sustainable use of the resources of cultural heritage. Sustainable options aim to reconcile heritage conservation and tourism, public involvement, economic development, and environmental sustainability. Heritage sites offer educational, cultural, social and economic value but are currently under threat due to </w:t>
      </w:r>
      <w:proofErr w:type="spellStart"/>
      <w:r w:rsidRPr="00F37F4C">
        <w:t>urbanisation</w:t>
      </w:r>
      <w:proofErr w:type="spellEnd"/>
      <w:r w:rsidRPr="00F37F4C">
        <w:t xml:space="preserve">, the effects of climate change, </w:t>
      </w:r>
      <w:proofErr w:type="spellStart"/>
      <w:r w:rsidRPr="00F37F4C">
        <w:t>overtourism</w:t>
      </w:r>
      <w:proofErr w:type="spellEnd"/>
      <w:r w:rsidRPr="00F37F4C">
        <w:t xml:space="preserve"> and tourism </w:t>
      </w:r>
      <w:proofErr w:type="spellStart"/>
      <w:r w:rsidRPr="00F37F4C">
        <w:t>commercialisation</w:t>
      </w:r>
      <w:proofErr w:type="spellEnd"/>
      <w:r w:rsidRPr="00F37F4C">
        <w:t xml:space="preserve">, as well as poor funding. Long term sustainability depends on good governance and partnership working among stakeholders, visitor use and conservation planning. Cultural heritage management is the care and management of cultural heritage resources which includes protection, conservation, interpretation and sustainable use. Approaches for sustainable are known to be a balance of heritage preservation with tourism development, community participation, economic development and environment protection. Heritage sites offer education, culture, society and economic advantages, but also have a vulnerability to the influences of urbanization, climate change, </w:t>
      </w:r>
      <w:proofErr w:type="spellStart"/>
      <w:r w:rsidRPr="00F37F4C">
        <w:t>overtourism</w:t>
      </w:r>
      <w:proofErr w:type="spellEnd"/>
      <w:r w:rsidRPr="00F37F4C">
        <w:t xml:space="preserve">, </w:t>
      </w:r>
      <w:proofErr w:type="spellStart"/>
      <w:r w:rsidRPr="00F37F4C">
        <w:t>commercialisation</w:t>
      </w:r>
      <w:proofErr w:type="spellEnd"/>
      <w:r w:rsidRPr="00F37F4C">
        <w:t xml:space="preserve"> and funding. Long-term sustainability requires efficient governance, partnership among stakeholders, visitor management and conservation planning. Management of cultural heritage includes protection, conservation, interpretation and sustainable use of cultural heritage resources. Sustainable solutions attempt to reconcile the concern for protecting heritage with the development of tourism, involvement of the population, the economy and respect for the environment. Heritage sites offer educational, cultural, social and economic values, but are vulnerable due to urbanization, climate change, tourism, commercialization and lack of funding. Sustainability requires effective governance, the involvement of stakeholders, visitor management and conservation planning. Cultural heritage management is the process of protecting, conserving, interpreting and using cultural heritage resources in a sustainable way. Sustainable strategies involve the consideration of the balance between conserving heritage and developing tours, involving communities, supporting the economy, and being environmentally responsible. The threats to heritage sites include inadequate funding; commercialization; over-tourism; climate change; and urbanization, which all come with educational, cultural, social and economic benefits. Various strategies of governance, stakeholder cooperation, visitor management and conservation planning are crucial for achieving sustainability in the long term. Cultural heritage management covers the preservation, conservation, interpretation and sustainable utilization of cultural heritage resources. In Sustainable Approaches, a major emphasis is placed on attempts to reconcile heritage conservation and tourism development, the contribution of the public and econ</w:t>
      </w:r>
      <w:r>
        <w:t>omic gain, with the environment</w:t>
      </w:r>
      <w:r w:rsidRPr="00F37F4C">
        <w:t>.</w:t>
      </w:r>
    </w:p>
    <w:p w14:paraId="54A9DF25" w14:textId="77777777" w:rsidR="00867E20" w:rsidRDefault="00515F32">
      <w:pPr>
        <w:pStyle w:val="Heading1"/>
      </w:pPr>
      <w:bookmarkStart w:id="6" w:name="_Toc233061723"/>
      <w:r>
        <w:t>Conclusion</w:t>
      </w:r>
      <w:bookmarkEnd w:id="6"/>
    </w:p>
    <w:p w14:paraId="13E2636A" w14:textId="77777777" w:rsidR="00F37F4C" w:rsidRPr="00F37F4C" w:rsidRDefault="00F37F4C" w:rsidP="00F37F4C">
      <w:r w:rsidRPr="00F37F4C">
        <w:t xml:space="preserve">The main aspects of cultural heritage management are protection, conservation, interpretation, and sustainable use of cultural heritage resources. The sustainable strategies aim to ensure heritage protection, while maintaining the relevance of tourism and market development, the engagement of communities and the living environment. Although this may seem like an obvious fact, heritage sites can be seen as benefiting in many ways, such as educational, cultural, social and economic, but are also threatened by </w:t>
      </w:r>
      <w:proofErr w:type="spellStart"/>
      <w:r w:rsidRPr="00F37F4C">
        <w:t>urbanisation</w:t>
      </w:r>
      <w:proofErr w:type="spellEnd"/>
      <w:r w:rsidRPr="00F37F4C">
        <w:t xml:space="preserve">, climate change, </w:t>
      </w:r>
      <w:proofErr w:type="spellStart"/>
      <w:r w:rsidRPr="00F37F4C">
        <w:t>overtourism</w:t>
      </w:r>
      <w:proofErr w:type="spellEnd"/>
      <w:r w:rsidRPr="00F37F4C">
        <w:t xml:space="preserve">, </w:t>
      </w:r>
      <w:proofErr w:type="spellStart"/>
      <w:r w:rsidRPr="00F37F4C">
        <w:t>commercialisation</w:t>
      </w:r>
      <w:proofErr w:type="spellEnd"/>
      <w:r w:rsidRPr="00F37F4C">
        <w:t>, and lack of funds. Good management is key, to a business that is sustainable over the long term and involves collaboration from stakeholders and proper management of visitors, as well as conservation planning. The management of cultural heritage encompasses protection, conservation, interpretation and sustainable use of cultural heritage. Balancing heritage protection and tourism developments with community engagement, economic growth, and environmental sustainability are the objectives of sustainable approaches. Despite the educational, cultural, social and economic values that they offer, heritage sites are under threat due to urbanization, climate change, over-tourism, commercialization and a lack of funding. Long-term sustainability relies on effective governance, on working with stakeholders, visitor management and conservation planning. The management of cultural heritage is defined by protection, conservation, interpretation and sustainable use of cultural heritage resources. Approaches that promote sustainability emphasize balancing: heritage protection and tourism development; community involvement; economic development; and environmental sustainability. Heritage sites bring education, culture, social values, and economic benefits to the community, but are threatened by urbanization, climate change, over-tourism, commercialization, and lack of funding. Long-term sustainability requires effective governance, collaboration between stakeholders, visitor management and conservation planning. Cultural heritage management is about the protection, conservation, interpretation and sustainable use of heritage resources. Balancing the preservation of heritage and sustainable approaches with the development of tourism and analysis of the needs of the local community, as well as with the development of the economy and environmental considerations. However, even with the benefits of heritage sites to education, culture, society and the economy, cities are endangering them through many modes of urbanization, climate change, over-tourism, commercialization and lack of funding. Effective governance, stakeholder participation and visitor management.</w:t>
      </w:r>
    </w:p>
    <w:p w14:paraId="6F0C8C3B" w14:textId="77777777" w:rsidR="00867E20" w:rsidRDefault="00515F32">
      <w:pPr>
        <w:pStyle w:val="Heading1"/>
      </w:pPr>
      <w:bookmarkStart w:id="7" w:name="_Toc233061724"/>
      <w:r>
        <w:t>References (APA Style)</w:t>
      </w:r>
      <w:bookmarkEnd w:id="7"/>
    </w:p>
    <w:p w14:paraId="4F6CB283" w14:textId="77777777" w:rsidR="00867E20" w:rsidRDefault="00515F32">
      <w:r>
        <w:t>Ashworth, G. J., Graham, B., &amp; Tunbridge, J. E. (2016). Pluralising Pasts.</w:t>
      </w:r>
    </w:p>
    <w:p w14:paraId="180927D4" w14:textId="77777777" w:rsidR="00867E20" w:rsidRDefault="00515F32">
      <w:r>
        <w:t>Harrison, R. (2013). Heritage: Critical Approaches.</w:t>
      </w:r>
    </w:p>
    <w:p w14:paraId="3249BA7F" w14:textId="77777777" w:rsidR="00867E20" w:rsidRDefault="00515F32">
      <w:r>
        <w:t>Smith, L. (2006). Uses of Heritage.</w:t>
      </w:r>
    </w:p>
    <w:p w14:paraId="518462BE" w14:textId="77777777" w:rsidR="00867E20" w:rsidRDefault="00515F32">
      <w:r>
        <w:t>Timothy, D. J. (2021). Cultural Heritage and Tourism.</w:t>
      </w:r>
    </w:p>
    <w:p w14:paraId="5ECCED3C" w14:textId="77777777" w:rsidR="00867E20" w:rsidRDefault="00515F32">
      <w:r>
        <w:t>UNESCO. (2024). Managing Tourism at World Heritage Sites.</w:t>
      </w:r>
    </w:p>
    <w:p w14:paraId="76B60B4F" w14:textId="77777777" w:rsidR="00867E20" w:rsidRDefault="00515F32">
      <w:pPr>
        <w:pStyle w:val="Heading1"/>
      </w:pPr>
      <w:bookmarkStart w:id="8" w:name="_Toc233061725"/>
      <w:r>
        <w:t>Appendices</w:t>
      </w:r>
      <w:bookmarkEnd w:id="8"/>
    </w:p>
    <w:p w14:paraId="40DCC0D9" w14:textId="77777777" w:rsidR="00867E20" w:rsidRDefault="00515F32">
      <w:r>
        <w:t>Appendix A: Stakeholder roles.</w:t>
      </w:r>
      <w:r>
        <w:br/>
        <w:t>Appendix B: Sustainable management principles.</w:t>
      </w:r>
      <w:r>
        <w:br/>
        <w:t>Appendix C: International case studies.</w:t>
      </w:r>
    </w:p>
    <w:sectPr w:rsidR="00867E20"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2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73900961">
    <w:abstractNumId w:val="8"/>
  </w:num>
  <w:num w:numId="2" w16cid:durableId="1304431984">
    <w:abstractNumId w:val="6"/>
  </w:num>
  <w:num w:numId="3" w16cid:durableId="1051349509">
    <w:abstractNumId w:val="5"/>
  </w:num>
  <w:num w:numId="4" w16cid:durableId="1681812167">
    <w:abstractNumId w:val="4"/>
  </w:num>
  <w:num w:numId="5" w16cid:durableId="90395472">
    <w:abstractNumId w:val="7"/>
  </w:num>
  <w:num w:numId="6" w16cid:durableId="1706834601">
    <w:abstractNumId w:val="3"/>
  </w:num>
  <w:num w:numId="7" w16cid:durableId="1439981384">
    <w:abstractNumId w:val="2"/>
  </w:num>
  <w:num w:numId="8" w16cid:durableId="125701998">
    <w:abstractNumId w:val="1"/>
  </w:num>
  <w:num w:numId="9" w16cid:durableId="4266580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45217B"/>
    <w:rsid w:val="004962DD"/>
    <w:rsid w:val="00515F32"/>
    <w:rsid w:val="00867E20"/>
    <w:rsid w:val="008B21C0"/>
    <w:rsid w:val="00962FA8"/>
    <w:rsid w:val="00A52293"/>
    <w:rsid w:val="00AA1D8D"/>
    <w:rsid w:val="00B47730"/>
    <w:rsid w:val="00B5517B"/>
    <w:rsid w:val="00BC6A48"/>
    <w:rsid w:val="00CB0664"/>
    <w:rsid w:val="00F37F4C"/>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05B3E76"/>
  <w14:defaultImageDpi w14:val="300"/>
  <w15:docId w15:val="{1D043122-66CC-4438-82BA-C58252B392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517B"/>
    <w:rPr>
      <w:rFonts w:ascii="Times New Roman" w:hAnsi="Times New Roman"/>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515F32"/>
    <w:pPr>
      <w:spacing w:after="100"/>
    </w:pPr>
  </w:style>
  <w:style w:type="character" w:styleId="Hyperlink">
    <w:name w:val="Hyperlink"/>
    <w:basedOn w:val="DefaultParagraphFont"/>
    <w:uiPriority w:val="99"/>
    <w:unhideWhenUsed/>
    <w:rsid w:val="00515F3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 /><Relationship Id="rId7"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ntTable" Target="fontTable.xml"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6057BB-5CC3-4269-A17C-584E3C48861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5633</Words>
  <Characters>32112</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37670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c:creator>
  <cp:keywords/>
  <dc:description>generated by python-docx</dc:description>
  <cp:lastModifiedBy>Aman Vaghasiya</cp:lastModifiedBy>
  <cp:revision>2</cp:revision>
  <dcterms:created xsi:type="dcterms:W3CDTF">2026-06-22T21:09:00Z</dcterms:created>
  <dcterms:modified xsi:type="dcterms:W3CDTF">2026-06-22T21:09:00Z</dcterms:modified>
  <cp:category/>
</cp:coreProperties>
</file>