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European Institute of Innovation, Entrepreneurship, and Technology</w:t>
      </w:r>
    </w:p>
    <w:p/>
    <w:p>
      <w:pPr>
        <w:jc w:val="center"/>
      </w:pPr>
      <w:r>
        <w:rPr>
          <w:sz w:val="28"/>
        </w:rPr>
        <w:t>Assignment 4 – Availability Management in Tourism</w:t>
      </w:r>
    </w:p>
    <w:p/>
    <w:p/>
    <w:p/>
    <w:p>
      <w:pPr>
        <w:jc w:val="center"/>
      </w:pPr>
      <w:r>
        <w:rPr>
          <w:sz w:val="24"/>
        </w:rPr>
        <w:t>Name: Rajat Rana</w:t>
      </w:r>
    </w:p>
    <w:p>
      <w:pPr>
        <w:jc w:val="center"/>
      </w:pPr>
      <w:r>
        <w:rPr>
          <w:sz w:val="24"/>
        </w:rPr>
        <w:t>Department: M.A in Tourism and Recreation</w:t>
      </w:r>
    </w:p>
    <w:p>
      <w:pPr>
        <w:jc w:val="center"/>
      </w:pPr>
      <w:r>
        <w:rPr>
          <w:sz w:val="24"/>
        </w:rPr>
        <w:t>Student No: DE240025</w:t>
      </w:r>
    </w:p>
    <w:p>
      <w:pPr>
        <w:jc w:val="center"/>
      </w:pPr>
      <w:r>
        <w:rPr>
          <w:sz w:val="24"/>
        </w:rPr>
        <w:t>Date: 25.07.2025</w:t>
      </w:r>
    </w:p>
    <w:p/>
    <w:p/>
    <w:p/>
    <w:p>
      <w:pPr>
        <w:pStyle w:val="Heading2"/>
      </w:pPr>
      <w:r>
        <w:t>How Online Travel Agents Changed the Way People Book Trips</w:t>
      </w:r>
    </w:p>
    <w:p>
      <w:r>
        <w:t>Over the years, the way people book their travel has changed a lot. In the past, most travelers used to visit local travel agencies, call hotels, or talk to airline staff to make reservations. This process was slow and sometimes confusing. But with the growth of the internet, online travel agents (OTAs) have made booking much easier and faster for everyone.</w:t>
        <w:br/>
        <w:br/>
        <w:t>Today, people can book their flights, hotels, or even full holiday packages online within minutes. Websites like Booking.com, Expedia, and TripAdvisor let users compare prices, read reviews, and check photos all in one place. This gives travelers more control because they can choose the best option that fits their budget and needs without depending on a travel agent.</w:t>
        <w:br/>
        <w:br/>
        <w:t>Online travel agents have also made prices more competitive. Because travelers can see many options at once, hotels and airlines have to offer better prices and deals to attract customers. OTAs use smart systems that change prices based on demand, season, or time of booking. This helps businesses keep their information up to date and allows travelers to find the best value for their money.</w:t>
        <w:br/>
        <w:br/>
        <w:t>Another big change is convenience. People no longer need to visit a travel office or wait for confirmation calls. With OTAs, reservations are confirmed instantly. Travelers can also cancel or change their bookings easily through the same websites or mobile apps. Customer reviews and ratings help other travelers make better decisions, and businesses have to maintain good service to keep positive feedback.</w:t>
        <w:br/>
        <w:br/>
        <w:t>A good example of an online travel agent is Booking.com. It started in the Netherlands in 1996 and is now one of the biggest travel websites in the world. Hotels, guesthouses, and vacation homes list their properties on the platform, and Booking.com takes a small commission for each booking. Travelers can search by location, price, or amenities, and book a room in just a few clicks. The site also offers free cancellation on many bookings and sends instant confirmation emails, making it very user-friendly.</w:t>
        <w:br/>
        <w:br/>
        <w:t>In summary, online travel agents have completely changed how people make travel reservations. They have made the process faster, simpler, and more transparent. Travelers now have more choices, while hotels and airlines have new ways to reach customers. The world of travel has become more digital, and OTAs continue to shape how people plan and enjoy their trips.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