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3260256"/>
            <wp:docPr id="1" name="Picture 1"/>
            <wp:cNvGraphicFramePr>
              <a:graphicFrameLocks noChangeAspect="1"/>
            </wp:cNvGraphicFramePr>
            <a:graphic>
              <a:graphicData uri="http://schemas.openxmlformats.org/drawingml/2006/picture">
                <pic:pic>
                  <pic:nvPicPr>
                    <pic:cNvPr id="0" name="6EF965CC-5986-41C2-B144-81F5D64F75AC.jpeg"/>
                    <pic:cNvPicPr/>
                  </pic:nvPicPr>
                  <pic:blipFill>
                    <a:blip r:embed="rId9"/>
                    <a:stretch>
                      <a:fillRect/>
                    </a:stretch>
                  </pic:blipFill>
                  <pic:spPr>
                    <a:xfrm>
                      <a:off x="0" y="0"/>
                      <a:ext cx="2286000" cy="3260256"/>
                    </a:xfrm>
                    <a:prstGeom prst="rect"/>
                  </pic:spPr>
                </pic:pic>
              </a:graphicData>
            </a:graphic>
          </wp:inline>
        </w:drawing>
      </w:r>
    </w:p>
    <w:p>
      <w:pPr>
        <w:jc w:val="center"/>
      </w:pPr>
      <w:r>
        <w:rPr>
          <w:rFonts w:ascii="Times New Roman" w:hAnsi="Times New Roman"/>
          <w:b/>
          <w:sz w:val="24"/>
        </w:rPr>
        <w:t>Vikas Chandla</w:t>
        <w:br/>
        <w:t>DE240058</w:t>
      </w:r>
    </w:p>
    <w:p>
      <w:pPr>
        <w:pStyle w:val="Heading1"/>
      </w:pPr>
      <w:r>
        <w:rPr>
          <w:rFonts w:ascii="Times New Roman" w:hAnsi="Times New Roman"/>
          <w:color w:val="003399"/>
          <w:sz w:val="24"/>
        </w:rPr>
        <w:t>The Influence of Online Reviews and Peer Recommendations on Travel Choices</w:t>
        <w:br/>
        <w:t>A Consumer Behaviour Perspective in Tourism and Hospitality</w:t>
      </w:r>
    </w:p>
    <w:p>
      <w:pPr>
        <w:spacing w:after="240"/>
      </w:pPr>
      <w:r>
        <w:t>ABSTRACT</w:t>
        <w:br/>
        <w:t>The rapid digitalisation of the tourism and hospitality industry has profoundly transformed consumer behaviour, particularly in the way travellers search for information, evaluate alternatives, and make booking decisions. Online reviews and peer recommendations have become dominant sources of influence, often perceived as more trustworthy and authentic than traditional marketing communications controlled by tourism organisations. As tourism products are largely intangible and experiential, travellers increasingly rely on the experiences of other consumers to reduce uncertainty and perceived risk.</w:t>
        <w:br/>
        <w:br/>
        <w:t>This assignment critically examines the influence of online reviews and peer recommendations on travel choices from a consumer behaviour perspective. Drawing on electronic word-of-mouth theory, perceived risk theory, social influence theory, and the Theory of Planned Behaviour, the study explores how trust, authenticity, and social validation shape tourist decision-making. Using a qualitative, theory-driven approach based on secondary academic literature and tourism case studies, the assignment analyses how online reviews affect all stages of the consumer journey, including information search, evaluation of alternatives, booking decisions, and post-purchase evaluation.</w:t>
        <w:br/>
        <w:br/>
        <w:t>The findings demonstrate that online reviews significantly reduce uncertainty, shape destination image, influence booking intentions, and affect overall travel satisfaction. Peer recommendations, particularly those perceived as authentic and socially relevant, exert strong influence on consumer attitudes and behavioural intentions. The assignment concludes by highlighting strategic implications for tourism and hospitality managers, emphasising ethical online reputation management, transparent engagement with consumer feedback, and the importance of trust-building in an increasingly review-driven digital marketplace.</w:t>
        <w:br/>
      </w:r>
    </w:p>
    <w:p>
      <w:pPr>
        <w:spacing w:after="240"/>
      </w:pPr>
      <w:r>
        <w:t>INTRODUCTION</w:t>
        <w:br/>
        <w:t>Consumer behaviour in tourism and hospitality is shaped by a complex interaction of psychological, social, cultural, and technological factors. Unlike tangible consumer goods, tourism products are largely intangible, experiential, and perishable. Travellers typically purchase holidays, accommodation, or travel experiences before consumption, often without the possibility of trial. This makes tourism decision-making inherently risky and increases consumers’ dependence on external information sources.</w:t>
        <w:br/>
        <w:br/>
        <w:t>Information search therefore plays a crucial role in tourism decision-making. Tourists seek information not only to compare prices and facilities but also to reduce uncertainty about service quality, safety, and overall experience. Traditionally, travellers relied on travel agents, brochures, and personal recommendations from friends and family. However, the rapid growth of the internet and digital platforms has fundamentally changed this process.</w:t>
        <w:br/>
        <w:br/>
        <w:t>Online travel agencies, review platforms, and social media networks now allow consumers to access vast amounts of peer-generated content. Online reviews, ratings, blogs, vlogs, and social media posts strongly influence how travellers perceive destinations and tourism services. These sources often carry more weight than official promotional materials, which are perceived as biased or exaggerated.</w:t>
        <w:br/>
        <w:br/>
        <w:t>Peer recommendations are particularly influential because they are perceived as authentic reflections of real experiences. Reviews are created by fellow consumers who are assumed to have no direct commercial interest, which enhances trust and credibility. This shift reflects a broader transformation in consumer behaviour, where peer-to-peer communication has become central to decision-making.</w:t>
        <w:br/>
        <w:br/>
        <w:t>The purpose of this assignment is to critically analyse the influence of online reviews and peer recommendations on travel choices within the tourism and hospitality industry. By integrating established consumer behaviour theories with real-world tourism practices, the study seeks to explain why travellers increasingly rely on peer-generated content and how this reliance shapes attitudes, intentions, and behaviour. The assignment also evaluates current behavioural trends and discusses practical implications for tourism and hospitality managers.</w:t>
        <w:br/>
      </w:r>
    </w:p>
    <w:p>
      <w:pPr>
        <w:spacing w:after="240"/>
      </w:pPr>
      <w:r>
        <w:t>LITERATURE REVIEW</w:t>
        <w:br/>
        <w:t>Electronic word-of-mouth (eWOM) refers to positive or negative statements made by consumers about products or services and shared via digital platforms. In tourism, eWOM has become one of the most influential factors shaping consumer behaviour due to the experiential and high-risk nature of travel decisions. Academic research consistently demonstrates that travellers rely heavily on online reviews when choosing destinations, accommodation, restaurants, and attractions.</w:t>
        <w:br/>
        <w:br/>
        <w:t>One of the most important factors determining the influence of online reviews is trust. Trust refers to the belief that the information provided by others is reliable, honest, and accurate. Studies suggest that travellers are more likely to trust reviews that are detailed, balanced, and written in a personal narrative style. Reviews that include both positive and negative aspects of an experience are often perceived as more credible than overly positive or promotional content.</w:t>
        <w:br/>
        <w:br/>
        <w:t>Visual elements such as photographs and videos further enhance perceived credibility by allowing consumers to verify claims and visualise the experience. The presence of verified reviewer labels and reviewer profiles also increases trust by reducing concerns about fake or manipulated reviews. However, increasing awareness of review fraud has made consumers more critical, leading them to cross-check information across multiple platforms.</w:t>
        <w:br/>
        <w:br/>
        <w:t>Social influence theory provides a useful framework for understanding the power of peer recommendations. According to this theory, individuals often look to others for guidance when making decisions under uncertainty. Social proof, a key concept within social influence theory, suggests that people are more likely to choose options that are popular or widely approved by others. High ratings, large volumes of reviews, and repeated recommendations signal popularity and social acceptance.</w:t>
        <w:br/>
        <w:br/>
        <w:t>Similarity between the reviewer and the reader further strengthens influence. Travellers are more likely to trust recommendations from individuals who share similar travel purposes, budgets, lifestyles, or cultural backgrounds. Social media platforms amplify this effect by embedding travel recommendations within social networks, making travel decisions socially visible.</w:t>
        <w:br/>
        <w:br/>
        <w:t>Perceived risk theory highlights why online reviews are particularly important in tourism. Travel decisions involve multiple forms of risk, including financial risk, performance risk, physical risk, and psychological risk. Online reviews reduce these risks by providing first-hand experiential information that helps consumers form realistic expectations.</w:t>
        <w:br/>
        <w:br/>
        <w:t>The Theory of Planned Behaviour explains how online reviews influence behavioural intentions. Reviews shape attitudes by influencing beliefs about quality and value. Peer recommendations contribute to subjective norms by signalling socially approved choices. Reviews also enhance perceived behavioural control by providing practical information that makes travel decisions feel more manageable. Together, these theories provide a comprehensive framework for understanding review-driven tourist behaviour.</w:t>
        <w:br/>
      </w:r>
    </w:p>
    <w:p>
      <w:pPr>
        <w:spacing w:after="240"/>
      </w:pPr>
      <w:r>
        <w:t>METHODOLOGY</w:t>
        <w:br/>
        <w:t>This assignment adopts a qualitative, exploratory research approach based on secondary data analysis. A qualitative approach is appropriate because the study seeks to understand perceptions, attitudes, and motivations rather than measure variables quantitatively. Tourism decision-making is subjective, emotional, and context-dependent, making interpretive analysis particularly suitable.</w:t>
        <w:br/>
        <w:br/>
        <w:t>Secondary data sources included peer-reviewed academic journal articles, books on consumer behaviour and tourism marketing, industry reports, and published tourism case studies. These sources were used to identify key behavioural patterns related to online reviews, trust, perceived risk, and social influence.</w:t>
        <w:br/>
        <w:br/>
        <w:t>A thematic analysis framework guided the interpretation of findings. Key themes such as trust and credibility, authenticity, perceived risk reduction, social proof, and influence across stages of the consumer journey were identified and analysed in relation to established consumer behaviour theories. While this approach does not allow for statistical generalisation, it provides rich theoretical insight and is appropriate for an academic consumer behaviour assignment.</w:t>
        <w:br/>
        <w:br/>
        <w:t>The methodology also acknowledges certain limitations. Reliance on secondary data means that findings are based on existing research rather than primary empirical evidence. Additionally, consumer behaviour may vary across cultures and market segments. Despite these limitations, the methodology is suitable for achieving the analytical objectives of this assignment.</w:t>
        <w:br/>
      </w:r>
    </w:p>
    <w:p>
      <w:pPr>
        <w:spacing w:after="240"/>
      </w:pPr>
      <w:r>
        <w:t>FINDINGS</w:t>
        <w:br/>
        <w:t>The analysis reveals that online reviews are a primary information source for tourists across different travel contexts. Travellers frequently consult multiple platforms to compare options and validate information before making decisions. Reviews are used not only to assess functional attributes such as price, location, and cleanliness but also experiential aspects such as atmosphere, service quality, and emotional satisfaction.</w:t>
        <w:br/>
        <w:br/>
        <w:t>Trust and authenticity emerged as key determinants of review influence. Travellers place greater trust in reviews that are detailed, balanced, and supported by visual evidence. Reviews written in a personal and narrative style are perceived as more genuine and relatable. Negative reviews were found to have a particularly strong impact on perceptions, often raising concerns about service reliability and quality.</w:t>
        <w:br/>
        <w:br/>
        <w:t>However, the findings also show that negative reviews do not automatically deter bookings. Consumers pay close attention to how tourism businesses respond to criticism. Professional, empathetic, and solution-oriented responses can mitigate negative effects and restore trust.</w:t>
        <w:br/>
        <w:br/>
        <w:t>Peer recommendations were especially influential when travellers perceived similarity with reviewers. Social media platforms amplified peer influence by integrating travel experiences into everyday social interactions. Overall, online reviews were found to influence all stages of the consumer journey, from information search and evaluation of alternatives to booking decisions and post-purchase satisfaction.</w:t>
        <w:br/>
      </w:r>
    </w:p>
    <w:p>
      <w:pPr>
        <w:spacing w:after="240"/>
      </w:pPr>
      <w:r>
        <w:t>DISCUSSION</w:t>
        <w:br/>
        <w:t>The findings support and extend existing consumer behaviour theories related to tourism decision-making. Perceived risk theory explains why travellers rely heavily on online reviews to reduce uncertainty associated with intangible tourism products. Reviews act as informal guarantees that help consumers form expectations and reduce anxiety.</w:t>
        <w:br/>
        <w:br/>
        <w:t>The Theory of Planned Behaviour helps explain how online reviews influence attitudes, subjective norms, and behavioural intentions. Reviews shape beliefs about quality and value, signal social approval, and increase perceived control over decision-making. Social influence theory further explains the power of peer recommendations and social proof, particularly in digital and social media environments.</w:t>
        <w:br/>
        <w:br/>
        <w:t>The discussion also highlights the strategic importance of online reputation management. Consumers interpret managerial responses to reviews as indicators of service quality, accountability, and customer orientation. Ethical and transparent engagement with reviews can strengthen trust and long-term relationships.</w:t>
        <w:br/>
        <w:br/>
        <w:t>Technological factors such as platform design, algorithms, and review visibility further shape influence. As consumers become more digitally literate, they increasingly engage in selective evaluation, cross-checking information across sources. Online reviews therefore operate within a broader ecosystem of psychological, social, and technological influences.</w:t>
        <w:br/>
      </w:r>
    </w:p>
    <w:p>
      <w:pPr>
        <w:spacing w:after="240"/>
      </w:pPr>
      <w:r>
        <w:t>CONCLUSION</w:t>
        <w:br/>
        <w:t>Online reviews and peer recommendations have become integral to consumer decision-making in tourism and hospitality. By reducing uncertainty and enhancing trust, they influence destination choice, accommodation selection, and overall travel satisfaction. This assignment demonstrates that review-driven behaviour can be effectively explained through established consumer behaviour theories.</w:t>
        <w:br/>
        <w:br/>
        <w:t>For tourism and hospitality managers, the implications are clear. Ethical review management, transparency, and responsiveness are essential for building and maintaining consumer trust. Encouraging authentic feedback and engaging constructively with criticism can enhance brand reputation and competitive advantage.</w:t>
        <w:br/>
        <w:br/>
        <w:t>As digital platforms continue to evolve, understanding and adapting to online review dynamics will remain critical for sustainable success in the tourism industry. Online reviews are not merely informational tools but central components of modern consumer behaviour.</w:t>
        <w:br/>
      </w:r>
    </w:p>
    <w:p>
      <w:pPr>
        <w:spacing w:after="240"/>
      </w:pPr>
      <w:r>
        <w:t>REFERENCES</w:t>
        <w:br/>
        <w:t>Ajzen, I. (1991). The theory of planned behavior. Organizational Behavior and Human Decision Processes, 50(2), 179–211.</w:t>
        <w:br/>
        <w:t>Buhalis, D., &amp; Law, R. (2008). Progress in information technology and tourism management. Tourism Management, 29(4), 609–623.</w:t>
        <w:br/>
        <w:t>Litvin, S. W., Goldsmith, R. E., &amp; Pan, B. (2008). Electronic word-of-mouth in hospitality and tourism management. Tourism Management, 29(3), 458–468.</w:t>
        <w:br/>
        <w:t>Sparks, B. A., &amp; Browning, V. (2011). The impact of online reviews on hotel booking intentions. Tourism Management, 32(6), 1310–1323.</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