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32"/>
        </w:rPr>
        <w:t>Commercial Strategy and Marketing Performance in Modern Organizations</w:t>
      </w:r>
    </w:p>
    <w:p>
      <w:r>
        <w:t>Table of Contents</w:t>
        <w:br/>
        <w:t>Abstract</w:t>
        <w:br/>
        <w:t>Introduction</w:t>
        <w:br/>
        <w:t>Literature Review</w:t>
        <w:br/>
        <w:t>Methodology</w:t>
        <w:br/>
        <w:t>Findings</w:t>
        <w:br/>
        <w:t>Discussion</w:t>
        <w:br/>
        <w:t>Conclusion</w:t>
        <w:br/>
        <w:t>References</w:t>
        <w:br/>
        <w:t>Appendices</w:t>
      </w:r>
    </w:p>
    <w:p>
      <w:pPr>
        <w:pStyle w:val="Heading1"/>
      </w:pPr>
      <w:r>
        <w:rPr>
          <w:rFonts w:ascii="Times New Roman" w:hAnsi="Times New Roman"/>
          <w:sz w:val="28"/>
        </w:rPr>
        <w:t>Abstract</w:t>
      </w:r>
    </w:p>
    <w:p>
      <w:r>
        <w:t>This report examines the relationship between commercial strategy and marketing performance in modern organizations. Commercial and marketing management are essential for organizational growth because they influence customer acquisition, profitability, sales performance, and competitive positioning. The report analyzes market segmentation, targeting, positioning, pricing strategies, and revenue generation approaches used by organizations across retail, manufacturing, hospitality, and service sectors. It also evaluates how marketing decisions affect organizational performance through customer value creation and communication strategies. The report applies theoretical concepts to real world organizational examples and explores how digital transformation has influenced marketing practices and commercial decision making. The methodology is based on secondary research using academic journals, books, case studies, and credible online sources. The findings demonstrate that organizations that effectively align commercial and marketing strategies achieve stronger customer relationships, improved market share, and sustainable profitability. The discussion evaluates the importance of customer focused strategies, ethical marketing, innovation, and technology in achieving long term business success. Recommendations are provided for organizations seeking to improve marketing effectiveness and commercial performance through market analysis, strategic pricing, branding, and customer engagement. The conclusion emphasizes that successful organizations integrate commercial management and marketing strategies to adapt to changing customer expectations and competitive business environments.</w:t>
      </w:r>
    </w:p>
    <w:p>
      <w:pPr>
        <w:pStyle w:val="Heading1"/>
      </w:pPr>
      <w:r>
        <w:rPr>
          <w:rFonts w:ascii="Times New Roman" w:hAnsi="Times New Roman"/>
          <w:sz w:val="28"/>
        </w:rPr>
        <w:t>Introduction</w:t>
      </w:r>
    </w:p>
    <w:p>
      <w:r>
        <w:t>Commercial and marketing management play a vital role in the success of modern organizations. In competitive global markets, businesses must develop effective commercial strategies and marketing practices to attract customers, generate revenue, and maintain long term profitability. Commercial management focuses on achieving business growth through pricing, sales planning, negotiation, revenue generation, and market expansion, while marketing management focuses on understanding customer needs, creating value, and promoting products or services effectively. Together, these functions support organizational performance and competitive advantage.</w:t>
        <w:br/>
        <w:br/>
        <w:t>The business environment has changed significantly due to globalization, digital technology, and changing customer expectations. Customers today have access to more information, products, and services than ever before. As a result, organizations must compete not only on price but also on quality, customer experience, innovation, and brand reputation. Effective marketing strategies help organizations communicate value and build strong relationships with customers, while commercial strategies ensure sustainable profitability and business growth.</w:t>
        <w:br/>
        <w:br/>
        <w:t>Market analysis is an important component of commercial and marketing management. Organizations use market research to understand customer preferences, identify opportunities, evaluate competitors, and predict future trends. Market segmentation allows businesses to divide customers into groups based on characteristics such as age, income, behavior, or location. Targeting and positioning strategies then help organizations focus on specific customer groups and create a distinct market identity. These strategies improve marketing efficiency and increase the likelihood of commercial success.</w:t>
        <w:br/>
        <w:br/>
        <w:t>Pricing is another critical factor influencing organizational performance. Pricing decisions affect customer perception, sales volume, revenue, and profitability. Organizations use different pricing strategies depending on market conditions, competition, and customer expectations. Premium pricing may create a perception of high quality, while competitive pricing can increase market share. Commercial managers must balance customer affordability with organizational profitability to achieve sustainable business growth.</w:t>
        <w:br/>
        <w:br/>
        <w:t>Marketing decisions also influence customer acquisition and retention. Organizations use advertising, branding, digital marketing, public relations, and customer relationship management to communicate with customers and strengthen brand loyalty. Advances in digital technology have transformed marketing practices by allowing organizations to engage customers through social media, online platforms, and personalized communication. Businesses that adapt to digital trends often improve customer satisfaction and commercial performance.</w:t>
        <w:br/>
        <w:br/>
        <w:t>The purpose of this report is to examine how commercial and marketing strategies contribute to organizational performance in modern organizations. The report analyzes pricing, segmentation, targeting, positioning, and revenue generation strategies while discussing the influence of marketing decisions on sales performance and profitability. Real world organizational examples are included to demonstrate the practical application of commercial and marketing concepts. The report also evaluates challenges and opportunities facing organizations in competitive business environments and provides recommendations for improving commercial and marketing effectiveness.</w:t>
      </w:r>
    </w:p>
    <w:p>
      <w:pPr>
        <w:pStyle w:val="Heading1"/>
      </w:pPr>
      <w:r>
        <w:rPr>
          <w:rFonts w:ascii="Times New Roman" w:hAnsi="Times New Roman"/>
          <w:sz w:val="28"/>
        </w:rPr>
        <w:t>Literature Review</w:t>
      </w:r>
    </w:p>
    <w:p>
      <w:r>
        <w:t>Commercial and marketing management are closely connected disciplines that influence organizational performance and competitive advantage. Commercial management focuses on revenue generation, sales planning, pricing, negotiation, and strategic business development, while marketing management focuses on identifying customer needs, creating value, and communicating products and services effectively. Researchers argue that organizations achieve sustainable growth when commercial and marketing functions operate together to support customer satisfaction and profitability.</w:t>
        <w:br/>
        <w:br/>
        <w:t>One of the most important concepts in marketing management is market segmentation. Market segmentation involves dividing a market into smaller groups of customers with similar characteristics, needs, or purchasing behaviors. Kotler and Keller explain that segmentation allows organizations to understand customer preferences more effectively and design targeted marketing strategies. Businesses commonly segment markets based on demographic, geographic, psychographic, and behavioral factors. Effective segmentation improves marketing efficiency because organizations can focus resources on customers most likely to purchase their products or services.</w:t>
        <w:br/>
        <w:br/>
        <w:t>Targeting refers to the process of selecting specific customer groups that an organization intends to serve. Organizations evaluate market segments based on size, profitability, growth potential, and competitive conditions before selecting target customers. Targeting strategies may involve mass marketing, differentiated marketing, or niche marketing. Mass marketing targets broad customer groups, while differentiated marketing develops separate strategies for different segments. Niche marketing focuses on specialized customer groups with unique needs. Researchers suggest that effective targeting improves customer satisfaction and strengthens organizational competitiveness.</w:t>
        <w:br/>
        <w:br/>
        <w:t>Positioning is another essential component of marketing strategy. Positioning refers to how customers perceive a brand or product in relation to competitors. Organizations use positioning strategies to create a unique image in the minds of customers. For example, luxury brands position themselves through premium quality, exclusivity, and prestige, while budget brands focus on affordability and value. Strong positioning helps organizations differentiate themselves in competitive markets and build customer loyalty.</w:t>
        <w:br/>
        <w:br/>
        <w:t>Pricing strategy is a critical element of commercial management because it directly influences revenue, profitability, and customer perception. Organizations use different pricing approaches depending on market conditions and business objectives. Cost based pricing focuses on covering production costs and generating profit margins, while value based pricing considers customer perceptions of product value. Competitive pricing involves setting prices according to competitor actions, while penetration pricing aims to attract customers through low introductory prices. Premium pricing creates an image of quality and exclusivity. Researchers argue that successful pricing strategies require organizations to balance customer affordability with profitability.</w:t>
        <w:br/>
        <w:br/>
        <w:t>Revenue generation is another major focus of commercial management. Organizations use sales planning, customer acquisition strategies, and distribution systems to increase revenue and market share. Sales performance depends on factors such as product quality, pricing, customer relationships, and promotional effectiveness. Businesses increasingly use data analytics and digital tools to improve sales forecasting and customer engagement. Commercial managers therefore play a key role in aligning organizational objectives with market opportunities.</w:t>
        <w:br/>
        <w:br/>
        <w:t>Marketing decisions significantly influence customer acquisition and profitability. Advertising, branding, and promotional strategies shape customer awareness and purchasing behavior. Traditional advertising methods such as television, radio, and print media remain important, but digital marketing has become increasingly influential in modern business environments. Social media platforms, search engine optimization, email marketing, and online advertising allow organizations to communicate directly with customers and personalize marketing messages.</w:t>
        <w:br/>
        <w:br/>
        <w:t>Branding is closely linked to customer loyalty and organizational success. A strong brand creates recognition, trust, and emotional connections with customers. Researchers argue that branding contributes to long term profitability because loyal customers are more likely to make repeat purchases and recommend products to others. Organizations such as Apple, Nike, and Coca Cola demonstrate how effective branding strategies create strong market positions and customer loyalty.</w:t>
        <w:br/>
        <w:br/>
        <w:t>Customer relationship management is also an important aspect of marketing management. Organizations use customer relationship management systems to collect customer information, analyze purchasing behavior, and improve communication. Strong customer relationships increase customer satisfaction and retention, reducing the costs associated with acquiring new customers. Relationship marketing therefore emphasizes long term customer engagement rather than short term sales transactions.</w:t>
        <w:br/>
        <w:br/>
        <w:t>Commercial and marketing strategies differ across industries. Retail organizations often focus on pricing, customer experience, and promotional campaigns to increase sales volume. Service organizations emphasize customer relationships, service quality, and reputation management. Manufacturing businesses prioritize distribution efficiency, product innovation, and supply chain management. Hospitality organizations focus heavily on customer satisfaction, branding, and personalized experiences. Despite these differences, all organizations depend on effective commercial and marketing management to achieve business growth.</w:t>
        <w:br/>
        <w:br/>
        <w:t>Digital transformation has significantly influenced commercial and marketing practices. Businesses increasingly use artificial intelligence, big data analytics, and automation to improve customer insights and decision making. E commerce platforms allow organizations to reach global markets and interact with customers more efficiently. However, digital marketing also creates challenges related to data privacy, online competition, and rapidly changing customer expectations.</w:t>
        <w:br/>
        <w:br/>
        <w:t>Researchers emphasize that organizations must adopt customer centered strategies to remain competitive. Businesses that understand customer needs, communicate value effectively, and adapt to market changes are more likely to achieve long term success. Commercial and marketing management therefore require strategic planning, innovation, ethical decision making, and continuous adaptation to changing business environments.</w:t>
      </w:r>
    </w:p>
    <w:p>
      <w:pPr>
        <w:pStyle w:val="Heading1"/>
      </w:pPr>
      <w:r>
        <w:rPr>
          <w:rFonts w:ascii="Times New Roman" w:hAnsi="Times New Roman"/>
          <w:sz w:val="28"/>
        </w:rPr>
        <w:t>Methodology</w:t>
      </w:r>
    </w:p>
    <w:p>
      <w:r>
        <w:t>This report uses a qualitative research methodology based on secondary data analysis. Secondary research involves collecting information from existing academic and professional sources rather than conducting primary research such as surveys or interviews. The methodology was selected because commercial and marketing management have been widely studied in academic literature, providing sufficient information for theoretical and practical analysis.</w:t>
        <w:br/>
        <w:br/>
        <w:t>The research data was collected from textbooks, peer reviewed journal articles, organizational reports, case studies, and credible online resources related to commercial management and marketing strategies. The selected sources focused on market segmentation, pricing strategies, branding, customer acquisition, sales performance, and organizational profitability. Academic management theories and real world business examples were reviewed to provide balanced and reliable analysis.</w:t>
        <w:br/>
        <w:br/>
        <w:t>The research process involved examining major commercial and marketing concepts and comparing their influence on organizational performance. The study evaluated how pricing, targeting, positioning, and promotional strategies affect customer behavior and revenue generation. It also analyzed the impact of digital marketing and customer relationship management on business growth.</w:t>
        <w:br/>
        <w:br/>
        <w:t>Qualitative analysis was used to interpret information from the reviewed sources. The analysis focused on identifying patterns, similarities, and differences in organizational approaches to commercial and marketing management. Real world examples from retail, hospitality, manufacturing, and service industries were included to demonstrate practical applications of theoretical concepts.</w:t>
        <w:br/>
        <w:br/>
        <w:t>The methodology offers several advantages. Secondary research provides access to extensive information from experienced researchers and organizations. It allows comparison of commercial and marketing strategies across industries and geographic regions. The qualitative approach also helps explain relationships between customer behavior, marketing decisions, and business performance.</w:t>
        <w:br/>
        <w:br/>
        <w:t>However, the methodology also has limitations. The report depends on existing research rather than direct organizational observation or customer feedback. Some studies may reflect specific industry or cultural contexts that cannot be generalized universally. Despite these limitations, the methodology provides reliable information for evaluating commercial and marketing strategies in modern organizations.</w:t>
      </w:r>
    </w:p>
    <w:p>
      <w:pPr>
        <w:pStyle w:val="Heading1"/>
      </w:pPr>
      <w:r>
        <w:rPr>
          <w:rFonts w:ascii="Times New Roman" w:hAnsi="Times New Roman"/>
          <w:sz w:val="28"/>
        </w:rPr>
        <w:t>Findings</w:t>
      </w:r>
    </w:p>
    <w:p>
      <w:r>
        <w:t>The findings of this report demonstrate that commercial and marketing strategies significantly influence organizational performance, customer acquisition, profitability, and competitive advantage. Organizations that effectively integrate commercial management and marketing practices are more likely to achieve long term business success.</w:t>
        <w:br/>
        <w:br/>
        <w:t>Market segmentation was found to improve marketing efficiency and customer satisfaction. Organizations that divide customers into specific groups based on demographics, behavior, or preferences are better able to design products and promotional campaigns that meet customer needs. Businesses using targeted marketing strategies often achieve higher customer engagement and stronger sales performance compared to organizations using generalized marketing approaches.</w:t>
        <w:br/>
        <w:br/>
        <w:t>Targeting and positioning strategies also influenced organizational competitiveness. Companies that clearly define their target markets and establish distinct brand identities are more successful in attracting customers. Luxury brands using premium positioning strategies created strong customer loyalty by emphasizing quality and exclusivity, while budget focused businesses increased market share through affordability and value based positioning. Effective positioning therefore improves customer perception and differentiates organizations from competitors.</w:t>
        <w:br/>
        <w:br/>
        <w:t>Pricing strategies had a major impact on customer behavior and organizational profitability. Competitive pricing attracted price sensitive customers and increased sales volume, while premium pricing strengthened brand image and profitability in luxury markets. Value based pricing was especially effective when organizations communicated product quality and customer benefits clearly. However, inappropriate pricing strategies sometimes reduced customer trust or profitability. Businesses therefore needed to balance affordability with revenue generation.</w:t>
        <w:br/>
        <w:br/>
        <w:t>The findings also showed that marketing decisions strongly influence sales performance and customer acquisition. Organizations using integrated marketing communication strategies achieved stronger customer awareness and engagement. Advertising, social media marketing, branding, and promotional campaigns increased customer interest and purchasing behavior. Digital marketing platforms were particularly effective because they allowed businesses to reach customers quickly and personalize communication.</w:t>
        <w:br/>
        <w:br/>
        <w:t>Customer relationship management improved customer retention and long term profitability. Organizations that maintained strong communication with customers and responded effectively to feedback achieved higher levels of customer satisfaction and loyalty. Personalized marketing and loyalty programs strengthened relationships between organizations and consumers.</w:t>
        <w:br/>
        <w:br/>
        <w:t>Real world examples demonstrated the practical importance of commercial and marketing management. Retail companies such as Amazon achieved commercial success through customer focused strategies, competitive pricing, and digital marketing innovation. Hospitality organizations improved customer experiences through personalized services and branding strategies. Manufacturing firms used market research and distribution systems to expand into new markets and increase revenue.</w:t>
        <w:br/>
        <w:br/>
        <w:t>Digital transformation was identified as a major factor influencing commercial and marketing performance. Organizations increasingly used data analytics, social media, and e commerce platforms to improve decision making and customer engagement. Businesses adopting digital technologies often improved operational efficiency and market reach. However, digital competition also increased pressure on organizations to innovate continuously and protect customer data.</w:t>
        <w:br/>
        <w:br/>
        <w:t>The findings further revealed that customer value creation is central to commercial success. Organizations that focused on product quality, service experience, innovation, and ethical business practices achieved stronger customer trust and competitive advantage. Businesses that ignored customer expectations often experienced lower customer loyalty and declining market performance.</w:t>
        <w:br/>
        <w:br/>
        <w:t>Another important finding was that commercial and marketing strategies must align with organizational goals and market conditions. Organizations using flexible and adaptive strategies were more successful in responding to economic changes, technological developments, and shifting customer preferences. Strategic planning and market analysis therefore remain essential for sustainable business growth.</w:t>
      </w:r>
    </w:p>
    <w:p>
      <w:pPr>
        <w:pStyle w:val="Heading1"/>
      </w:pPr>
      <w:r>
        <w:rPr>
          <w:rFonts w:ascii="Times New Roman" w:hAnsi="Times New Roman"/>
          <w:sz w:val="28"/>
        </w:rPr>
        <w:t>Discussion</w:t>
      </w:r>
    </w:p>
    <w:p>
      <w:r>
        <w:t>The findings highlight the importance of integrating commercial management and marketing strategies to achieve organizational success. Commercial performance depends not only on revenue generation but also on customer relationships, brand reputation, market positioning, and strategic decision making. Modern organizations operate in highly competitive environments where customer expectations change rapidly, making effective marketing and commercial management increasingly important.</w:t>
        <w:br/>
        <w:br/>
        <w:t>Market segmentation, targeting, and positioning are essential for improving organizational competitiveness. Businesses that understand customer preferences and market trends are better able to design products and services that satisfy customer needs. Segmentation allows organizations to focus resources more efficiently, while positioning strategies help create distinctive brand identities. In highly competitive industries, strong positioning can influence customer loyalty and purchasing behavior significantly.</w:t>
        <w:br/>
        <w:br/>
        <w:t>Pricing strategy remains one of the most influential commercial decisions because it directly affects customer perception and profitability. Organizations must consider production costs, market demand, customer expectations, and competitor behavior when setting prices. Premium pricing strategies can strengthen brand image and profitability when customers associate high prices with quality and prestige. However, organizations operating in price sensitive markets may benefit more from competitive or value based pricing approaches. Effective pricing therefore requires market analysis and strategic planning.</w:t>
        <w:br/>
        <w:br/>
        <w:t>The discussion also demonstrates the growing importance of digital marketing in modern business environments. Social media, online advertising, and e commerce platforms allow organizations to communicate directly with customers and personalize marketing messages. Digital marketing improves customer engagement because businesses can respond quickly to customer feedback and analyze consumer behavior using data analytics. However, digital marketing also increases competition because customers can compare products and services more easily. Organizations must therefore innovate continuously to maintain customer attention and market relevance.</w:t>
        <w:br/>
        <w:br/>
        <w:t>Branding plays a central role in customer acquisition and long term profitability. Strong brands create trust, emotional connections, and customer loyalty. Organizations such as Apple, Nike, and Starbucks demonstrate how branding strategies contribute to commercial success by creating unique customer experiences and strong market identities. Effective branding also allows organizations to differentiate themselves from competitors and maintain customer loyalty even in competitive markets.</w:t>
        <w:br/>
        <w:br/>
        <w:t>Customer relationship management is another important factor influencing commercial performance. Organizations that build strong relationships with customers achieve higher retention rates and repeat purchases. Personalized communication, loyalty programs, and responsive customer service strengthen customer satisfaction and trust. Businesses increasingly recognize that retaining existing customers is often more cost effective than acquiring new customers.</w:t>
        <w:br/>
        <w:br/>
        <w:t>The findings further suggest that ethical marketing practices influence customer trust and organizational reputation. Customers are increasingly concerned about transparency, sustainability, and corporate social responsibility. Organizations that engage in misleading advertising, unfair pricing, or misuse of customer data risk damaging their reputation and losing customer trust. Ethical marketing therefore contributes not only to legal compliance but also to long term business success.</w:t>
        <w:br/>
        <w:br/>
        <w:t>Different industries apply commercial and marketing strategies differently depending on customer expectations and operational requirements. Retail businesses focus heavily on pricing, promotions, and customer convenience. Hospitality organizations prioritize service quality and customer experiences. Manufacturing companies emphasize product innovation, distribution efficiency, and market expansion. Despite these differences, all organizations depend on understanding customer needs and creating value effectively.</w:t>
        <w:br/>
        <w:br/>
        <w:t>The discussion also emphasizes the importance of innovation and adaptability. Technological developments, economic changes, and global competition require organizations to adjust commercial and marketing strategies continuously. Businesses that fail to adapt may lose market share and profitability. Strategic flexibility therefore allows organizations to respond effectively to changing customer preferences and competitive pressures.</w:t>
        <w:br/>
        <w:br/>
        <w:t>Commercial and marketing managers must also balance short term financial objectives with long term customer relationships and brand development. Aggressive sales strategies may increase short term revenue but damage customer trust if organizations fail to deliver value consistently. Sustainable commercial success therefore depends on ethical practices, quality products, customer satisfaction, and strategic planning.</w:t>
        <w:br/>
        <w:br/>
        <w:t>Organizations seeking improved performance should invest in market research, digital marketing capabilities, employee training, and customer relationship management systems. Businesses should also encourage innovation and collaboration between commercial and marketing departments to improve strategic alignment. By integrating customer focused marketing strategies with effective commercial management, organizations can achieve stronger competitive advantage and long term profitability.</w:t>
      </w:r>
    </w:p>
    <w:p>
      <w:pPr>
        <w:pStyle w:val="Heading1"/>
      </w:pPr>
      <w:r>
        <w:rPr>
          <w:rFonts w:ascii="Times New Roman" w:hAnsi="Times New Roman"/>
          <w:sz w:val="28"/>
        </w:rPr>
        <w:t>Conclusion</w:t>
      </w:r>
    </w:p>
    <w:p>
      <w:r>
        <w:t>In conclusion, commercial and marketing management are essential for organizational growth, customer acquisition, profitability, and competitive advantage. Effective commercial strategies support revenue generation, pricing decisions, sales performance, and market expansion, while marketing management focuses on understanding customer needs and communicating value effectively.</w:t>
        <w:br/>
        <w:br/>
        <w:t>The report demonstrates that market segmentation, targeting, positioning, pricing, and branding significantly influence organizational performance. Businesses that apply customer focused strategies achieve higher levels of customer satisfaction, loyalty, and profitability. Digital marketing and customer relationship management have also become increasingly important in modern organizations because they improve communication, customer engagement, and market reach.</w:t>
        <w:br/>
        <w:br/>
        <w:t>The findings further confirm that ethical marketing, innovation, and adaptability are necessary for long term business success. Organizations must respond to changing customer expectations, technological developments, and competitive pressures while maintaining transparency and customer trust.</w:t>
        <w:br/>
        <w:br/>
        <w:t>Successful organizations integrate commercial management and marketing strategies to create sustainable competitive advantage. Businesses that invest in market research, digital technology, branding, and customer relationships are more likely to achieve long term profitability and organizational growth. By applying effective commercial and marketing practices, organizations can strengthen their market position and improve overall business performance.</w:t>
      </w:r>
    </w:p>
    <w:p>
      <w:pPr>
        <w:pStyle w:val="Heading1"/>
      </w:pPr>
      <w:r>
        <w:rPr>
          <w:rFonts w:ascii="Times New Roman" w:hAnsi="Times New Roman"/>
          <w:sz w:val="28"/>
        </w:rPr>
        <w:t>References</w:t>
      </w:r>
    </w:p>
    <w:p>
      <w:r>
        <w:t>Kotler, P., &amp; Keller, K. L. (2016). Marketing management. Pearson Education.</w:t>
        <w:br/>
        <w:br/>
        <w:t>Armstrong, G., &amp; Kotler, P. (2020). Principles of marketing. Pearson Education.</w:t>
        <w:br/>
        <w:br/>
        <w:t>Porter, M. E. (1985). Competitive advantage: Creating and sustaining superior performance. Free Press.</w:t>
        <w:br/>
        <w:br/>
        <w:t>Chaffey, D., &amp; Ellis-Chadwick, F. (2019). Digital marketing. Pearson Education.</w:t>
        <w:br/>
        <w:br/>
        <w:t>Aaker, D. A. (1996). Building strong brands. Free Press.</w:t>
        <w:br/>
        <w:br/>
        <w:t>Jobber, D., &amp; Ellis-Chadwick, F. (2019). Principles and practice of marketing. McGraw Hill Education.</w:t>
      </w:r>
    </w:p>
    <w:p>
      <w:pPr>
        <w:pStyle w:val="Heading1"/>
      </w:pPr>
      <w:r>
        <w:rPr>
          <w:rFonts w:ascii="Times New Roman" w:hAnsi="Times New Roman"/>
          <w:sz w:val="28"/>
        </w:rPr>
        <w:t>Appendices</w:t>
      </w:r>
    </w:p>
    <w:p>
      <w:r>
        <w:t>Appendix A: Key Commercial Strategies</w:t>
        <w:br/>
        <w:br/>
        <w:t>Market segmentation divides customers into groups with similar needs and characteristics.</w:t>
        <w:br/>
        <w:br/>
        <w:t>Targeting focuses organizational resources on selected customer groups.</w:t>
        <w:br/>
        <w:br/>
        <w:t>Positioning creates a unique brand image in the minds of customers.</w:t>
        <w:br/>
        <w:br/>
        <w:t>Pricing strategies influence customer perception, revenue, and profitability.</w:t>
        <w:br/>
        <w:br/>
        <w:t>Revenue generation strategies support sales growth and market expansion.</w:t>
        <w:br/>
        <w:br/>
        <w:t>Appendix B: Major Marketing Tools</w:t>
        <w:br/>
        <w:br/>
        <w:t>Advertising increases customer awareness and promotes products and services.</w:t>
        <w:br/>
        <w:br/>
        <w:t>Digital marketing uses online platforms and social media to engage customers.</w:t>
        <w:br/>
        <w:br/>
        <w:t>Branding creates customer loyalty and strengthens organizational identity.</w:t>
        <w:br/>
        <w:br/>
        <w:t>Customer relationship management improves communication and customer retention.</w:t>
        <w:br/>
        <w:br/>
        <w:t>Market research supports strategic planning and customer understanding.</w:t>
      </w:r>
    </w:p>
    <w:p>
      <w:r>
        <w:t>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 competitive advantage marketing commercial strategy customer value business growth profitability sales performance branding customer engagement organizational success digital marketing market analysis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