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Introduction to the Hospitality Industry – Assignment 8</w:t>
      </w:r>
    </w:p>
    <w:p>
      <w:r>
        <w:t>Date: 03.06.2026</w:t>
      </w:r>
    </w:p>
    <w:p>
      <w:r>
        <w:br/>
        <w:t>1. Main Responsibilities of the Director of Food and Beverage</w:t>
        <w:br/>
        <w:br/>
        <w:t>The Director of Food and Beverage (F&amp;B) is responsible for planning, organizing, and controlling all food and beverage operations within a hotel. Their primary goal is to ensure high-quality service, guest satisfaction, profitability, and compliance with health and safety standards.</w:t>
        <w:br/>
        <w:br/>
        <w:t>Key responsibilities include:</w:t>
        <w:br/>
        <w:t>• Managing restaurants, bars, banquets, room service, and catering operations.</w:t>
        <w:br/>
        <w:t>• Developing budgets, controlling costs, and maximizing revenue.</w:t>
        <w:br/>
        <w:t>• Recruiting, training, and supervising F&amp;B staff.</w:t>
        <w:br/>
        <w:t>• Maintaining food quality, service standards, and customer satisfaction.</w:t>
        <w:br/>
        <w:t>• Managing supplier relationships and inventory levels.</w:t>
        <w:br/>
        <w:t>• Ensuring compliance with food safety, hygiene, and legal regulations.</w:t>
        <w:br/>
        <w:t>• Coordinating with other departments to support hotel operations and events.</w:t>
        <w:br/>
        <w:t>• Analyzing sales reports and implementing strategies to improve performance.</w:t>
        <w:br/>
        <w:br/>
        <w:t>The Director of F&amp;B plays a critical role in enhancing the guest experience while ensuring operational efficiency and profitability.</w:t>
        <w:br/>
        <w:br/>
        <w:t>References:</w:t>
        <w:br/>
        <w:t>1. Walker, J. R. (2021). Introduction to Hospitality Management.</w:t>
        <w:br/>
        <w:t>2. Hayes, D., Ninemeier, J., &amp; Miller, A. (2017). Hotel Operations Management.</w:t>
        <w:br/>
      </w:r>
    </w:p>
    <w:p>
      <w:r>
        <w:br/>
        <w:t>2. Right-Sizing in Hotel Food and Beverage Operations</w:t>
        <w:br/>
        <w:br/>
        <w:t>Right-sizing refers to adjusting food and beverage operations to match actual guest demand, market conditions, and business objectives. The purpose is to optimize resources, reduce waste, and improve profitability without compromising service quality.</w:t>
        <w:br/>
        <w:br/>
        <w:t>In practice, right-sizing may involve:</w:t>
        <w:br/>
        <w:t>• Adjusting staffing levels according to occupancy rates.</w:t>
        <w:br/>
        <w:t>• Simplifying menus to focus on popular and profitable items.</w:t>
        <w:br/>
        <w:t>• Reducing underutilized dining spaces.</w:t>
        <w:br/>
        <w:t>• Using technology to improve ordering and inventory management.</w:t>
        <w:br/>
        <w:t>• Controlling food purchasing to minimize waste.</w:t>
        <w:br/>
        <w:br/>
        <w:t>Benefits of right-sizing include lower operating costs, improved productivity, better inventory control, and increased profitability. Hotels can maintain service standards while ensuring that resources are used efficiently.</w:t>
        <w:br/>
        <w:br/>
        <w:t>For example, a hotel experiencing low occupancy during off-peak seasons may reduce restaurant operating hours or schedule fewer employees. This helps control costs while continuing to meet guest needs.</w:t>
        <w:br/>
        <w:br/>
        <w:t>References:</w:t>
        <w:br/>
        <w:t>1. Kasavana, M. L., &amp; Brooks, R. M. (2018). Managing Front Office Operations.</w:t>
        <w:br/>
        <w:t>2. Walker, J. R. (2021). Introduction to Hospitality Management.</w:t>
        <w:br/>
      </w:r>
    </w:p>
    <w:p>
      <w:r>
        <w:br/>
        <w:t>3. Comparison of Meeting Room Setups</w:t>
        <w:br/>
        <w:br/>
        <w:t>A. Theater Style</w:t>
        <w:br/>
        <w:t>Seating Arrangement:</w:t>
        <w:br/>
        <w:t>Chairs are arranged in rows facing the front of the room.</w:t>
        <w:br/>
        <w:t>Advantages:</w:t>
        <w:br/>
        <w:t>• Maximizes seating capacity.</w:t>
        <w:br/>
        <w:t>• Easy focus on a speaker or presentation.</w:t>
        <w:br/>
        <w:t>Typical Uses:</w:t>
        <w:br/>
        <w:t>• Conferences, seminars, and presentations.</w:t>
        <w:br/>
        <w:t>Space Requirements:</w:t>
        <w:br/>
        <w:t>• Requires the least space per attendee.</w:t>
        <w:br/>
        <w:br/>
        <w:t>B. Classroom Style</w:t>
        <w:br/>
        <w:t>Seating Arrangement:</w:t>
        <w:br/>
        <w:t>Rows of tables with chairs facing the front.</w:t>
        <w:br/>
        <w:t>Advantages:</w:t>
        <w:br/>
        <w:t>• Allows participants to take notes and use laptops.</w:t>
        <w:br/>
        <w:t>• Suitable for training sessions.</w:t>
        <w:br/>
        <w:t>Typical Uses:</w:t>
        <w:br/>
        <w:t>• Workshops, training programs, and educational events.</w:t>
        <w:br/>
        <w:t>Space Requirements:</w:t>
        <w:br/>
        <w:t>• Requires more space than theater style due to tables.</w:t>
        <w:br/>
        <w:br/>
        <w:t>C. Horseshoe Style</w:t>
        <w:br/>
        <w:t>Seating Arrangement:</w:t>
        <w:br/>
        <w:t>Tables arranged in a U-shape with chairs around the outside.</w:t>
        <w:br/>
        <w:t>Advantages:</w:t>
        <w:br/>
        <w:t>• Encourages interaction and discussion.</w:t>
        <w:br/>
        <w:t>• Provides clear visibility of the presenter.</w:t>
        <w:br/>
        <w:t>Typical Uses:</w:t>
        <w:br/>
        <w:t>• Meetings, boardroom discussions, and training sessions.</w:t>
        <w:br/>
        <w:t>Space Requirements:</w:t>
        <w:br/>
        <w:t>• Requires the most space because of the open center area.</w:t>
        <w:br/>
        <w:br/>
        <w:t>Conclusion:</w:t>
        <w:br/>
        <w:t>Theater style is best for large audiences and presentations, classroom style is ideal for learning environments, and horseshoe style supports interaction and group discussion.</w:t>
        <w:br/>
        <w:t xml:space="preserve">    </w:t>
        <w:br/>
        <w:t>References:</w:t>
        <w:br/>
        <w:t>1. Rutherford, D. G., &amp; O’Fallon, M. J. (2022). Hotel Management and Operations.</w:t>
        <w:br/>
        <w:t>2. Walker, J. R. (2021). Introduction to Hospitality Management.</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