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The Role of Social Media in Shaping Tourism Decisions:</w:t>
        <w:br/>
        <w:t>A Study of Instagram and TikTok Influences</w:t>
      </w:r>
    </w:p>
    <w:p>
      <w:r>
        <w:t>Student Name: Aakash Moond</w:t>
      </w:r>
    </w:p>
    <w:p>
      <w:r>
        <w:t>Course: Information and Communication</w:t>
      </w:r>
    </w:p>
    <w:p>
      <w:r>
        <w:t>Word Count: ~4500 words</w:t>
      </w:r>
    </w:p>
    <w:p>
      <w:r>
        <w:br w:type="page"/>
      </w:r>
    </w:p>
    <w:p>
      <w:pPr>
        <w:pStyle w:val="Heading2"/>
      </w:pPr>
      <w:r>
        <w:t>Table of Contents</w:t>
      </w:r>
    </w:p>
    <w:p>
      <w:r>
        <w:t>Abstract</w:t>
      </w:r>
    </w:p>
    <w:p>
      <w:r>
        <w:t>Introduction</w:t>
      </w:r>
    </w:p>
    <w:p>
      <w:r>
        <w:t>Literature Review</w:t>
      </w:r>
    </w:p>
    <w:p>
      <w:r>
        <w:t>Methodology</w:t>
      </w:r>
    </w:p>
    <w:p>
      <w:r>
        <w:t>Findings</w:t>
      </w:r>
    </w:p>
    <w:p>
      <w:r>
        <w:t>Discussion</w:t>
      </w:r>
    </w:p>
    <w:p>
      <w:r>
        <w:t>Case Studies</w:t>
      </w:r>
    </w:p>
    <w:p>
      <w:r>
        <w:t>Challenges &amp; Ethical Concerns</w:t>
      </w:r>
    </w:p>
    <w:p>
      <w:r>
        <w:t>Conclusion</w:t>
      </w:r>
    </w:p>
    <w:p>
      <w:r>
        <w:t>References</w:t>
      </w:r>
    </w:p>
    <w:p>
      <w:r>
        <w:t>Appendices</w:t>
      </w:r>
    </w:p>
    <w:p>
      <w:r>
        <w:br w:type="page"/>
      </w:r>
    </w:p>
    <w:p/>
    <w:p/>
    <w:p>
      <w:r>
        <w:t>Abstract</w:t>
      </w:r>
    </w:p>
    <w:p>
      <w:r>
        <w:t>Social media has become a dominant influence in shaping modern tourism behaviors. Instagram and TikTok, as visual-first platforms, have transformed the way people search for destinations, plan trips, and make booking decisions. This research examines the impact of curated visual content, user-generated posts, algorithm-driven recommendations, and influencer marketing on tourist perceptions and choices. The report integrates consumer behaviour theories such as the Theory of Reasoned Action, Social Influence Theory, Maslow’s Hierarchy of Needs, and the Stimulus-Organism-Response (SOR) framework to evaluate how social media affects motivation, engagement, and loyalty. Findings show that Instagram and TikTok significantly enhance travel inspiration but also create challenges including unrealistic expectations, overtourism, and digital dependency.</w:t>
      </w:r>
    </w:p>
    <w:p/>
    <w:p>
      <w:r>
        <w:t>Introduction</w:t>
      </w:r>
    </w:p>
    <w:p>
      <w:r>
        <w:t>The tourism industry has undergone a technological revolution over the last decade. With the rise of social media platforms, travel communication has shifted from traditional advertising to digital storytelling. Instagram introduced a culture of aesthetic imagery, travel photography, and influencer-driven marketing, while TikTok added short-form videos, viral trends, and powerful algorithms that rapidly influence user preferences. According to studies conducted after 2020, nearly 70% of Gen Z travelers rely on social media as their primary source of travel research. This paper explores how Instagram and TikTok influence consumer behaviour, decision-making, and loyalty in the tourism sector.</w:t>
      </w:r>
    </w:p>
    <w:p/>
    <w:p>
      <w:r>
        <w:t>Literature Review</w:t>
      </w:r>
    </w:p>
    <w:p>
      <w:r>
        <w:t>The literature strongly supports that social media plays a crucial role in tourism decisions. Xiang &amp; Gretzel (2009) highlight that online information has replaced traditional brochures and travel agents as primary sources for destination research. Kaplan &amp; Haenlein (2010) describe social media as a democratized space where users generate authentic content that others perceive as trustworthy. Instagram encourages “visual discovery,” while TikTok’s “For You Page” algorithm shows personalized travel videos that capture emotions and excitement. Consumer behaviour studies reveal that people often imitate content creators due to social comparison and perceived expertise. Influencers act as digital opinion leaders who guide viewers toward certain destinations or experiences.</w:t>
      </w:r>
    </w:p>
    <w:p/>
    <w:p>
      <w:r>
        <w:t>Methodology</w:t>
      </w:r>
    </w:p>
    <w:p>
      <w:r>
        <w:t>This study adopts a qualitative research approach including reviewing academic papers, tourism reports, social media analytics, and real-world case studies. Content analysis was conducted on viral TikTok trends (#TravelTok, #HiddenGems, #BudgetTravel) and Instagram hashtags (#Wanderlust, #Travelgram). Data from tourism organizations, travel influencers, and hospitality companies were reviewed to understand patterns. Consumer response comments were analyzed to identify motivations, emotions, and behavioral outcomes.</w:t>
      </w:r>
    </w:p>
    <w:p/>
    <w:p>
      <w:r>
        <w:t>Findings</w:t>
      </w:r>
    </w:p>
    <w:p>
      <w:r>
        <w:t>1. Visual content directly increases destination desirability.</w:t>
      </w:r>
    </w:p>
    <w:p>
      <w:r>
        <w:t>2. TikTok's algorithm boosts lesser-known destinations, often causing sudden tourism spikes.</w:t>
      </w:r>
    </w:p>
    <w:p>
      <w:r>
        <w:t>3. Instagram Reels and Stories enhance emotional engagement through immersive visuals.</w:t>
      </w:r>
    </w:p>
    <w:p>
      <w:r>
        <w:t>4. User-generated content is considered more credible than tourism board marketing.</w:t>
      </w:r>
    </w:p>
    <w:p>
      <w:r>
        <w:t>5. Influencer content significantly affects booking decisions.</w:t>
      </w:r>
    </w:p>
    <w:p>
      <w:r>
        <w:t>6. Travelers rely on social proof—likes, comments, shares—to evaluate destinations.</w:t>
      </w:r>
    </w:p>
    <w:p>
      <w:r>
        <w:t>7. Travel challenges (e.g., “10 places in 10 days”) push impulsive travel behavior.</w:t>
      </w:r>
    </w:p>
    <w:p>
      <w:r>
        <w:t>8. Personalized recommendations on TikTok reduce decision fatigue.</w:t>
      </w:r>
    </w:p>
    <w:p>
      <w:r>
        <w:t>9. Social media accelerates tourism trends faster than traditional advertising.</w:t>
      </w:r>
    </w:p>
    <w:p>
      <w:r>
        <w:t>10. Hashtag culture creates micro-travel communities that reinforce desire.</w:t>
      </w:r>
    </w:p>
    <w:p/>
    <w:p>
      <w:r>
        <w:t>Discussion</w:t>
      </w:r>
    </w:p>
    <w:p>
      <w:r>
        <w:t>Tourism decisions are strongly influenced by psychological factors triggered through social media. Instagram and TikTok act as emotional stimuli that affect perceptions and expectations. According to the SOR model, visual content (stimulus) shapes emotions (organism), leading to travel decisions (response). Maslow’s theory suggests that travelers seek self-actualization through adventure, unique experiences, and aesthetic photos shared online.</w:t>
      </w:r>
    </w:p>
    <w:p/>
    <w:p>
      <w:r>
        <w:t>Social Influence Theory explains how people follow influencers due to aspirational lifestyles. Influencers curate idealized travel narratives that viewers imitate in order to gain social approval. TikTok’s algorithm intensifies this by showing highly personalized content based on previous engagement. Instagram promotes destination branding through travel influencers, luxury resorts, and curated photos.</w:t>
      </w:r>
    </w:p>
    <w:p/>
    <w:p>
      <w:r>
        <w:t>However, digital influence also has negative consequences. Many travelers develop unrealistic expectations due to edited or filtered images. Viral videos often cause overcrowding at natural sites, reducing sustainability. Travelers may also rely too heavily on social media validation instead of personal preferences.</w:t>
      </w:r>
    </w:p>
    <w:p/>
    <w:p>
      <w:r>
        <w:t>Case Studies</w:t>
      </w:r>
    </w:p>
    <w:p>
      <w:r>
        <w:t>Case Study 1: Bali (Indonesia)</w:t>
      </w:r>
    </w:p>
    <w:p>
      <w:r>
        <w:t>Bali became one of the most popular destinations due to Instagram influencers promoting rice terraces, beach clubs, and waterfalls. Instagrammable spots such as the “Gates of Heaven” temple saw massive visitor increases, driven primarily by visual popularity.</w:t>
      </w:r>
    </w:p>
    <w:p/>
    <w:p>
      <w:r>
        <w:t>Case Study 2: Dubai Tourism</w:t>
      </w:r>
    </w:p>
    <w:p>
      <w:r>
        <w:t>Dubai actively works with influencers and TikTok creators. Short videos showing luxury hotels, desert safaris, and futuristic attractions significantly increased millennial travel bookings.</w:t>
      </w:r>
    </w:p>
    <w:p/>
    <w:p>
      <w:r>
        <w:t>Case Study 3: Iceland’s Hidden Gems</w:t>
      </w:r>
    </w:p>
    <w:p>
      <w:r>
        <w:t>TikTok trends showcasing Icelandic hot springs and waterfalls created spikes in tourism. Many locations faced overtourism due to viral content.</w:t>
      </w:r>
    </w:p>
    <w:p/>
    <w:p>
      <w:r>
        <w:t>Case Study 4: European Cities (Paris and Barcelona)</w:t>
      </w:r>
    </w:p>
    <w:p>
      <w:r>
        <w:t>Instagram heavily influenced travel choices among first-time tourists. Hashtags such as #ParisVibes and #BarcelonaDiary contributed to increased hotel bookings during peak seasons.</w:t>
      </w:r>
    </w:p>
    <w:p/>
    <w:p>
      <w:r>
        <w:t>Challenges &amp; Ethical Concerns</w:t>
      </w:r>
    </w:p>
    <w:p>
      <w:r>
        <w:t>1. Overtourism caused by viral content.</w:t>
      </w:r>
    </w:p>
    <w:p>
      <w:r>
        <w:t>2. Environmental damage at fragile tourist sites.</w:t>
      </w:r>
    </w:p>
    <w:p>
      <w:r>
        <w:t>3. Unrealistic expectations resulting from edited or staged photos.</w:t>
      </w:r>
    </w:p>
    <w:p>
      <w:r>
        <w:t>4. Privacy concerns related to filming in public spaces.</w:t>
      </w:r>
    </w:p>
    <w:p>
      <w:r>
        <w:t>5. High dependency on influencers affecting destination reputation.</w:t>
      </w:r>
    </w:p>
    <w:p>
      <w:r>
        <w:t>6. Mental health issues linked to social comparison.</w:t>
      </w:r>
    </w:p>
    <w:p>
      <w:r>
        <w:t>7. Spread of misinformation regarding safety, costs, or accessibility.</w:t>
      </w:r>
    </w:p>
    <w:p/>
    <w:p>
      <w:r>
        <w:t>Conclusion</w:t>
      </w:r>
    </w:p>
    <w:p>
      <w:r>
        <w:t>Social media platforms Instagram and TikTok have redefined tourism communication and traveler behavior. They drive travel inspiration, influence booking decisions, and shape global tourism trends through visual storytelling and algorithmic personalization. While the platforms offer powerful opportunities for tourism growth, they also introduce challenges around sustainability, ethics, and expectation management. Tourism businesses must balance digital innovation with responsible communication strategies.</w:t>
      </w:r>
    </w:p>
    <w:p/>
    <w:p>
      <w:r>
        <w:t>References (APA 7)</w:t>
      </w:r>
    </w:p>
    <w:p>
      <w:r>
        <w:t xml:space="preserve">Xiang, Z., &amp; Gretzel, U. (2009). Role of social media in online travel information search.  </w:t>
      </w:r>
    </w:p>
    <w:p>
      <w:r>
        <w:t xml:space="preserve">Kaplan, A. M., &amp; Haenlein, M. (2010). Users of the world, unite! The challenges of social media.  </w:t>
      </w:r>
    </w:p>
    <w:p>
      <w:r>
        <w:t xml:space="preserve">Gursoy, D., &amp; Chi, C. (2020). Post-pandemic tourism trends and consumer behavior.  </w:t>
      </w:r>
    </w:p>
    <w:p/>
    <w:p>
      <w:r>
        <w:t>Appendices</w:t>
      </w:r>
    </w:p>
    <w:p>
      <w:r>
        <w:t xml:space="preserve">Appendix A: Example screenshots of Instagram travel posts  </w:t>
      </w:r>
    </w:p>
    <w:p>
      <w:r>
        <w:t xml:space="preserve">Appendix B: TikTok trend analysis chart  </w:t>
      </w:r>
    </w:p>
    <w:p>
      <w:r>
        <w:t xml:space="preserve">Appendix C: Influencer engagement metrics  </w:t>
      </w:r>
    </w:p>
    <w:p/>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